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LinkedIn Connection Note Checker</w:t>
      </w:r>
    </w:p>
    <w:p>
      <w:r>
        <w:t>Templates from https://knowtheroom.ai/tools/linkedin-connection-note-checker/ · Replace everything in [brackets].</w:t>
      </w:r>
    </w:p>
    <w:p>
      <w:pPr>
        <w:pStyle w:val="Heading2"/>
      </w:pPr>
      <w:r>
        <w:t>LinkedIn connection note examples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 xml:space="preserve">, I applied for the </w:t>
      </w:r>
      <w:r>
        <w:rPr>
          <w:b/>
        </w:rPr>
        <w:t>[Role]</w:t>
      </w:r>
      <w:r>
        <w:rPr>
          <w:b w:val="0"/>
        </w:rPr>
        <w:t xml:space="preserve"> role on your team. Your post on </w:t>
      </w:r>
      <w:r>
        <w:rPr>
          <w:b/>
        </w:rPr>
        <w:t>[specific thing they wrote or launched]</w:t>
      </w:r>
      <w:r>
        <w:rPr>
          <w:b w:val="0"/>
        </w:rPr>
        <w:t xml:space="preserve"> is why: I did something similar at </w:t>
      </w:r>
      <w:r>
        <w:rPr>
          <w:b/>
        </w:rPr>
        <w:t>[Company]</w:t>
      </w:r>
      <w:r>
        <w:rPr>
          <w:b w:val="0"/>
        </w:rPr>
        <w:t xml:space="preserve">, </w:t>
      </w:r>
      <w:r>
        <w:rPr>
          <w:b/>
        </w:rPr>
        <w:t>[one result]</w:t>
      </w:r>
      <w:r>
        <w:rPr>
          <w:b w:val="0"/>
        </w:rPr>
        <w:t>. Happy to share more if useful.</w:t>
      </w:r>
    </w:p>
    <w:p>
      <w:pPr>
        <w:pStyle w:val="Heading2"/>
      </w:pPr>
      <w:r>
        <w:t>LinkedIn connection note examples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 xml:space="preserve">, I'm interviewing for </w:t>
      </w:r>
      <w:r>
        <w:rPr>
          <w:b/>
        </w:rPr>
        <w:t>[Role]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 and saw you lead </w:t>
      </w:r>
      <w:r>
        <w:rPr>
          <w:b/>
        </w:rPr>
        <w:t>[their area]</w:t>
      </w:r>
      <w:r>
        <w:rPr>
          <w:b w:val="0"/>
        </w:rPr>
        <w:t xml:space="preserve">. Would you be open to one question about how the team works with </w:t>
      </w:r>
      <w:r>
        <w:rPr>
          <w:b/>
        </w:rPr>
        <w:t>[another team]</w:t>
      </w:r>
      <w:r>
        <w:rPr>
          <w:b w:val="0"/>
        </w:rPr>
        <w:t>?</w:t>
      </w:r>
    </w:p>
    <w:p>
      <w:pPr>
        <w:pStyle w:val="Heading2"/>
      </w:pPr>
      <w:r>
        <w:t>LinkedIn connection note examples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 xml:space="preserve">, I'm a </w:t>
      </w:r>
      <w:r>
        <w:rPr>
          <w:b/>
        </w:rPr>
        <w:t>[your title]</w:t>
      </w:r>
      <w:r>
        <w:rPr>
          <w:b w:val="0"/>
        </w:rPr>
        <w:t xml:space="preserve"> focused on </w:t>
      </w:r>
      <w:r>
        <w:rPr>
          <w:b/>
        </w:rPr>
        <w:t>[specialty]</w:t>
      </w:r>
      <w:r>
        <w:rPr>
          <w:b w:val="0"/>
        </w:rPr>
        <w:t xml:space="preserve"> and I'd love to be on your radar for </w:t>
      </w:r>
      <w:r>
        <w:rPr>
          <w:b/>
        </w:rPr>
        <w:t>[team or role type]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>. Happy to share my background if helpful.</w:t>
      </w:r>
    </w:p>
    <w:p>
      <w:pPr>
        <w:pStyle w:val="Heading2"/>
      </w:pPr>
      <w:r>
        <w:t>LinkedIn connection note examples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 xml:space="preserve">, I enjoyed your point on </w:t>
      </w:r>
      <w:r>
        <w:rPr>
          <w:b/>
        </w:rPr>
        <w:t>[topic]</w:t>
      </w:r>
      <w:r>
        <w:rPr>
          <w:b w:val="0"/>
        </w:rPr>
        <w:t xml:space="preserve"> at </w:t>
      </w:r>
      <w:r>
        <w:rPr>
          <w:b/>
        </w:rPr>
        <w:t>[event]</w:t>
      </w:r>
      <w:r>
        <w:rPr>
          <w:b w:val="0"/>
        </w:rPr>
        <w:t xml:space="preserve"> today. I'm working on something similar at </w:t>
      </w:r>
      <w:r>
        <w:rPr>
          <w:b/>
        </w:rPr>
        <w:t>[Company]</w:t>
      </w:r>
      <w:r>
        <w:rPr>
          <w:b w:val="0"/>
        </w:rPr>
        <w:t xml:space="preserve"> and would be glad to stay in touch.</w:t>
      </w:r>
    </w:p>
    <w:p>
      <w:pPr>
        <w:pStyle w:val="Heading2"/>
      </w:pPr>
      <w:r>
        <w:t>LinkedIn connection note examples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 xml:space="preserve">, fellow </w:t>
      </w:r>
      <w:r>
        <w:rPr>
          <w:b/>
        </w:rPr>
        <w:t>[school or company]</w:t>
      </w:r>
      <w:r>
        <w:rPr>
          <w:b w:val="0"/>
        </w:rPr>
        <w:t xml:space="preserve"> alum here. I'm exploring </w:t>
      </w:r>
      <w:r>
        <w:rPr>
          <w:b/>
        </w:rPr>
        <w:t>[area]</w:t>
      </w:r>
      <w:r>
        <w:rPr>
          <w:b w:val="0"/>
        </w:rPr>
        <w:t xml:space="preserve"> roles and admired your move into </w:t>
      </w:r>
      <w:r>
        <w:rPr>
          <w:b/>
        </w:rPr>
        <w:t>[their role]</w:t>
      </w:r>
      <w:r>
        <w:rPr>
          <w:b w:val="0"/>
        </w:rPr>
        <w:t>. Would you be open to one question about it?</w:t>
      </w:r>
    </w:p>
    <w:p>
      <w:pPr>
        <w:pStyle w:val="Heading2"/>
      </w:pPr>
      <w:r>
        <w:t>LinkedIn connection note examples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 xml:space="preserve">, thanks for the conversation today about </w:t>
      </w:r>
      <w:r>
        <w:rPr>
          <w:b/>
        </w:rPr>
        <w:t>[topic]</w:t>
      </w:r>
      <w:r>
        <w:rPr>
          <w:b w:val="0"/>
        </w:rPr>
        <w:t xml:space="preserve">. I enjoyed hearing how the team is approaching </w:t>
      </w:r>
      <w:r>
        <w:rPr>
          <w:b/>
        </w:rPr>
        <w:t>[their plan]</w:t>
      </w:r>
      <w:r>
        <w:rPr>
          <w:b w:val="0"/>
        </w:rPr>
        <w:t>. I'd like to stay in touch whatever happens with the role.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