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Internship Interview Questions (and How to Answer Them)</w:t>
      </w:r>
    </w:p>
    <w:p>
      <w:r>
        <w:t>Templates from https://knowtheroom.ai/interview-questions/marketing-internship/ · Replace everything in [brackets].</w:t>
      </w:r>
    </w:p>
    <w:p>
      <w:pPr>
        <w:pStyle w:val="Heading2"/>
      </w:pPr>
      <w:r>
        <w:t>Tell me about yourself.</w:t>
      </w:r>
    </w:p>
    <w:p>
      <w:r>
        <w:rPr>
          <w:b w:val="0"/>
        </w:rPr>
        <w:t xml:space="preserve">I'm a </w:t>
      </w:r>
      <w:r>
        <w:rPr>
          <w:b/>
        </w:rPr>
        <w:t>[year]</w:t>
      </w:r>
      <w:r>
        <w:rPr>
          <w:b w:val="0"/>
        </w:rPr>
        <w:t xml:space="preserve"> studying </w:t>
      </w:r>
      <w:r>
        <w:rPr>
          <w:b/>
        </w:rPr>
        <w:t>[major]</w:t>
      </w:r>
      <w:r>
        <w:rPr>
          <w:b w:val="0"/>
        </w:rPr>
        <w:t xml:space="preserve"> at </w:t>
      </w:r>
      <w:r>
        <w:rPr>
          <w:b/>
        </w:rPr>
        <w:t>[school]</w:t>
      </w:r>
      <w:r>
        <w:rPr>
          <w:b w:val="0"/>
        </w:rPr>
        <w:t xml:space="preserve">. I got into marketing through [experience: running social for our dance team, a class project for a local business, my job at a coffee shop where I made the specials board]. What I liked was [the part you enjoyed: seeing which posts people responded to, figuring out what customers wanted]. This internship appeals to me because </w:t>
      </w:r>
      <w:r>
        <w:rPr>
          <w:b/>
        </w:rPr>
        <w:t>[specific reason about the company or the team]</w:t>
      </w:r>
      <w:r>
        <w:rPr>
          <w:b w:val="0"/>
        </w:rPr>
        <w:t xml:space="preserve">, and I want to learn </w:t>
      </w:r>
      <w:r>
        <w:rPr>
          <w:b/>
        </w:rPr>
        <w:t>[skill]</w:t>
      </w:r>
      <w:r>
        <w:rPr>
          <w:b w:val="0"/>
        </w:rPr>
        <w:t xml:space="preserve"> from people who do it every day.</w:t>
      </w:r>
    </w:p>
    <w:p>
      <w:pPr>
        <w:pStyle w:val="Heading2"/>
      </w:pPr>
      <w:r>
        <w:t>Tell me about a marketing project you've worked on.</w:t>
      </w:r>
    </w:p>
    <w:p>
      <w:r>
        <w:rPr>
          <w:b w:val="0"/>
        </w:rPr>
        <w:t xml:space="preserve">In </w:t>
      </w:r>
      <w:r>
        <w:rPr>
          <w:b/>
        </w:rPr>
        <w:t>[class or club]</w:t>
      </w:r>
      <w:r>
        <w:rPr>
          <w:b w:val="0"/>
        </w:rPr>
        <w:t xml:space="preserve">, we [project: built a launch plan for a campus café, ran the club's Instagram for a semester]. My part was </w:t>
      </w:r>
      <w:r>
        <w:rPr>
          <w:b/>
        </w:rPr>
        <w:t>[your role]</w:t>
      </w:r>
      <w:r>
        <w:rPr>
          <w:b w:val="0"/>
        </w:rPr>
        <w:t xml:space="preserve">. We noticed </w:t>
      </w:r>
      <w:r>
        <w:rPr>
          <w:b/>
        </w:rPr>
        <w:t>[insight]</w:t>
      </w:r>
      <w:r>
        <w:rPr>
          <w:b w:val="0"/>
        </w:rPr>
        <w:t xml:space="preserve">, so I </w:t>
      </w:r>
      <w:r>
        <w:rPr>
          <w:b/>
        </w:rPr>
        <w:t>[decision]</w:t>
      </w:r>
      <w:r>
        <w:rPr>
          <w:b w:val="0"/>
        </w:rPr>
        <w:t xml:space="preserve">. By the end, [result: event attendance went from X to Y, the account gained Z followers, the professor picked our plan to present]. Next time I'd </w:t>
      </w:r>
      <w:r>
        <w:rPr>
          <w:b/>
        </w:rPr>
        <w:t>[what you'd change]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