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Assistant Interview Questions (and How to Answer Them)</w:t>
      </w:r>
    </w:p>
    <w:p>
      <w:r>
        <w:t>Templates from https://knowtheroom.ai/interview-questions/marketing-assistant/ · Replace everything in [brackets].</w:t>
      </w:r>
    </w:p>
    <w:p>
      <w:pPr>
        <w:pStyle w:val="Heading2"/>
      </w:pPr>
      <w:r>
        <w:t>Tell me about yourself.</w:t>
      </w:r>
    </w:p>
    <w:p>
      <w:r>
        <w:rPr>
          <w:b w:val="0"/>
        </w:rPr>
        <w:t xml:space="preserve">I'm [where you are: finishing a degree in communications, two years into a customer service role]. I got into marketing when [experience: I started making the weekly newsletter at my job, I ran social for a student group]. I enjoy </w:t>
      </w:r>
      <w:r>
        <w:rPr>
          <w:b/>
        </w:rPr>
        <w:t>[the part you like: the detail, writing, seeing what people respond to]</w:t>
      </w:r>
      <w:r>
        <w:rPr>
          <w:b w:val="0"/>
        </w:rPr>
        <w:t xml:space="preserve">. I'm applying here because </w:t>
      </w:r>
      <w:r>
        <w:rPr>
          <w:b/>
        </w:rPr>
        <w:t>[specific reason]</w:t>
      </w:r>
      <w:r>
        <w:rPr>
          <w:b w:val="0"/>
        </w:rPr>
        <w:t xml:space="preserve">, and I'd like to learn </w:t>
      </w:r>
      <w:r>
        <w:rPr>
          <w:b/>
        </w:rPr>
        <w:t>[skill]</w:t>
      </w:r>
      <w:r>
        <w:rPr>
          <w:b w:val="0"/>
        </w:rPr>
        <w:t xml:space="preserve"> while helping the team with </w:t>
      </w:r>
      <w:r>
        <w:rPr>
          <w:b/>
        </w:rPr>
        <w:t>[tasks from the job description]</w:t>
      </w:r>
      <w:r>
        <w:rPr>
          <w:b w:val="0"/>
        </w:rPr>
        <w:t>.</w:t>
      </w:r>
    </w:p>
    <w:p>
      <w:pPr>
        <w:pStyle w:val="Heading2"/>
      </w:pPr>
      <w:r>
        <w:t>Tell me about a time you caught a mistake before it went out.</w:t>
      </w:r>
    </w:p>
    <w:p>
      <w:r>
        <w:rPr>
          <w:b w:val="0"/>
        </w:rPr>
        <w:t xml:space="preserve">At </w:t>
      </w:r>
      <w:r>
        <w:rPr>
          <w:b/>
        </w:rPr>
        <w:t>[job or school]</w:t>
      </w:r>
      <w:r>
        <w:rPr>
          <w:b w:val="0"/>
        </w:rPr>
        <w:t xml:space="preserve">, I was </w:t>
      </w:r>
      <w:r>
        <w:rPr>
          <w:b/>
        </w:rPr>
        <w:t>[task: proofreading the event flyer, checking the email before it sent]</w:t>
      </w:r>
      <w:r>
        <w:rPr>
          <w:b w:val="0"/>
        </w:rPr>
        <w:t xml:space="preserve">. I noticed </w:t>
      </w:r>
      <w:r>
        <w:rPr>
          <w:b/>
        </w:rPr>
        <w:t>[mistake]</w:t>
      </w:r>
      <w:r>
        <w:rPr>
          <w:b w:val="0"/>
        </w:rPr>
        <w:t xml:space="preserve">. I </w:t>
      </w:r>
      <w:r>
        <w:rPr>
          <w:b/>
        </w:rPr>
        <w:t>[fixed it or flagged it to someone]</w:t>
      </w:r>
      <w:r>
        <w:rPr>
          <w:b w:val="0"/>
        </w:rPr>
        <w:t xml:space="preserve"> before it went out. Since then I [habit: read everything once out loud, click every link, check dates against the calendar].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