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Analyst Interview Questions (and How to Answer Them)</w:t>
      </w:r>
    </w:p>
    <w:p>
      <w:r>
        <w:t>Templates from https://knowtheroom.ai/interview-questions/marketing-analyst/ · Replace everything in [brackets].</w:t>
      </w:r>
    </w:p>
    <w:p>
      <w:pPr>
        <w:pStyle w:val="Heading2"/>
      </w:pPr>
      <w:r>
        <w:t>How would you write a query for monthly sign-ups by channel?</w:t>
      </w:r>
    </w:p>
    <w:p>
      <w:r>
        <w:rPr>
          <w:b w:val="0"/>
        </w:rPr>
        <w:t>SELECT DATE_TRUNC('month', signed_up_at) AS month,</w:t>
      </w:r>
    </w:p>
    <w:p>
      <w:r>
        <w:rPr>
          <w:b w:val="0"/>
        </w:rPr>
        <w:t xml:space="preserve">       COALESCE(channel, 'unknown') AS channel,</w:t>
      </w:r>
    </w:p>
    <w:p>
      <w:r>
        <w:rPr>
          <w:b w:val="0"/>
        </w:rPr>
        <w:t xml:space="preserve">       COUNT(DISTINCT user_id) AS signups</w:t>
      </w:r>
    </w:p>
    <w:p>
      <w:r>
        <w:rPr>
          <w:b w:val="0"/>
        </w:rPr>
        <w:t>FROM users</w:t>
      </w:r>
    </w:p>
    <w:p>
      <w:r>
        <w:rPr>
          <w:b w:val="0"/>
        </w:rPr>
        <w:t>WHERE signed_up_at &gt;= '</w:t>
      </w:r>
      <w:r>
        <w:rPr>
          <w:b/>
        </w:rPr>
        <w:t>[start date]</w:t>
      </w:r>
      <w:r>
        <w:rPr>
          <w:b w:val="0"/>
        </w:rPr>
        <w:t>'</w:t>
      </w:r>
    </w:p>
    <w:p>
      <w:r>
        <w:rPr>
          <w:b w:val="0"/>
        </w:rPr>
        <w:t>GROUP BY 1, 2</w:t>
      </w:r>
    </w:p>
    <w:p>
      <w:r>
        <w:rPr>
          <w:b w:val="0"/>
        </w:rPr>
        <w:t>ORDER BY 1, 3 DESC;</w:t>
      </w:r>
    </w:p>
    <w:p>
      <w:pPr>
        <w:pStyle w:val="Heading2"/>
      </w:pPr>
      <w:r>
        <w:t>Sign-ups dropped last month. How would you find out why?</w:t>
      </w:r>
    </w:p>
    <w:p>
      <w:r>
        <w:rPr>
          <w:b w:val="0"/>
        </w:rPr>
        <w:t xml:space="preserve">First I'd check it's real: </w:t>
      </w:r>
      <w:r>
        <w:rPr>
          <w:b/>
        </w:rPr>
        <w:t>[tracking changes, outages, a filter in the dashboard]</w:t>
      </w:r>
      <w:r>
        <w:rPr>
          <w:b w:val="0"/>
        </w:rPr>
        <w:t xml:space="preserve">. Then I'd split the drop by </w:t>
      </w:r>
      <w:r>
        <w:rPr>
          <w:b/>
        </w:rPr>
        <w:t>[channel, device, region, landing page]</w:t>
      </w:r>
      <w:r>
        <w:rPr>
          <w:b w:val="0"/>
        </w:rPr>
        <w:t xml:space="preserve"> to see where it's concentrated. If it's mostly </w:t>
      </w:r>
      <w:r>
        <w:rPr>
          <w:b/>
        </w:rPr>
        <w:t>[segment]</w:t>
      </w:r>
      <w:r>
        <w:rPr>
          <w:b w:val="0"/>
        </w:rPr>
        <w:t xml:space="preserve">, I'd look at what changed there: </w:t>
      </w:r>
      <w:r>
        <w:rPr>
          <w:b/>
        </w:rPr>
        <w:t>[campaign paused, page redesign, price change]</w:t>
      </w:r>
      <w:r>
        <w:rPr>
          <w:b w:val="0"/>
        </w:rPr>
        <w:t>. I'd share a short note with what we know, what we don't, and what I'd check next.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