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Growth Marketing Interview Questions (and How to Answer Them)</w:t>
      </w:r>
    </w:p>
    <w:p>
      <w:r>
        <w:t>Templates from https://knowtheroom.ai/interview-questions/growth-marketing/ · Replace everything in [brackets].</w:t>
      </w:r>
    </w:p>
    <w:p>
      <w:pPr>
        <w:pStyle w:val="Heading2"/>
      </w:pPr>
      <w:r>
        <w:t>Walk me through an experiment you ran.</w:t>
      </w:r>
    </w:p>
    <w:p>
      <w:r>
        <w:rPr>
          <w:b w:val="0"/>
        </w:rPr>
        <w:t xml:space="preserve">We believed </w:t>
      </w:r>
      <w:r>
        <w:rPr>
          <w:b/>
        </w:rPr>
        <w:t>[hypothesis: e.g. showing the price earlier would cut drop-off at step 3]</w:t>
      </w:r>
      <w:r>
        <w:rPr>
          <w:b w:val="0"/>
        </w:rPr>
        <w:t xml:space="preserve">. We tested </w:t>
      </w:r>
      <w:r>
        <w:rPr>
          <w:b/>
        </w:rPr>
        <w:t>[change]</w:t>
      </w:r>
      <w:r>
        <w:rPr>
          <w:b w:val="0"/>
        </w:rPr>
        <w:t xml:space="preserve"> against </w:t>
      </w:r>
      <w:r>
        <w:rPr>
          <w:b/>
        </w:rPr>
        <w:t>[control]</w:t>
      </w:r>
      <w:r>
        <w:rPr>
          <w:b w:val="0"/>
        </w:rPr>
        <w:t xml:space="preserve"> with </w:t>
      </w:r>
      <w:r>
        <w:rPr>
          <w:b/>
        </w:rPr>
        <w:t>[traffic split]</w:t>
      </w:r>
      <w:r>
        <w:rPr>
          <w:b w:val="0"/>
        </w:rPr>
        <w:t xml:space="preserve"> for </w:t>
      </w:r>
      <w:r>
        <w:rPr>
          <w:b/>
        </w:rPr>
        <w:t>[time]</w:t>
      </w:r>
      <w:r>
        <w:rPr>
          <w:b w:val="0"/>
        </w:rPr>
        <w:t xml:space="preserve">. The result was </w:t>
      </w:r>
      <w:r>
        <w:rPr>
          <w:b/>
        </w:rPr>
        <w:t>[metric]</w:t>
      </w:r>
      <w:r>
        <w:rPr>
          <w:b w:val="0"/>
        </w:rPr>
        <w:t xml:space="preserve"> moving from [X] to [Y], which was </w:t>
      </w:r>
      <w:r>
        <w:rPr>
          <w:b/>
        </w:rPr>
        <w:t>[significant or not]</w:t>
      </w:r>
      <w:r>
        <w:rPr>
          <w:b w:val="0"/>
        </w:rPr>
        <w:t xml:space="preserve">. We </w:t>
      </w:r>
      <w:r>
        <w:rPr>
          <w:b/>
        </w:rPr>
        <w:t>[shipped it, iterated, dropped it]</w:t>
      </w:r>
      <w:r>
        <w:rPr>
          <w:b w:val="0"/>
        </w:rPr>
        <w:t xml:space="preserve">, and the next test was </w:t>
      </w:r>
      <w:r>
        <w:rPr>
          <w:b/>
        </w:rPr>
        <w:t>[next idea]</w:t>
      </w:r>
      <w:r>
        <w:rPr>
          <w:b w:val="0"/>
        </w:rPr>
        <w:t>.</w:t>
      </w:r>
    </w:p>
    <w:p>
      <w:pPr>
        <w:pStyle w:val="Heading2"/>
      </w:pPr>
      <w:r>
        <w:t>Tell me about a test that someone else disagreed with.</w:t>
      </w:r>
    </w:p>
    <w:p>
      <w:r>
        <w:rPr>
          <w:b/>
        </w:rPr>
        <w:t>[Person or team]</w:t>
      </w:r>
      <w:r>
        <w:rPr>
          <w:b w:val="0"/>
        </w:rPr>
        <w:t xml:space="preserve"> didn't want to test </w:t>
      </w:r>
      <w:r>
        <w:rPr>
          <w:b/>
        </w:rPr>
        <w:t>[idea]</w:t>
      </w:r>
      <w:r>
        <w:rPr>
          <w:b w:val="0"/>
        </w:rPr>
        <w:t xml:space="preserve"> because </w:t>
      </w:r>
      <w:r>
        <w:rPr>
          <w:b/>
        </w:rPr>
        <w:t>[concern]</w:t>
      </w:r>
      <w:r>
        <w:rPr>
          <w:b w:val="0"/>
        </w:rPr>
        <w:t xml:space="preserve">. I proposed </w:t>
      </w:r>
      <w:r>
        <w:rPr>
          <w:b/>
        </w:rPr>
        <w:t>[a smaller or safer version of the test]</w:t>
      </w:r>
      <w:r>
        <w:rPr>
          <w:b w:val="0"/>
        </w:rPr>
        <w:t xml:space="preserve"> with </w:t>
      </w:r>
      <w:r>
        <w:rPr>
          <w:b/>
        </w:rPr>
        <w:t>[a guardrail metric]</w:t>
      </w:r>
      <w:r>
        <w:rPr>
          <w:b w:val="0"/>
        </w:rPr>
        <w:t xml:space="preserve">. The result was </w:t>
      </w:r>
      <w:r>
        <w:rPr>
          <w:b/>
        </w:rPr>
        <w:t>[outcome]</w:t>
      </w:r>
      <w:r>
        <w:rPr>
          <w:b w:val="0"/>
        </w:rPr>
        <w:t xml:space="preserve">, and we agreed to </w:t>
      </w:r>
      <w:r>
        <w:rPr>
          <w:b/>
        </w:rPr>
        <w:t>[next step]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