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Graphic Designer Interview Questions (and How to Answer Them)</w:t>
      </w:r>
    </w:p>
    <w:p>
      <w:r>
        <w:t>Templates from https://knowtheroom.ai/interview-questions/graphic-designer/ · Replace everything in [brackets].</w:t>
      </w:r>
    </w:p>
    <w:p>
      <w:pPr>
        <w:pStyle w:val="Heading2"/>
      </w:pPr>
      <w:r>
        <w:t>Walk me through a project you're proud of.</w:t>
      </w:r>
    </w:p>
    <w:p>
      <w:r>
        <w:rPr>
          <w:b w:val="0"/>
        </w:rPr>
        <w:t xml:space="preserve">The brief was </w:t>
      </w:r>
      <w:r>
        <w:rPr>
          <w:b/>
        </w:rPr>
        <w:t>[what was asked]</w:t>
      </w:r>
      <w:r>
        <w:rPr>
          <w:b w:val="0"/>
        </w:rPr>
        <w:t xml:space="preserve"> for </w:t>
      </w:r>
      <w:r>
        <w:rPr>
          <w:b/>
        </w:rPr>
        <w:t>[brand or client]</w:t>
      </w:r>
      <w:r>
        <w:rPr>
          <w:b w:val="0"/>
        </w:rPr>
        <w:t xml:space="preserve">. The real problem was </w:t>
      </w:r>
      <w:r>
        <w:rPr>
          <w:b/>
        </w:rPr>
        <w:t>[the issue underneath: low recognition, a crowded shelf, a confusing offer]</w:t>
      </w:r>
      <w:r>
        <w:rPr>
          <w:b w:val="0"/>
        </w:rPr>
        <w:t xml:space="preserve">. I explored </w:t>
      </w:r>
      <w:r>
        <w:rPr>
          <w:b/>
        </w:rPr>
        <w:t>[number]</w:t>
      </w:r>
      <w:r>
        <w:rPr>
          <w:b w:val="0"/>
        </w:rPr>
        <w:t xml:space="preserve"> directions, including </w:t>
      </w:r>
      <w:r>
        <w:rPr>
          <w:b/>
        </w:rPr>
        <w:t>[one you rejected and why]</w:t>
      </w:r>
      <w:r>
        <w:rPr>
          <w:b w:val="0"/>
        </w:rPr>
        <w:t xml:space="preserve">. We went with </w:t>
      </w:r>
      <w:r>
        <w:rPr>
          <w:b/>
        </w:rPr>
        <w:t>[final direction]</w:t>
      </w:r>
      <w:r>
        <w:rPr>
          <w:b w:val="0"/>
        </w:rPr>
        <w:t xml:space="preserve"> because </w:t>
      </w:r>
      <w:r>
        <w:rPr>
          <w:b/>
        </w:rPr>
        <w:t>[reason tied to the brief]</w:t>
      </w:r>
      <w:r>
        <w:rPr>
          <w:b w:val="0"/>
        </w:rPr>
        <w:t xml:space="preserve">. After launch, </w:t>
      </w:r>
      <w:r>
        <w:rPr>
          <w:b/>
        </w:rPr>
        <w:t>[result or reaction]</w:t>
      </w:r>
      <w:r>
        <w:rPr>
          <w:b w:val="0"/>
        </w:rPr>
        <w:t>.</w:t>
      </w:r>
    </w:p>
    <w:p>
      <w:pPr>
        <w:pStyle w:val="Heading2"/>
      </w:pPr>
      <w:r>
        <w:t>Tell me about a time you got feedback you disagreed with.</w:t>
      </w:r>
    </w:p>
    <w:p>
      <w:r>
        <w:rPr>
          <w:b w:val="0"/>
        </w:rPr>
        <w:t xml:space="preserve">The </w:t>
      </w:r>
      <w:r>
        <w:rPr>
          <w:b/>
        </w:rPr>
        <w:t>[marketing lead / client]</w:t>
      </w:r>
      <w:r>
        <w:rPr>
          <w:b w:val="0"/>
        </w:rPr>
        <w:t xml:space="preserve"> asked for </w:t>
      </w:r>
      <w:r>
        <w:rPr>
          <w:b/>
        </w:rPr>
        <w:t>[change]</w:t>
      </w:r>
      <w:r>
        <w:rPr>
          <w:b w:val="0"/>
        </w:rPr>
        <w:t xml:space="preserve">, which I thought would </w:t>
      </w:r>
      <w:r>
        <w:rPr>
          <w:b/>
        </w:rPr>
        <w:t>[problem it caused]</w:t>
      </w:r>
      <w:r>
        <w:rPr>
          <w:b w:val="0"/>
        </w:rPr>
        <w:t xml:space="preserve">. I asked what they were worried about, and it was really </w:t>
      </w:r>
      <w:r>
        <w:rPr>
          <w:b/>
        </w:rPr>
        <w:t>[underlying concern]</w:t>
      </w:r>
      <w:r>
        <w:rPr>
          <w:b w:val="0"/>
        </w:rPr>
        <w:t xml:space="preserve">. I showed </w:t>
      </w:r>
      <w:r>
        <w:rPr>
          <w:b/>
        </w:rPr>
        <w:t>[an alternative]</w:t>
      </w:r>
      <w:r>
        <w:rPr>
          <w:b w:val="0"/>
        </w:rPr>
        <w:t xml:space="preserve"> that solved that without </w:t>
      </w:r>
      <w:r>
        <w:rPr>
          <w:b/>
        </w:rPr>
        <w:t>[losing what worked]</w:t>
      </w:r>
      <w:r>
        <w:rPr>
          <w:b w:val="0"/>
        </w:rPr>
        <w:t xml:space="preserve">. We went with </w:t>
      </w:r>
      <w:r>
        <w:rPr>
          <w:b/>
        </w:rPr>
        <w:t>[outcome]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