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Event Planner Interview Questions (and How to Answer Them)</w:t>
      </w:r>
    </w:p>
    <w:p>
      <w:r>
        <w:t>Templates from https://knowtheroom.ai/interview-questions/event-planner/ · Replace everything in [brackets].</w:t>
      </w:r>
    </w:p>
    <w:p>
      <w:pPr>
        <w:pStyle w:val="Heading2"/>
      </w:pPr>
      <w:r>
        <w:t>What's the largest event you've planned, from start to finish?</w:t>
      </w:r>
    </w:p>
    <w:p>
      <w:r>
        <w:rPr>
          <w:b w:val="0"/>
        </w:rPr>
        <w:t xml:space="preserve">The largest was </w:t>
      </w:r>
      <w:r>
        <w:rPr>
          <w:b/>
        </w:rPr>
        <w:t>[event]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attendees on a </w:t>
      </w:r>
      <w:r>
        <w:rPr>
          <w:b/>
        </w:rPr>
        <w:t>[amount]</w:t>
      </w:r>
      <w:r>
        <w:rPr>
          <w:b w:val="0"/>
        </w:rPr>
        <w:t xml:space="preserve"> budget, which I planned over </w:t>
      </w:r>
      <w:r>
        <w:rPr>
          <w:b/>
        </w:rPr>
        <w:t>[months]</w:t>
      </w:r>
      <w:r>
        <w:rPr>
          <w:b w:val="0"/>
        </w:rPr>
        <w:t xml:space="preserve">. The goal was </w:t>
      </w:r>
      <w:r>
        <w:rPr>
          <w:b/>
        </w:rPr>
        <w:t>[goal]</w:t>
      </w:r>
      <w:r>
        <w:rPr>
          <w:b w:val="0"/>
        </w:rPr>
        <w:t xml:space="preserve">. I chose </w:t>
      </w:r>
      <w:r>
        <w:rPr>
          <w:b/>
        </w:rPr>
        <w:t>[venue]</w:t>
      </w:r>
      <w:r>
        <w:rPr>
          <w:b w:val="0"/>
        </w:rPr>
        <w:t xml:space="preserve"> because </w:t>
      </w:r>
      <w:r>
        <w:rPr>
          <w:b/>
        </w:rPr>
        <w:t>[reason]</w:t>
      </w:r>
      <w:r>
        <w:rPr>
          <w:b w:val="0"/>
        </w:rPr>
        <w:t xml:space="preserve">, negotiated contracts with </w:t>
      </w:r>
      <w:r>
        <w:rPr>
          <w:b/>
        </w:rPr>
        <w:t>[number]</w:t>
      </w:r>
      <w:r>
        <w:rPr>
          <w:b w:val="0"/>
        </w:rPr>
        <w:t xml:space="preserve"> vendors, and </w:t>
      </w:r>
      <w:r>
        <w:rPr>
          <w:b/>
        </w:rPr>
        <w:t>[one key decision]</w:t>
      </w:r>
      <w:r>
        <w:rPr>
          <w:b w:val="0"/>
        </w:rPr>
        <w:t xml:space="preserve">. We ended at </w:t>
      </w:r>
      <w:r>
        <w:rPr>
          <w:b/>
        </w:rPr>
        <w:t>[attendance / result]</w:t>
      </w:r>
      <w:r>
        <w:rPr>
          <w:b w:val="0"/>
        </w:rPr>
        <w:t xml:space="preserve"> against a target of </w:t>
      </w:r>
      <w:r>
        <w:rPr>
          <w:b/>
        </w:rPr>
        <w:t>[target]</w:t>
      </w:r>
      <w:r>
        <w:rPr>
          <w:b w:val="0"/>
        </w:rPr>
        <w:t xml:space="preserve">, and [on budget / </w:t>
      </w:r>
      <w:r>
        <w:rPr>
          <w:b/>
        </w:rPr>
        <w:t>[amount]</w:t>
      </w:r>
      <w:r>
        <w:rPr>
          <w:b w:val="0"/>
        </w:rPr>
        <w:t xml:space="preserve"> under]. If I ran it again I'd </w:t>
      </w:r>
      <w:r>
        <w:rPr>
          <w:b/>
        </w:rPr>
        <w:t>[change]</w:t>
      </w:r>
      <w:r>
        <w:rPr>
          <w:b w:val="0"/>
        </w:rPr>
        <w:t>.</w:t>
      </w:r>
    </w:p>
    <w:p>
      <w:pPr>
        <w:pStyle w:val="Heading2"/>
      </w:pPr>
      <w:r>
        <w:t>Tell me about a time costs went over budget.</w:t>
      </w:r>
    </w:p>
    <w:p>
      <w:r>
        <w:rPr>
          <w:b w:val="0"/>
        </w:rPr>
        <w:t xml:space="preserve">For </w:t>
      </w:r>
      <w:r>
        <w:rPr>
          <w:b/>
        </w:rPr>
        <w:t>[event]</w:t>
      </w:r>
      <w:r>
        <w:rPr>
          <w:b w:val="0"/>
        </w:rPr>
        <w:t xml:space="preserve">, </w:t>
      </w:r>
      <w:r>
        <w:rPr>
          <w:b/>
        </w:rPr>
        <w:t>[cost]</w:t>
      </w:r>
      <w:r>
        <w:rPr>
          <w:b w:val="0"/>
        </w:rPr>
        <w:t xml:space="preserve"> came in </w:t>
      </w:r>
      <w:r>
        <w:rPr>
          <w:b/>
        </w:rPr>
        <w:t>[amount or percent]</w:t>
      </w:r>
      <w:r>
        <w:rPr>
          <w:b w:val="0"/>
        </w:rPr>
        <w:t xml:space="preserve"> over our estimate </w:t>
      </w:r>
      <w:r>
        <w:rPr>
          <w:b/>
        </w:rPr>
        <w:t>[time]</w:t>
      </w:r>
      <w:r>
        <w:rPr>
          <w:b w:val="0"/>
        </w:rPr>
        <w:t xml:space="preserve"> before the event. I [trade-off: cut </w:t>
      </w:r>
      <w:r>
        <w:rPr>
          <w:b/>
        </w:rPr>
        <w:t>[item]</w:t>
      </w:r>
      <w:r>
        <w:rPr>
          <w:b w:val="0"/>
        </w:rPr>
        <w:t xml:space="preserve">, moved </w:t>
      </w:r>
      <w:r>
        <w:rPr>
          <w:b/>
        </w:rPr>
        <w:t>[element]</w:t>
      </w:r>
      <w:r>
        <w:rPr>
          <w:b w:val="0"/>
        </w:rPr>
        <w:t xml:space="preserve">, renegotiated </w:t>
      </w:r>
      <w:r>
        <w:rPr>
          <w:b/>
        </w:rPr>
        <w:t>[term]</w:t>
      </w:r>
      <w:r>
        <w:rPr>
          <w:b w:val="0"/>
        </w:rPr>
        <w:t xml:space="preserve">], told </w:t>
      </w:r>
      <w:r>
        <w:rPr>
          <w:b/>
        </w:rPr>
        <w:t>[stakeholder]</w:t>
      </w:r>
      <w:r>
        <w:rPr>
          <w:b w:val="0"/>
        </w:rPr>
        <w:t xml:space="preserve"> with two options and a recommendation, and we </w:t>
      </w:r>
      <w:r>
        <w:rPr>
          <w:b/>
        </w:rPr>
        <w:t>[result]</w:t>
      </w:r>
      <w:r>
        <w:rPr>
          <w:b w:val="0"/>
        </w:rPr>
        <w:t xml:space="preserve">. Attendees didn't notice the change, and I now </w:t>
      </w:r>
      <w:r>
        <w:rPr>
          <w:b/>
        </w:rPr>
        <w:t>[what you do differently: get that quote earlier / build in a larger contingency]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