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Event Coordinator Interview Questions (and How to Answer Them)</w:t>
      </w:r>
    </w:p>
    <w:p>
      <w:r>
        <w:t>Templates from https://knowtheroom.ai/interview-questions/event-coordinator/ · Replace everything in [brackets].</w:t>
      </w:r>
    </w:p>
    <w:p>
      <w:pPr>
        <w:pStyle w:val="Heading2"/>
      </w:pPr>
      <w:r>
        <w:t>Walk me through an event you planned from start to finish.</w:t>
      </w:r>
    </w:p>
    <w:p>
      <w:r>
        <w:rPr>
          <w:b w:val="0"/>
        </w:rPr>
        <w:t xml:space="preserve">I planned [event: a 200-person customer conference, a product launch party, a series of webinars] for </w:t>
      </w:r>
      <w:r>
        <w:rPr>
          <w:b/>
        </w:rPr>
        <w:t>[company or organization]</w:t>
      </w:r>
      <w:r>
        <w:rPr>
          <w:b w:val="0"/>
        </w:rPr>
        <w:t xml:space="preserve">. The goal was </w:t>
      </w:r>
      <w:r>
        <w:rPr>
          <w:b/>
        </w:rPr>
        <w:t>[goal]</w:t>
      </w:r>
      <w:r>
        <w:rPr>
          <w:b w:val="0"/>
        </w:rPr>
        <w:t xml:space="preserve">. I started </w:t>
      </w:r>
      <w:r>
        <w:rPr>
          <w:b/>
        </w:rPr>
        <w:t>[weeks or months]</w:t>
      </w:r>
      <w:r>
        <w:rPr>
          <w:b w:val="0"/>
        </w:rPr>
        <w:t xml:space="preserve"> out with </w:t>
      </w:r>
      <w:r>
        <w:rPr>
          <w:b/>
        </w:rPr>
        <w:t>[first steps: venue shortlist, budget, timeline]</w:t>
      </w:r>
      <w:r>
        <w:rPr>
          <w:b w:val="0"/>
        </w:rPr>
        <w:t xml:space="preserve">. I managed </w:t>
      </w:r>
      <w:r>
        <w:rPr>
          <w:b/>
        </w:rPr>
        <w:t>[number]</w:t>
      </w:r>
      <w:r>
        <w:rPr>
          <w:b w:val="0"/>
        </w:rPr>
        <w:t xml:space="preserve"> vendors, including </w:t>
      </w:r>
      <w:r>
        <w:rPr>
          <w:b/>
        </w:rPr>
        <w:t>[examples]</w:t>
      </w:r>
      <w:r>
        <w:rPr>
          <w:b w:val="0"/>
        </w:rPr>
        <w:t xml:space="preserve">, and kept the budget at </w:t>
      </w:r>
      <w:r>
        <w:rPr>
          <w:b/>
        </w:rPr>
        <w:t>[amount or "within budget"]</w:t>
      </w:r>
      <w:r>
        <w:rPr>
          <w:b w:val="0"/>
        </w:rPr>
        <w:t xml:space="preserve">. On the day, </w:t>
      </w:r>
      <w:r>
        <w:rPr>
          <w:b/>
        </w:rPr>
        <w:t>[one moment you handled]</w:t>
      </w:r>
      <w:r>
        <w:rPr>
          <w:b w:val="0"/>
        </w:rPr>
        <w:t xml:space="preserve">. We had </w:t>
      </w:r>
      <w:r>
        <w:rPr>
          <w:b/>
        </w:rPr>
        <w:t>[attendance]</w:t>
      </w:r>
      <w:r>
        <w:rPr>
          <w:b w:val="0"/>
        </w:rPr>
        <w:t xml:space="preserve"> attendees and </w:t>
      </w:r>
      <w:r>
        <w:rPr>
          <w:b/>
        </w:rPr>
        <w:t>[result: X leads, Y sign-ups, a survey score of Z]</w:t>
      </w:r>
      <w:r>
        <w:rPr>
          <w:b w:val="0"/>
        </w:rPr>
        <w:t xml:space="preserve">. Next time I'd </w:t>
      </w:r>
      <w:r>
        <w:rPr>
          <w:b/>
        </w:rPr>
        <w:t>[change]</w:t>
      </w:r>
      <w:r>
        <w:rPr>
          <w:b w:val="0"/>
        </w:rPr>
        <w:t>.</w:t>
      </w:r>
    </w:p>
    <w:p>
      <w:pPr>
        <w:pStyle w:val="Heading2"/>
      </w:pPr>
      <w:r>
        <w:t>Tell me about something that went wrong at an event.</w:t>
      </w:r>
    </w:p>
    <w:p>
      <w:r>
        <w:rPr>
          <w:b w:val="0"/>
        </w:rPr>
        <w:t xml:space="preserve">At </w:t>
      </w:r>
      <w:r>
        <w:rPr>
          <w:b/>
        </w:rPr>
        <w:t>[event]</w:t>
      </w:r>
      <w:r>
        <w:rPr>
          <w:b w:val="0"/>
        </w:rPr>
        <w:t xml:space="preserve">, </w:t>
      </w:r>
      <w:r>
        <w:rPr>
          <w:b/>
        </w:rPr>
        <w:t>[problem]</w:t>
      </w:r>
      <w:r>
        <w:rPr>
          <w:b w:val="0"/>
        </w:rPr>
        <w:t xml:space="preserve"> happened </w:t>
      </w:r>
      <w:r>
        <w:rPr>
          <w:b/>
        </w:rPr>
        <w:t>[when]</w:t>
      </w:r>
      <w:r>
        <w:rPr>
          <w:b w:val="0"/>
        </w:rPr>
        <w:t xml:space="preserve">. I [immediate action: moved the agenda around, called our backup AV contact, sent a runner], told </w:t>
      </w:r>
      <w:r>
        <w:rPr>
          <w:b/>
        </w:rPr>
        <w:t>[who needed to know]</w:t>
      </w:r>
      <w:r>
        <w:rPr>
          <w:b w:val="0"/>
        </w:rPr>
        <w:t xml:space="preserve"> and kept guests </w:t>
      </w:r>
      <w:r>
        <w:rPr>
          <w:b/>
        </w:rPr>
        <w:t>[what you did for attendees]</w:t>
      </w:r>
      <w:r>
        <w:rPr>
          <w:b w:val="0"/>
        </w:rPr>
        <w:t xml:space="preserve">. Most attendees never noticed. Afterwards, I added </w:t>
      </w:r>
      <w:r>
        <w:rPr>
          <w:b/>
        </w:rPr>
        <w:t>[change: a backup speaker slot, spare cables in the kit, a second delivery window]</w:t>
      </w:r>
      <w:r>
        <w:rPr>
          <w:b w:val="0"/>
        </w:rPr>
        <w:t xml:space="preserve"> to our checklist.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