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Content Marketing Interview Questions (and How to Answer Them)</w:t>
      </w:r>
    </w:p>
    <w:p>
      <w:r>
        <w:t>Templates from https://knowtheroom.ai/interview-questions/content-marketing/ · Replace everything in [brackets].</w:t>
      </w:r>
    </w:p>
    <w:p>
      <w:pPr>
        <w:pStyle w:val="Heading2"/>
      </w:pPr>
      <w:r>
        <w:t>Walk me through a piece of content you're proud of.</w:t>
      </w:r>
    </w:p>
    <w:p>
      <w:r>
        <w:rPr>
          <w:b w:val="0"/>
        </w:rPr>
        <w:t xml:space="preserve">I wrote </w:t>
      </w:r>
      <w:r>
        <w:rPr>
          <w:b/>
        </w:rPr>
        <w:t>[piece]</w:t>
      </w:r>
      <w:r>
        <w:rPr>
          <w:b w:val="0"/>
        </w:rPr>
        <w:t xml:space="preserve"> for </w:t>
      </w:r>
      <w:r>
        <w:rPr>
          <w:b/>
        </w:rPr>
        <w:t>[audience]</w:t>
      </w:r>
      <w:r>
        <w:rPr>
          <w:b w:val="0"/>
        </w:rPr>
        <w:t xml:space="preserve"> because </w:t>
      </w:r>
      <w:r>
        <w:rPr>
          <w:b/>
        </w:rPr>
        <w:t>[goal or gap]</w:t>
      </w:r>
      <w:r>
        <w:rPr>
          <w:b w:val="0"/>
        </w:rPr>
        <w:t xml:space="preserve">. I researched it by </w:t>
      </w:r>
      <w:r>
        <w:rPr>
          <w:b/>
        </w:rPr>
        <w:t>[interviews, data, search demand]</w:t>
      </w:r>
      <w:r>
        <w:rPr>
          <w:b w:val="0"/>
        </w:rPr>
        <w:t xml:space="preserve">. We published on </w:t>
      </w:r>
      <w:r>
        <w:rPr>
          <w:b/>
        </w:rPr>
        <w:t>[channels]</w:t>
      </w:r>
      <w:r>
        <w:rPr>
          <w:b w:val="0"/>
        </w:rPr>
        <w:t xml:space="preserve"> and </w:t>
      </w:r>
      <w:r>
        <w:rPr>
          <w:b/>
        </w:rPr>
        <w:t>[distribution: email, social, sales]</w:t>
      </w:r>
      <w:r>
        <w:rPr>
          <w:b w:val="0"/>
        </w:rPr>
        <w:t xml:space="preserve">. It brought </w:t>
      </w:r>
      <w:r>
        <w:rPr>
          <w:b/>
        </w:rPr>
        <w:t>[traffic, sign-ups, pipeline or another result]</w:t>
      </w:r>
      <w:r>
        <w:rPr>
          <w:b w:val="0"/>
        </w:rPr>
        <w:t xml:space="preserve"> in </w:t>
      </w:r>
      <w:r>
        <w:rPr>
          <w:b/>
        </w:rPr>
        <w:t>[time]</w:t>
      </w:r>
      <w:r>
        <w:rPr>
          <w:b w:val="0"/>
        </w:rPr>
        <w:t xml:space="preserve">, and </w:t>
      </w:r>
      <w:r>
        <w:rPr>
          <w:b/>
        </w:rPr>
        <w:t>[what happened next]</w:t>
      </w:r>
      <w:r>
        <w:rPr>
          <w:b w:val="0"/>
        </w:rPr>
        <w:t>.</w:t>
      </w:r>
    </w:p>
    <w:p>
      <w:pPr>
        <w:pStyle w:val="Heading2"/>
      </w:pPr>
      <w:r>
        <w:t>Tell me about feedback you disagreed with.</w:t>
      </w:r>
    </w:p>
    <w:p>
      <w:r>
        <w:rPr>
          <w:b/>
        </w:rPr>
        <w:t>[Stakeholder]</w:t>
      </w:r>
      <w:r>
        <w:rPr>
          <w:b w:val="0"/>
        </w:rPr>
        <w:t xml:space="preserve"> wanted to </w:t>
      </w:r>
      <w:r>
        <w:rPr>
          <w:b/>
        </w:rPr>
        <w:t>[change]</w:t>
      </w:r>
      <w:r>
        <w:rPr>
          <w:b w:val="0"/>
        </w:rPr>
        <w:t xml:space="preserve">. I thought it would </w:t>
      </w:r>
      <w:r>
        <w:rPr>
          <w:b/>
        </w:rPr>
        <w:t>[effect on the reader]</w:t>
      </w:r>
      <w:r>
        <w:rPr>
          <w:b w:val="0"/>
        </w:rPr>
        <w:t xml:space="preserve">. I suggested </w:t>
      </w:r>
      <w:r>
        <w:rPr>
          <w:b/>
        </w:rPr>
        <w:t>[compromise or test]</w:t>
      </w:r>
      <w:r>
        <w:rPr>
          <w:b w:val="0"/>
        </w:rPr>
        <w:t xml:space="preserve">, and we </w:t>
      </w:r>
      <w:r>
        <w:rPr>
          <w:b/>
        </w:rPr>
        <w:t>[outcome]</w:t>
      </w:r>
      <w:r>
        <w:rPr>
          <w:b w:val="0"/>
        </w:rPr>
        <w:t xml:space="preserve">. Since then I </w:t>
      </w:r>
      <w:r>
        <w:rPr>
          <w:b/>
        </w:rPr>
        <w:t>[how you handle similar feedback]</w:t>
      </w:r>
      <w:r>
        <w:rPr>
          <w:b w:val="0"/>
        </w:rP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