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Manager Interview Questions (and How to Answer Them)</w:t>
      </w:r>
    </w:p>
    <w:p>
      <w:r>
        <w:t>Templates from https://knowtheroom.ai/interview-questions/brand-manager/ · Replace everything in [brackets].</w:t>
      </w:r>
    </w:p>
    <w:p>
      <w:pPr>
        <w:pStyle w:val="Heading2"/>
      </w:pPr>
      <w:r>
        <w:t>Tell me about a brand you've managed.</w:t>
      </w:r>
    </w:p>
    <w:p>
      <w:r>
        <w:rPr>
          <w:b w:val="0"/>
        </w:rPr>
        <w:t xml:space="preserve">I managed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a </w:t>
      </w:r>
      <w:r>
        <w:rPr>
          <w:b/>
        </w:rPr>
        <w:t>[position: e.g. challenger in X]</w:t>
      </w:r>
      <w:r>
        <w:rPr>
          <w:b w:val="0"/>
        </w:rPr>
        <w:t xml:space="preserve">. Our core consumer was </w:t>
      </w:r>
      <w:r>
        <w:rPr>
          <w:b/>
        </w:rPr>
        <w:t>[who]</w:t>
      </w:r>
      <w:r>
        <w:rPr>
          <w:b w:val="0"/>
        </w:rPr>
        <w:t xml:space="preserve">, and the challenge was </w:t>
      </w:r>
      <w:r>
        <w:rPr>
          <w:b/>
        </w:rPr>
        <w:t>[problem: losing share to Y, low trial]</w:t>
      </w:r>
      <w:r>
        <w:rPr>
          <w:b w:val="0"/>
        </w:rPr>
        <w:t xml:space="preserve">. I </w:t>
      </w:r>
      <w:r>
        <w:rPr>
          <w:b/>
        </w:rPr>
        <w:t>[actions: repositioned, renovated the pack, shifted media]</w:t>
      </w:r>
      <w:r>
        <w:rPr>
          <w:b w:val="0"/>
        </w:rPr>
        <w:t xml:space="preserve">. Over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[sales, share or penetration]</w:t>
      </w:r>
      <w:r>
        <w:rPr>
          <w:b w:val="0"/>
        </w:rPr>
        <w:t xml:space="preserve"> moved from [X] to [Y].</w:t>
      </w:r>
    </w:p>
    <w:p>
      <w:pPr>
        <w:pStyle w:val="Heading2"/>
      </w:pPr>
      <w:r>
        <w:t>Tell me about a time sales or finance pushed back on your plan.</w:t>
      </w:r>
    </w:p>
    <w:p>
      <w:r>
        <w:rPr>
          <w:b w:val="0"/>
        </w:rPr>
        <w:t xml:space="preserve">Finance wanted to cut </w:t>
      </w:r>
      <w:r>
        <w:rPr>
          <w:b/>
        </w:rPr>
        <w:t>[program]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. I showed </w:t>
      </w:r>
      <w:r>
        <w:rPr>
          <w:b/>
        </w:rPr>
        <w:t>[evidence: past results, a test, a share trend]</w:t>
      </w:r>
      <w:r>
        <w:rPr>
          <w:b w:val="0"/>
        </w:rPr>
        <w:t xml:space="preserve"> and proposed </w:t>
      </w:r>
      <w:r>
        <w:rPr>
          <w:b/>
        </w:rPr>
        <w:t>[alternative: a smaller test, a phased plan]</w:t>
      </w:r>
      <w:r>
        <w:rPr>
          <w:b w:val="0"/>
        </w:rPr>
        <w:t xml:space="preserve">. We agreed to </w:t>
      </w:r>
      <w:r>
        <w:rPr>
          <w:b/>
        </w:rPr>
        <w:t>[outcome]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