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Account Coordinator Interview Questions for Agency Jobs (With Answers)</w:t>
      </w:r>
    </w:p>
    <w:p>
      <w:r>
        <w:t>Templates from https://knowtheroom.ai/interview-questions/account-coordinator/ · Replace everything in [brackets].</w:t>
      </w:r>
    </w:p>
    <w:p>
      <w:pPr>
        <w:pStyle w:val="Heading2"/>
      </w:pPr>
      <w:r>
        <w:t>Why do you want to work at an agency?</w:t>
      </w:r>
    </w:p>
    <w:p>
      <w:r>
        <w:rPr>
          <w:b w:val="0"/>
        </w:rPr>
        <w:t xml:space="preserve">I like the idea of working across different clients and learning how </w:t>
      </w:r>
      <w:r>
        <w:rPr>
          <w:b/>
        </w:rPr>
        <w:t>[industry / types of brands]</w:t>
      </w:r>
      <w:r>
        <w:rPr>
          <w:b w:val="0"/>
        </w:rPr>
        <w:t xml:space="preserve"> each approach marketing. In my </w:t>
      </w:r>
      <w:r>
        <w:rPr>
          <w:b/>
        </w:rPr>
        <w:t>[internship / project]</w:t>
      </w:r>
      <w:r>
        <w:rPr>
          <w:b w:val="0"/>
        </w:rPr>
        <w:t xml:space="preserve">, I </w:t>
      </w:r>
      <w:r>
        <w:rPr>
          <w:b/>
        </w:rPr>
        <w:t>[example: coordinated a campaign, ran an event]</w:t>
      </w:r>
      <w:r>
        <w:rPr>
          <w:b w:val="0"/>
        </w:rPr>
        <w:t xml:space="preserve"> and liked keeping lots of moving parts on track. I know agency deadlines can be tight, and that's the kind of pace I do well in.</w:t>
      </w:r>
    </w:p>
    <w:p>
      <w:pPr>
        <w:pStyle w:val="Heading2"/>
      </w:pPr>
      <w:r>
        <w:t>How would you write a recap email after a client call?</w:t>
      </w:r>
    </w:p>
    <w:p>
      <w:r>
        <w:rPr>
          <w:b w:val="0"/>
        </w:rPr>
        <w:t xml:space="preserve">Subject: </w:t>
      </w:r>
      <w:r>
        <w:rPr>
          <w:b/>
        </w:rPr>
        <w:t>[Client]</w:t>
      </w:r>
      <w:r>
        <w:rPr>
          <w:b w:val="0"/>
        </w:rPr>
        <w:t xml:space="preserve"> call recap, </w:t>
      </w:r>
      <w:r>
        <w:rPr>
          <w:b/>
        </w:rPr>
        <w:t>[date]</w:t>
      </w:r>
    </w:p>
    <w:p/>
    <w:p>
      <w:r>
        <w:rPr>
          <w:b w:val="0"/>
        </w:rPr>
        <w:t>Hi all, thanks for the time today. A quick recap:</w:t>
      </w:r>
    </w:p>
    <w:p/>
    <w:p>
      <w:r>
        <w:rPr>
          <w:b w:val="0"/>
        </w:rPr>
        <w:t>Decisions</w:t>
      </w:r>
    </w:p>
    <w:p>
      <w:r>
        <w:rPr>
          <w:b w:val="0"/>
        </w:rPr>
        <w:t xml:space="preserve">- </w:t>
      </w:r>
      <w:r>
        <w:rPr>
          <w:b/>
        </w:rPr>
        <w:t>[Decision 1]</w:t>
      </w:r>
    </w:p>
    <w:p>
      <w:r>
        <w:rPr>
          <w:b w:val="0"/>
        </w:rPr>
        <w:t xml:space="preserve">- </w:t>
      </w:r>
      <w:r>
        <w:rPr>
          <w:b/>
        </w:rPr>
        <w:t>[Decision 2]</w:t>
      </w:r>
    </w:p>
    <w:p/>
    <w:p>
      <w:r>
        <w:rPr>
          <w:b w:val="0"/>
        </w:rPr>
        <w:t>Next steps</w:t>
      </w:r>
    </w:p>
    <w:p>
      <w:r>
        <w:rPr>
          <w:b w:val="0"/>
        </w:rPr>
        <w:t xml:space="preserve">- </w:t>
      </w:r>
      <w:r>
        <w:rPr>
          <w:b/>
        </w:rPr>
        <w:t>[Task]</w:t>
      </w:r>
      <w:r>
        <w:rPr>
          <w:b w:val="0"/>
        </w:rPr>
        <w:t xml:space="preserve">, </w:t>
      </w:r>
      <w:r>
        <w:rPr>
          <w:b/>
        </w:rPr>
        <w:t>[owner]</w:t>
      </w:r>
      <w:r>
        <w:rPr>
          <w:b w:val="0"/>
        </w:rPr>
        <w:t xml:space="preserve">, by </w:t>
      </w:r>
      <w:r>
        <w:rPr>
          <w:b/>
        </w:rPr>
        <w:t>[date]</w:t>
      </w:r>
    </w:p>
    <w:p>
      <w:r>
        <w:rPr>
          <w:b w:val="0"/>
        </w:rPr>
        <w:t xml:space="preserve">- </w:t>
      </w:r>
      <w:r>
        <w:rPr>
          <w:b/>
        </w:rPr>
        <w:t>[Task]</w:t>
      </w:r>
      <w:r>
        <w:rPr>
          <w:b w:val="0"/>
        </w:rPr>
        <w:t xml:space="preserve">, </w:t>
      </w:r>
      <w:r>
        <w:rPr>
          <w:b/>
        </w:rPr>
        <w:t>[owner]</w:t>
      </w:r>
      <w:r>
        <w:rPr>
          <w:b w:val="0"/>
        </w:rPr>
        <w:t xml:space="preserve">, by </w:t>
      </w:r>
      <w:r>
        <w:rPr>
          <w:b/>
        </w:rPr>
        <w:t>[date]</w:t>
      </w:r>
    </w:p>
    <w:p/>
    <w:p>
      <w:r>
        <w:rPr>
          <w:b w:val="0"/>
        </w:rPr>
        <w:t>Open questions</w:t>
      </w:r>
    </w:p>
    <w:p>
      <w:r>
        <w:rPr>
          <w:b w:val="0"/>
        </w:rPr>
        <w:t xml:space="preserve">- </w:t>
      </w:r>
      <w:r>
        <w:rPr>
          <w:b/>
        </w:rPr>
        <w:t>[Question]</w:t>
      </w:r>
      <w:r>
        <w:rPr>
          <w:b w:val="0"/>
        </w:rPr>
        <w:t xml:space="preserve">, </w:t>
      </w:r>
      <w:r>
        <w:rPr>
          <w:b/>
        </w:rPr>
        <w:t>[who's answering]</w:t>
      </w:r>
    </w:p>
    <w:p/>
    <w:p>
      <w:r>
        <w:rPr>
          <w:b w:val="0"/>
        </w:rPr>
        <w:t>Let me know if I missed anything.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