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How to Answer "Why Should We Hire You?" (Examples by Level)</w:t>
      </w:r>
    </w:p>
    <w:p>
      <w:r>
        <w:t>Templates from https://knowtheroom.ai/guides/why-should-we-hire-you/ · Replace everything in [brackets].</w:t>
      </w:r>
    </w:p>
    <w:p>
      <w:pPr>
        <w:pStyle w:val="Heading2"/>
      </w:pPr>
      <w:r>
        <w:t>How should you answer "why should we hire you"?</w:t>
      </w:r>
    </w:p>
    <w:p>
      <w:r>
        <w:rPr>
          <w:b w:val="0"/>
        </w:rPr>
        <w:t xml:space="preserve">From what you've described, this role needs someone who can </w:t>
      </w:r>
      <w:r>
        <w:rPr>
          <w:b/>
        </w:rPr>
        <w:t>[need 1]</w:t>
      </w:r>
      <w:r>
        <w:rPr>
          <w:b w:val="0"/>
        </w:rPr>
        <w:t xml:space="preserve"> and </w:t>
      </w:r>
      <w:r>
        <w:rPr>
          <w:b/>
        </w:rPr>
        <w:t>[need 2]</w:t>
      </w:r>
      <w:r>
        <w:rPr>
          <w:b w:val="0"/>
        </w:rPr>
        <w:t xml:space="preserve">, ideally while </w:t>
      </w:r>
      <w:r>
        <w:rPr>
          <w:b/>
        </w:rPr>
        <w:t>[constraint they mentioned: a small team, a tight budget, a new market]</w:t>
      </w:r>
      <w:r>
        <w:rPr>
          <w:b w:val="0"/>
        </w:rPr>
        <w:t>.</w:t>
      </w:r>
    </w:p>
    <w:p/>
    <w:p>
      <w:r>
        <w:rPr>
          <w:b w:val="0"/>
        </w:rPr>
        <w:t xml:space="preserve">That's close to what I've been doing at </w:t>
      </w:r>
      <w:r>
        <w:rPr>
          <w:b/>
        </w:rPr>
        <w:t>[Company]</w:t>
      </w:r>
      <w:r>
        <w:rPr>
          <w:b w:val="0"/>
        </w:rPr>
        <w:t xml:space="preserve">. I </w:t>
      </w:r>
      <w:r>
        <w:rPr>
          <w:b/>
        </w:rPr>
        <w:t>[action]</w:t>
      </w:r>
      <w:r>
        <w:rPr>
          <w:b w:val="0"/>
        </w:rPr>
        <w:t xml:space="preserve"> and </w:t>
      </w:r>
      <w:r>
        <w:rPr>
          <w:b/>
        </w:rPr>
        <w:t>[result]</w:t>
      </w:r>
      <w:r>
        <w:rPr>
          <w:b w:val="0"/>
        </w:rPr>
        <w:t xml:space="preserve">. I've also </w:t>
      </w:r>
      <w:r>
        <w:rPr>
          <w:b/>
        </w:rPr>
        <w:t>[second action]</w:t>
      </w:r>
      <w:r>
        <w:rPr>
          <w:b w:val="0"/>
        </w:rPr>
        <w:t xml:space="preserve">, which </w:t>
      </w:r>
      <w:r>
        <w:rPr>
          <w:b/>
        </w:rPr>
        <w:t>[outcome]</w:t>
      </w:r>
      <w:r>
        <w:rPr>
          <w:b w:val="0"/>
        </w:rPr>
        <w:t>.</w:t>
      </w:r>
    </w:p>
    <w:p/>
    <w:p>
      <w:r>
        <w:rPr>
          <w:b w:val="0"/>
        </w:rPr>
        <w:t xml:space="preserve">So I wouldn't need long to get started. In the first few weeks I'd want to </w:t>
      </w:r>
      <w:r>
        <w:rPr>
          <w:b/>
        </w:rPr>
        <w:t>[a sensible first step]</w:t>
      </w:r>
      <w:r>
        <w:rPr>
          <w:b w:val="0"/>
        </w:rPr>
        <w:t xml:space="preserve">, then </w:t>
      </w:r>
      <w:r>
        <w:rPr>
          <w:b/>
        </w:rPr>
        <w:t>[what comes next]</w:t>
      </w:r>
      <w:r>
        <w:rPr>
          <w:b w:val="0"/>
        </w:rPr>
        <w:t>.</w:t>
      </w:r>
    </w:p>
    <w:p>
      <w:pPr>
        <w:pStyle w:val="Heading2"/>
      </w:pPr>
      <w:r>
        <w:t>What's a good short answer to "why should we hire you"?</w:t>
      </w:r>
    </w:p>
    <w:p>
      <w:r>
        <w:rPr>
          <w:b w:val="0"/>
        </w:rPr>
        <w:t xml:space="preserve">You need someone who can </w:t>
      </w:r>
      <w:r>
        <w:rPr>
          <w:b/>
        </w:rPr>
        <w:t>[top need]</w:t>
      </w:r>
      <w:r>
        <w:rPr>
          <w:b w:val="0"/>
        </w:rPr>
        <w:t xml:space="preserve"> from day one, and that's what I've done for the last </w:t>
      </w:r>
      <w:r>
        <w:rPr>
          <w:b/>
        </w:rPr>
        <w:t>[time]</w:t>
      </w:r>
      <w:r>
        <w:rPr>
          <w:b w:val="0"/>
        </w:rPr>
        <w:t xml:space="preserve"> at </w:t>
      </w:r>
      <w:r>
        <w:rPr>
          <w:b/>
        </w:rPr>
        <w:t>[Company]</w:t>
      </w:r>
      <w:r>
        <w:rPr>
          <w:b w:val="0"/>
        </w:rPr>
        <w:t xml:space="preserve">, where I </w:t>
      </w:r>
      <w:r>
        <w:rPr>
          <w:b/>
        </w:rPr>
        <w:t>[result]</w:t>
      </w:r>
      <w:r>
        <w:rPr>
          <w:b w:val="0"/>
        </w:rPr>
        <w:t>.</w:t>
      </w:r>
    </w:p>
    <w:p>
      <w:r>
        <w:rPr>
          <w:b w:val="0"/>
        </w:rPr>
        <w:t xml:space="preserve">I'd bring that, plus </w:t>
      </w:r>
      <w:r>
        <w:rPr>
          <w:b/>
        </w:rPr>
        <w:t>[second strength that fits them]</w:t>
      </w:r>
      <w:r>
        <w:rPr>
          <w:b w:val="0"/>
        </w:rPr>
        <w:t xml:space="preserve">, to </w:t>
      </w:r>
      <w:r>
        <w:rPr>
          <w:b/>
        </w:rPr>
        <w:t>[the first priority they mentioned]</w:t>
      </w:r>
      <w:r>
        <w:rPr>
          <w:b w:val="0"/>
        </w:rPr>
        <w:t>.</w:t>
      </w:r>
    </w:p>
    <w:p>
      <w:pPr>
        <w:pStyle w:val="Heading2"/>
      </w:pPr>
      <w:r>
        <w:t>What's a good short answer to "why should we hire you"?</w:t>
      </w:r>
    </w:p>
    <w:p>
      <w:r>
        <w:rPr>
          <w:b w:val="0"/>
        </w:rPr>
        <w:t xml:space="preserve">I've already done the core of this job: </w:t>
      </w:r>
      <w:r>
        <w:rPr>
          <w:b/>
        </w:rPr>
        <w:t>[one-line proof]</w:t>
      </w:r>
      <w:r>
        <w:rPr>
          <w:b w:val="0"/>
        </w:rPr>
        <w:t xml:space="preserve">. I'd start by </w:t>
      </w:r>
      <w:r>
        <w:rPr>
          <w:b/>
        </w:rPr>
        <w:t>[first step]</w:t>
      </w:r>
      <w:r>
        <w:rPr>
          <w:b w:val="0"/>
        </w:rPr>
        <w:t xml:space="preserve">, so you'd see progress in the first </w:t>
      </w:r>
      <w:r>
        <w:rPr>
          <w:b/>
        </w:rPr>
        <w:t>[weeks/month]</w:t>
      </w:r>
      <w:r>
        <w:rPr>
          <w:b w:val="0"/>
        </w:rPr>
        <w:t>.</w:t>
      </w:r>
    </w:p>
    <w:p>
      <w:pPr>
        <w:pStyle w:val="Heading2"/>
      </w:pPr>
      <w:r>
        <w:t>Entry level or coordinator</w:t>
      </w:r>
    </w:p>
    <w:p>
      <w:r>
        <w:rPr>
          <w:b w:val="0"/>
        </w:rPr>
        <w:t xml:space="preserve">The posting asks for someone who can keep a busy content calendar moving and pull reporting together each week. That's most of what I did in my internship at </w:t>
      </w:r>
      <w:r>
        <w:rPr>
          <w:b/>
        </w:rPr>
        <w:t>[Company]</w:t>
      </w:r>
      <w:r>
        <w:rPr>
          <w:b w:val="0"/>
        </w:rPr>
        <w:t xml:space="preserve">: I managed the calendar for </w:t>
      </w:r>
      <w:r>
        <w:rPr>
          <w:b/>
        </w:rPr>
        <w:t>[channels]</w:t>
      </w:r>
      <w:r>
        <w:rPr>
          <w:b w:val="0"/>
        </w:rPr>
        <w:t xml:space="preserve">, coordinated </w:t>
      </w:r>
      <w:r>
        <w:rPr>
          <w:b/>
        </w:rPr>
        <w:t>[number]</w:t>
      </w:r>
      <w:r>
        <w:rPr>
          <w:b w:val="0"/>
        </w:rPr>
        <w:t xml:space="preserve"> people's approvals, and built the weekly report the team used in their Monday meeting.</w:t>
      </w:r>
    </w:p>
    <w:p/>
    <w:p>
      <w:r>
        <w:rPr>
          <w:b w:val="0"/>
        </w:rPr>
        <w:t xml:space="preserve">I'm organized, I'm quick with </w:t>
      </w:r>
      <w:r>
        <w:rPr>
          <w:b/>
        </w:rPr>
        <w:t>[tools in the posting]</w:t>
      </w:r>
      <w:r>
        <w:rPr>
          <w:b w:val="0"/>
        </w:rPr>
        <w:t xml:space="preserve">, and I like the detail work that keeps campaigns on time. I'd want to learn how your team plans a quarter, then take as much of the coordination off </w:t>
      </w:r>
      <w:r>
        <w:rPr>
          <w:b/>
        </w:rPr>
        <w:t>[manager's]</w:t>
      </w:r>
      <w:r>
        <w:rPr>
          <w:b w:val="0"/>
        </w:rPr>
        <w:t xml:space="preserve"> plate as I can.</w:t>
      </w:r>
    </w:p>
    <w:p>
      <w:pPr>
        <w:pStyle w:val="Heading2"/>
      </w:pPr>
      <w:r>
        <w:t>Specialist (social, SEO, paid, content)</w:t>
      </w:r>
    </w:p>
    <w:p>
      <w:r>
        <w:rPr>
          <w:b w:val="0"/>
        </w:rPr>
        <w:t xml:space="preserve">You've said the priority is getting organic traffic growing again after it flattened last year. That's the problem I worked on at </w:t>
      </w:r>
      <w:r>
        <w:rPr>
          <w:b/>
        </w:rPr>
        <w:t>[Company]</w:t>
      </w:r>
      <w:r>
        <w:rPr>
          <w:b w:val="0"/>
        </w:rPr>
        <w:t xml:space="preserve">: I audited the site, fixed </w:t>
      </w:r>
      <w:r>
        <w:rPr>
          <w:b/>
        </w:rPr>
        <w:t>[the technical issue]</w:t>
      </w:r>
      <w:r>
        <w:rPr>
          <w:b w:val="0"/>
        </w:rPr>
        <w:t xml:space="preserve">, and rebuilt the content plan around </w:t>
      </w:r>
      <w:r>
        <w:rPr>
          <w:b/>
        </w:rPr>
        <w:t>[topic clusters / buyer questions]</w:t>
      </w:r>
      <w:r>
        <w:rPr>
          <w:b w:val="0"/>
        </w:rPr>
        <w:t xml:space="preserve">. Over </w:t>
      </w:r>
      <w:r>
        <w:rPr>
          <w:b/>
        </w:rPr>
        <w:t>[time]</w:t>
      </w:r>
      <w:r>
        <w:rPr>
          <w:b w:val="0"/>
        </w:rPr>
        <w:t xml:space="preserve">, </w:t>
      </w:r>
      <w:r>
        <w:rPr>
          <w:b/>
        </w:rPr>
        <w:t>[result]</w:t>
      </w:r>
      <w:r>
        <w:rPr>
          <w:b w:val="0"/>
        </w:rPr>
        <w:t>.</w:t>
      </w:r>
    </w:p>
    <w:p/>
    <w:p>
      <w:r>
        <w:rPr>
          <w:b w:val="0"/>
        </w:rPr>
        <w:t xml:space="preserve">I also work closely with </w:t>
      </w:r>
      <w:r>
        <w:rPr>
          <w:b/>
        </w:rPr>
        <w:t>[product / engineering / content]</w:t>
      </w:r>
      <w:r>
        <w:rPr>
          <w:b w:val="0"/>
        </w:rPr>
        <w:t>, which matters here because the fixes you mentioned need a developer's time. I'd start by finding where the traffic was lost, then bring a short plan to the team.</w:t>
      </w:r>
    </w:p>
    <w:p>
      <w:pPr>
        <w:pStyle w:val="Heading2"/>
      </w:pPr>
      <w:r>
        <w:t>Marketing manager</w:t>
      </w:r>
    </w:p>
    <w:p>
      <w:r>
        <w:rPr>
          <w:b w:val="0"/>
        </w:rPr>
        <w:t xml:space="preserve">This role is about running the full campaign calendar with a small team and an agency, and showing the business what marketing contributes. I've done both at </w:t>
      </w:r>
      <w:r>
        <w:rPr>
          <w:b/>
        </w:rPr>
        <w:t>[Company]</w:t>
      </w:r>
      <w:r>
        <w:rPr>
          <w:b w:val="0"/>
        </w:rPr>
        <w:t xml:space="preserve">: I managed </w:t>
      </w:r>
      <w:r>
        <w:rPr>
          <w:b/>
        </w:rPr>
        <w:t>[team size or agency]</w:t>
      </w:r>
      <w:r>
        <w:rPr>
          <w:b w:val="0"/>
        </w:rPr>
        <w:t xml:space="preserve"> across </w:t>
      </w:r>
      <w:r>
        <w:rPr>
          <w:b/>
        </w:rPr>
        <w:t>[channels]</w:t>
      </w:r>
      <w:r>
        <w:rPr>
          <w:b w:val="0"/>
        </w:rPr>
        <w:t xml:space="preserve">, and I set up the reporting that tied campaigns to </w:t>
      </w:r>
      <w:r>
        <w:rPr>
          <w:b/>
        </w:rPr>
        <w:t>[pipeline / sales / sign-ups]</w:t>
      </w:r>
      <w:r>
        <w:rPr>
          <w:b w:val="0"/>
        </w:rPr>
        <w:t xml:space="preserve">, which </w:t>
      </w:r>
      <w:r>
        <w:rPr>
          <w:b/>
        </w:rPr>
        <w:t>[outcome, such as protecting the budget in planning]</w:t>
      </w:r>
      <w:r>
        <w:rPr>
          <w:b w:val="0"/>
        </w:rPr>
        <w:t>.</w:t>
      </w:r>
    </w:p>
    <w:p/>
    <w:p>
      <w:r>
        <w:rPr>
          <w:b w:val="0"/>
        </w:rPr>
        <w:t>What I'd bring is the habit of planning from the business goal backward. In the first month I'd want to understand which campaigns are working and which are habit, then focus the next quarter's plan on the first group.</w:t>
      </w:r>
    </w:p>
    <w:p>
      <w:pPr>
        <w:pStyle w:val="Heading2"/>
      </w:pPr>
      <w:r>
        <w:t>Director, VP or CMO</w:t>
      </w:r>
    </w:p>
    <w:p>
      <w:r>
        <w:rPr>
          <w:b w:val="0"/>
        </w:rPr>
        <w:t xml:space="preserve">As I understand it, the business needs marketing to [the senior-level need: reposition the brand for a new audience, build demand that sales can rely on, rebuild a team after turnover], and do it while </w:t>
      </w:r>
      <w:r>
        <w:rPr>
          <w:b/>
        </w:rPr>
        <w:t>[constraint]</w:t>
      </w:r>
      <w:r>
        <w:rPr>
          <w:b w:val="0"/>
        </w:rPr>
        <w:t>.</w:t>
      </w:r>
    </w:p>
    <w:p/>
    <w:p>
      <w:r>
        <w:rPr>
          <w:b w:val="0"/>
        </w:rPr>
        <w:t xml:space="preserve">I've led that kind of change at </w:t>
      </w:r>
      <w:r>
        <w:rPr>
          <w:b/>
        </w:rPr>
        <w:t>[Company]</w:t>
      </w:r>
      <w:r>
        <w:rPr>
          <w:b w:val="0"/>
        </w:rPr>
        <w:t xml:space="preserve">. We </w:t>
      </w:r>
      <w:r>
        <w:rPr>
          <w:b/>
        </w:rPr>
        <w:t>[what you changed: strategy, team, budget mix]</w:t>
      </w:r>
      <w:r>
        <w:rPr>
          <w:b w:val="0"/>
        </w:rPr>
        <w:t xml:space="preserve">, and </w:t>
      </w:r>
      <w:r>
        <w:rPr>
          <w:b/>
        </w:rPr>
        <w:t>[result for the business]</w:t>
      </w:r>
      <w:r>
        <w:rPr>
          <w:b w:val="0"/>
        </w:rPr>
        <w:t xml:space="preserve">. The part I'm proudest of is </w:t>
      </w:r>
      <w:r>
        <w:rPr>
          <w:b/>
        </w:rPr>
        <w:t>[the team or capability you left behind]</w:t>
      </w:r>
      <w:r>
        <w:rPr>
          <w:b w:val="0"/>
        </w:rPr>
        <w:t>.</w:t>
      </w:r>
    </w:p>
    <w:p/>
    <w:p>
      <w:r>
        <w:rPr>
          <w:b w:val="0"/>
        </w:rPr>
        <w:t xml:space="preserve">I wouldn't arrive with a plan already written. I'd spend the first weeks with </w:t>
      </w:r>
      <w:r>
        <w:rPr>
          <w:b/>
        </w:rPr>
        <w:t>[sales, product, finance, customers]</w:t>
      </w:r>
      <w:r>
        <w:rPr>
          <w:b w:val="0"/>
        </w:rPr>
        <w:t>, then bring a focused plan with the few bets I'd make and how we'd measure them.</w:t>
      </w:r>
    </w:p>
    <w:p>
      <w:pPr>
        <w:pStyle w:val="Heading2"/>
      </w:pPr>
      <w:r>
        <w:t>What if you're changing careers or don't meet every requirement?</w:t>
      </w:r>
    </w:p>
    <w:p>
      <w:r>
        <w:rPr>
          <w:b w:val="0"/>
        </w:rPr>
        <w:t xml:space="preserve">The two things this role needs most are </w:t>
      </w:r>
      <w:r>
        <w:rPr>
          <w:b/>
        </w:rPr>
        <w:t>[need 1]</w:t>
      </w:r>
      <w:r>
        <w:rPr>
          <w:b w:val="0"/>
        </w:rPr>
        <w:t xml:space="preserve"> and </w:t>
      </w:r>
      <w:r>
        <w:rPr>
          <w:b/>
        </w:rPr>
        <w:t>[need 2]</w:t>
      </w:r>
      <w:r>
        <w:rPr>
          <w:b w:val="0"/>
        </w:rPr>
        <w:t xml:space="preserve">. I've done both in </w:t>
      </w:r>
      <w:r>
        <w:rPr>
          <w:b/>
        </w:rPr>
        <w:t>[your current field]</w:t>
      </w:r>
      <w:r>
        <w:rPr>
          <w:b w:val="0"/>
        </w:rPr>
        <w:t xml:space="preserve">: </w:t>
      </w:r>
      <w:r>
        <w:rPr>
          <w:b/>
        </w:rPr>
        <w:t>[proof]</w:t>
      </w:r>
      <w:r>
        <w:rPr>
          <w:b w:val="0"/>
        </w:rPr>
        <w:t xml:space="preserve">. The part I haven't done in a marketing team is </w:t>
      </w:r>
      <w:r>
        <w:rPr>
          <w:b/>
        </w:rPr>
        <w:t>[gap]</w:t>
      </w:r>
      <w:r>
        <w:rPr>
          <w:b w:val="0"/>
        </w:rPr>
        <w:t xml:space="preserve">, so I've </w:t>
      </w:r>
      <w:r>
        <w:rPr>
          <w:b/>
        </w:rPr>
        <w:t>[what you've done about it: a course, a side project, freelance work]</w:t>
      </w:r>
      <w:r>
        <w:rPr>
          <w:b w:val="0"/>
        </w:rPr>
        <w:t xml:space="preserve">, and I'd expect to close the rest of that gap quickly with </w:t>
      </w:r>
      <w:r>
        <w:rPr>
          <w:b/>
        </w:rPr>
        <w:t>[the team's support / the tools you use]</w:t>
      </w:r>
      <w:r>
        <w:rPr>
          <w:b w:val="0"/>
        </w:rPr>
        <w: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