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"Why Do You Want to Work Here?" (With Examples)</w:t>
      </w:r>
    </w:p>
    <w:p>
      <w:r>
        <w:t>Templates from https://knowtheroom.ai/guides/why-do-you-want-to-work-here/ · Replace everything in [brackets].</w:t>
      </w:r>
    </w:p>
    <w:p>
      <w:pPr>
        <w:pStyle w:val="Heading2"/>
      </w:pPr>
      <w:r>
        <w:t>A simple structure for your answer</w:t>
      </w:r>
    </w:p>
    <w:p>
      <w:r>
        <w:rPr>
          <w:b w:val="0"/>
        </w:rPr>
        <w:t>"Two things. First, [specific thing about the company, e.g. how the brand has built a real community on TikTok while its rivals mostly run ads]. That's the kind of brand I want to work on.</w:t>
      </w:r>
    </w:p>
    <w:p/>
    <w:p>
      <w:r>
        <w:rPr>
          <w:b w:val="0"/>
        </w:rPr>
        <w:t xml:space="preserve">Second, this role </w:t>
      </w:r>
      <w:r>
        <w:rPr>
          <w:b/>
        </w:rPr>
        <w:t>[what the role offers, e.g. owns brand and social together]</w:t>
      </w:r>
      <w:r>
        <w:rPr>
          <w:b w:val="0"/>
        </w:rPr>
        <w:t xml:space="preserve">, which is where I've done my best work. At </w:t>
      </w:r>
      <w:r>
        <w:rPr>
          <w:b/>
        </w:rPr>
        <w:t>[Company]</w:t>
      </w:r>
      <w:r>
        <w:rPr>
          <w:b w:val="0"/>
        </w:rPr>
        <w:t xml:space="preserve"> I </w:t>
      </w:r>
      <w:r>
        <w:rPr>
          <w:b/>
        </w:rPr>
        <w:t>[one result that fits]</w:t>
      </w:r>
      <w:r>
        <w:rPr>
          <w:b w:val="0"/>
        </w:rPr>
        <w:t xml:space="preserve">, and I'd like to do that at </w:t>
      </w:r>
      <w:r>
        <w:rPr>
          <w:b/>
        </w:rPr>
        <w:t>[their scale / in their category]</w:t>
      </w:r>
      <w:r>
        <w:rPr>
          <w:b w:val="0"/>
        </w:rPr>
        <w:t>.</w:t>
      </w:r>
    </w:p>
    <w:p/>
    <w:p>
      <w:r>
        <w:rPr>
          <w:b w:val="0"/>
        </w:rPr>
        <w:t>So it's a brand I'd be proud to work on, and a role where I think I'd make a difference quickly."</w:t>
      </w:r>
    </w:p>
    <w:p>
      <w:pPr>
        <w:pStyle w:val="Heading2"/>
      </w:pPr>
      <w:r>
        <w:t>A short, simple answer you can adapt</w:t>
      </w:r>
    </w:p>
    <w:p>
      <w:r>
        <w:rPr>
          <w:b w:val="0"/>
        </w:rPr>
        <w:t xml:space="preserve">"I've been following </w:t>
      </w:r>
      <w:r>
        <w:rPr>
          <w:b/>
        </w:rPr>
        <w:t>[Company]</w:t>
      </w:r>
      <w:r>
        <w:rPr>
          <w:b w:val="0"/>
        </w:rPr>
        <w:t xml:space="preserve"> since </w:t>
      </w:r>
      <w:r>
        <w:rPr>
          <w:b/>
        </w:rPr>
        <w:t>[specific thing you noticed, e.g. your switch to creator-led video]</w:t>
      </w:r>
      <w:r>
        <w:rPr>
          <w:b w:val="0"/>
        </w:rPr>
        <w:t xml:space="preserve">, and I like that you're </w:t>
      </w:r>
      <w:r>
        <w:rPr>
          <w:b/>
        </w:rPr>
        <w:t>[what it says about the brand]</w:t>
      </w:r>
      <w:r>
        <w:rPr>
          <w:b w:val="0"/>
        </w:rPr>
        <w:t xml:space="preserve">. This role would let me </w:t>
      </w:r>
      <w:r>
        <w:rPr>
          <w:b/>
        </w:rPr>
        <w:t>[what you'd do]</w:t>
      </w:r>
      <w:r>
        <w:rPr>
          <w:b w:val="0"/>
        </w:rPr>
        <w:t xml:space="preserve">, which builds on </w:t>
      </w:r>
      <w:r>
        <w:rPr>
          <w:b/>
        </w:rPr>
        <w:t>[one thing you've done]</w:t>
      </w:r>
      <w:r>
        <w:rPr>
          <w:b w:val="0"/>
        </w:rPr>
        <w:t>. It feels like a place where I'd learn a lot and contribute quickly."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"I've been watching how </w:t>
      </w:r>
      <w:r>
        <w:rPr>
          <w:b/>
        </w:rPr>
        <w:t>[Company]</w:t>
      </w:r>
      <w:r>
        <w:rPr>
          <w:b w:val="0"/>
        </w:rPr>
        <w:t xml:space="preserve"> talks about </w:t>
      </w:r>
      <w:r>
        <w:rPr>
          <w:b/>
        </w:rPr>
        <w:t>[product]</w:t>
      </w:r>
      <w:r>
        <w:rPr>
          <w:b w:val="0"/>
        </w:rPr>
        <w:t xml:space="preserve"> compared with </w:t>
      </w:r>
      <w:r>
        <w:rPr>
          <w:b/>
        </w:rPr>
        <w:t>[rival]</w:t>
      </w:r>
      <w:r>
        <w:rPr>
          <w:b w:val="0"/>
        </w:rPr>
        <w:t xml:space="preserve">. Your homepage leads with </w:t>
      </w:r>
      <w:r>
        <w:rPr>
          <w:b/>
        </w:rPr>
        <w:t>[their message]</w:t>
      </w:r>
      <w:r>
        <w:rPr>
          <w:b w:val="0"/>
        </w:rPr>
        <w:t xml:space="preserve">, while </w:t>
      </w:r>
      <w:r>
        <w:rPr>
          <w:b/>
        </w:rPr>
        <w:t>[rival]</w:t>
      </w:r>
      <w:r>
        <w:rPr>
          <w:b w:val="0"/>
        </w:rPr>
        <w:t xml:space="preserve"> still leads on price, and the comments on your posts suggest customers have noticed. I want to work on a brand that's trying to win on meaning, not discounts.</w:t>
      </w:r>
    </w:p>
    <w:p/>
    <w:p>
      <w:r>
        <w:rPr>
          <w:b w:val="0"/>
        </w:rPr>
        <w:t xml:space="preserve">The role also brings brand and creative strategy together, which is what I did at </w:t>
      </w:r>
      <w:r>
        <w:rPr>
          <w:b/>
        </w:rPr>
        <w:t>[Company]</w:t>
      </w:r>
      <w:r>
        <w:rPr>
          <w:b w:val="0"/>
        </w:rPr>
        <w:t xml:space="preserve"> when we </w:t>
      </w:r>
      <w:r>
        <w:rPr>
          <w:b/>
        </w:rPr>
        <w:t>[result]</w:t>
      </w:r>
      <w:r>
        <w:rPr>
          <w:b w:val="0"/>
        </w:rPr>
        <w:t>. I'd like to bring that to a bigger brand."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"Your social channels feel like a person runs them, which is rare at your size. I noticed </w:t>
      </w:r>
      <w:r>
        <w:rPr>
          <w:b/>
        </w:rPr>
        <w:t>[specific post or format]</w:t>
      </w:r>
      <w:r>
        <w:rPr>
          <w:b w:val="0"/>
        </w:rPr>
        <w:t xml:space="preserve"> got far more engagement than anything else you posted that month. I'd love to work on a team that's willing to take those bets.</w:t>
      </w:r>
    </w:p>
    <w:p/>
    <w:p>
      <w:r>
        <w:rPr>
          <w:b w:val="0"/>
        </w:rPr>
        <w:t xml:space="preserve">In my current role I </w:t>
      </w:r>
      <w:r>
        <w:rPr>
          <w:b/>
        </w:rPr>
        <w:t>[result, e.g. grew engagement on short-form video]</w:t>
      </w:r>
      <w:r>
        <w:rPr>
          <w:b w:val="0"/>
        </w:rPr>
        <w:t>, and I'd want to build on that with a team that already has the trust to experiment."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>"</w:t>
      </w:r>
      <w:r>
        <w:rPr>
          <w:b/>
        </w:rPr>
        <w:t>[Company]</w:t>
      </w:r>
      <w:r>
        <w:rPr>
          <w:b w:val="0"/>
        </w:rPr>
        <w:t xml:space="preserve"> is at the stage where [specific situation, e.g. paid acquisition is getting more expensive and organic demand matters more]. That's exactly the problem I've spent the last </w:t>
      </w:r>
      <w:r>
        <w:rPr>
          <w:b/>
        </w:rPr>
        <w:t>[time]</w:t>
      </w:r>
      <w:r>
        <w:rPr>
          <w:b w:val="0"/>
        </w:rPr>
        <w:t xml:space="preserve"> on.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 I [result, e.g. cut cost per acquisition by moving spend into channels we could measure properly]. This role owns </w:t>
      </w:r>
      <w:r>
        <w:rPr>
          <w:b/>
        </w:rPr>
        <w:t>[scope]</w:t>
      </w:r>
      <w:r>
        <w:rPr>
          <w:b w:val="0"/>
        </w:rPr>
        <w:t>, so I'd be working on the problem end to end."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