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"Why Are You Leaving Your Current Job?"</w:t>
      </w:r>
    </w:p>
    <w:p>
      <w:r>
        <w:t>Templates from https://kunskap.app/guides/why-are-you-leaving-your-current-job/ · Replace everything in [brackets].</w:t>
      </w:r>
    </w:p>
    <w:p>
      <w:pPr>
        <w:pStyle w:val="Heading2"/>
      </w:pPr>
      <w:r>
        <w:t>How should you answer "why are you leaving your current job"?</w:t>
      </w:r>
    </w:p>
    <w:p>
      <w:r>
        <w:rPr>
          <w:b/>
        </w:rPr>
        <w:t>[Company]</w:t>
      </w:r>
      <w:r>
        <w:rPr>
          <w:b w:val="0"/>
        </w:rPr>
        <w:t xml:space="preserve"> has been good to me: I </w:t>
      </w:r>
      <w:r>
        <w:rPr>
          <w:b/>
        </w:rPr>
        <w:t>[one result]</w:t>
      </w:r>
      <w:r>
        <w:rPr>
          <w:b w:val="0"/>
        </w:rPr>
        <w:t xml:space="preserve"> there. What I want next is </w:t>
      </w:r>
      <w:r>
        <w:rPr>
          <w:b/>
        </w:rPr>
        <w:t>[more ownership / a bigger channel mix / a team to manage / a different category]</w:t>
      </w:r>
      <w:r>
        <w:rPr>
          <w:b w:val="0"/>
        </w:rPr>
        <w:t>, and the way the team is set up, that won't open up soon.</w:t>
      </w:r>
    </w:p>
    <w:p/>
    <w:p>
      <w:r>
        <w:rPr>
          <w:b w:val="0"/>
        </w:rPr>
        <w:t xml:space="preserve">That's what drew me to this role: </w:t>
      </w:r>
      <w:r>
        <w:rPr>
          <w:b/>
        </w:rPr>
        <w:t>[the part of the job that offers it]</w:t>
      </w:r>
      <w:r>
        <w:rPr>
          <w:b w:val="0"/>
        </w:rPr>
        <w:t>.</w:t>
      </w:r>
    </w:p>
    <w:p>
      <w:pPr>
        <w:pStyle w:val="Heading2"/>
      </w:pPr>
      <w:r>
        <w:t>What if you were laid off?</w:t>
      </w:r>
    </w:p>
    <w:p>
      <w:r>
        <w:rPr>
          <w:b w:val="0"/>
        </w:rPr>
        <w:t xml:space="preserve">My role was one of several cut when </w:t>
      </w:r>
      <w:r>
        <w:rPr>
          <w:b/>
        </w:rPr>
        <w:t>[Company]</w:t>
      </w:r>
      <w:r>
        <w:rPr>
          <w:b w:val="0"/>
        </w:rPr>
        <w:t xml:space="preserve"> </w:t>
      </w:r>
      <w:r>
        <w:rPr>
          <w:b/>
        </w:rPr>
        <w:t>[restructured / cut the marketing budget / closed the team]</w:t>
      </w:r>
      <w:r>
        <w:rPr>
          <w:b w:val="0"/>
        </w:rPr>
        <w:t xml:space="preserve"> in </w:t>
      </w:r>
      <w:r>
        <w:rPr>
          <w:b/>
        </w:rPr>
        <w:t>[month]</w:t>
      </w:r>
      <w:r>
        <w:rPr>
          <w:b w:val="0"/>
        </w:rPr>
        <w:t xml:space="preserve">. Before that I </w:t>
      </w:r>
      <w:r>
        <w:rPr>
          <w:b/>
        </w:rPr>
        <w:t>[one or two results]</w:t>
      </w:r>
      <w:r>
        <w:rPr>
          <w:b w:val="0"/>
        </w:rPr>
        <w:t>.</w:t>
      </w:r>
    </w:p>
    <w:p/>
    <w:p>
      <w:r>
        <w:rPr>
          <w:b w:val="0"/>
        </w:rPr>
        <w:t xml:space="preserve">Since then I've [what you've done: freelance work, a course, volunteering, time on a specific project], and I'm now looking for </w:t>
      </w:r>
      <w:r>
        <w:rPr>
          <w:b/>
        </w:rPr>
        <w:t>[what you want next]</w:t>
      </w:r>
      <w:r>
        <w:rPr>
          <w:b w:val="0"/>
        </w:rPr>
        <w:t>, which is why this role caught my attention.</w:t>
      </w:r>
    </w:p>
    <w:p>
      <w:pPr>
        <w:pStyle w:val="Heading2"/>
      </w:pPr>
      <w:r>
        <w:t>What if you were fired?</w:t>
      </w:r>
    </w:p>
    <w:p>
      <w:r>
        <w:rPr>
          <w:b w:val="0"/>
        </w:rPr>
        <w:t xml:space="preserve">It wasn't the right fit, and the company let me go in </w:t>
      </w:r>
      <w:r>
        <w:rPr>
          <w:b/>
        </w:rPr>
        <w:t>[month]</w:t>
      </w:r>
      <w:r>
        <w:rPr>
          <w:b w:val="0"/>
        </w:rPr>
        <w:t xml:space="preserve">. Looking back, [an honest, short reason: I took on a role that needed more </w:t>
      </w:r>
      <w:r>
        <w:rPr>
          <w:b/>
        </w:rPr>
        <w:t>[skill]</w:t>
      </w:r>
      <w:r>
        <w:rPr>
          <w:b w:val="0"/>
        </w:rPr>
        <w:t xml:space="preserve"> than I had then / I didn't raise problems early enough].</w:t>
      </w:r>
    </w:p>
    <w:p/>
    <w:p>
      <w:r>
        <w:rPr>
          <w:b w:val="0"/>
        </w:rPr>
        <w:t xml:space="preserve">Since then I've </w:t>
      </w:r>
      <w:r>
        <w:rPr>
          <w:b/>
        </w:rPr>
        <w:t>[what changed: built that skill, changed how I work]</w:t>
      </w:r>
      <w:r>
        <w:rPr>
          <w:b w:val="0"/>
        </w:rPr>
        <w:t xml:space="preserve">, and in my next role I'm looking for </w:t>
      </w:r>
      <w:r>
        <w:rPr>
          <w:b/>
        </w:rPr>
        <w:t>[what suits you better]</w:t>
      </w:r>
      <w:r>
        <w:rPr>
          <w:b w:val="0"/>
        </w:rPr>
        <w:t>.</w:t>
      </w:r>
    </w:p>
    <w:p>
      <w:pPr>
        <w:pStyle w:val="Heading2"/>
      </w:pPr>
      <w:r>
        <w:t>What if you're changing careers?</w:t>
      </w:r>
    </w:p>
    <w:p>
      <w:r>
        <w:rPr>
          <w:b w:val="0"/>
        </w:rPr>
        <w:t xml:space="preserve">I've spent </w:t>
      </w:r>
      <w:r>
        <w:rPr>
          <w:b/>
        </w:rPr>
        <w:t>[time]</w:t>
      </w:r>
      <w:r>
        <w:rPr>
          <w:b w:val="0"/>
        </w:rPr>
        <w:t xml:space="preserve"> in </w:t>
      </w:r>
      <w:r>
        <w:rPr>
          <w:b/>
        </w:rPr>
        <w:t>[current field]</w:t>
      </w:r>
      <w:r>
        <w:rPr>
          <w:b w:val="0"/>
        </w:rPr>
        <w:t>, and the part I've enjoyed most is [the part that overlaps with marketing: understanding customers, writing, data, building audiences]. I want to do that full time.</w:t>
      </w:r>
    </w:p>
    <w:p/>
    <w:p>
      <w:r>
        <w:rPr>
          <w:b w:val="0"/>
        </w:rPr>
        <w:t xml:space="preserve">I've already [what you've done: run social for a side project, taken a course, done freelance work for </w:t>
      </w:r>
      <w:r>
        <w:rPr>
          <w:b/>
        </w:rPr>
        <w:t>[type of client]</w:t>
      </w:r>
      <w:r>
        <w:rPr>
          <w:b w:val="0"/>
        </w:rPr>
        <w:t xml:space="preserve">], and this role is the right way in, because </w:t>
      </w:r>
      <w:r>
        <w:rPr>
          <w:b/>
        </w:rPr>
        <w:t>[reason]</w:t>
      </w:r>
      <w:r>
        <w:rPr>
          <w:b w:val="0"/>
        </w:rPr>
        <w:t>.</w:t>
      </w:r>
    </w:p>
    <w:p>
      <w:pPr>
        <w:pStyle w:val="Heading2"/>
      </w:pPr>
      <w:r>
        <w:t>Specialist looking for a bigger role</w:t>
      </w:r>
    </w:p>
    <w:p>
      <w:r>
        <w:rPr>
          <w:b w:val="0"/>
        </w:rPr>
        <w:t xml:space="preserve">I've been the only SEO person at </w:t>
      </w:r>
      <w:r>
        <w:rPr>
          <w:b/>
        </w:rPr>
        <w:t>[Company]</w:t>
      </w:r>
      <w:r>
        <w:rPr>
          <w:b w:val="0"/>
        </w:rPr>
        <w:t xml:space="preserve"> for </w:t>
      </w:r>
      <w:r>
        <w:rPr>
          <w:b/>
        </w:rPr>
        <w:t>[time]</w:t>
      </w:r>
      <w:r>
        <w:rPr>
          <w:b w:val="0"/>
        </w:rPr>
        <w:t xml:space="preserve">, and we've </w:t>
      </w:r>
      <w:r>
        <w:rPr>
          <w:b/>
        </w:rPr>
        <w:t>[one result]</w:t>
      </w:r>
      <w:r>
        <w:rPr>
          <w:b w:val="0"/>
        </w:rPr>
        <w:t xml:space="preserve">. I've enjoyed building it from scratch, but I want to work on a bigger site with a team around me, where I can go deeper into </w:t>
      </w:r>
      <w:r>
        <w:rPr>
          <w:b/>
        </w:rPr>
        <w:t>[content strategy / technical work]</w:t>
      </w:r>
      <w:r>
        <w:rPr>
          <w:b w:val="0"/>
        </w:rPr>
        <w:t>. That's a large part of why this role appeals.</w:t>
      </w:r>
    </w:p>
    <w:p>
      <w:pPr>
        <w:pStyle w:val="Heading2"/>
      </w:pPr>
      <w:r>
        <w:t>Manager looking to lead a team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 I've run </w:t>
      </w:r>
      <w:r>
        <w:rPr>
          <w:b/>
        </w:rPr>
        <w:t>[channels or campaigns]</w:t>
      </w:r>
      <w:r>
        <w:rPr>
          <w:b w:val="0"/>
        </w:rPr>
        <w:t xml:space="preserve"> and managed </w:t>
      </w:r>
      <w:r>
        <w:rPr>
          <w:b/>
        </w:rPr>
        <w:t>[an agency / a freelancer]</w:t>
      </w:r>
      <w:r>
        <w:rPr>
          <w:b w:val="0"/>
        </w:rPr>
        <w:t xml:space="preserve">, but the team isn't growing, so there's no path to managing people there. This role includes hiring and leading a team of </w:t>
      </w:r>
      <w:r>
        <w:rPr>
          <w:b/>
        </w:rPr>
        <w:t>[number]</w:t>
      </w:r>
      <w:r>
        <w:rPr>
          <w:b w:val="0"/>
        </w:rPr>
        <w:t>, which is the next step I want.</w:t>
      </w:r>
    </w:p>
    <w:p>
      <w:pPr>
        <w:pStyle w:val="Heading2"/>
      </w:pPr>
      <w:r>
        <w:t>Leaving a job after a short time</w:t>
      </w:r>
    </w:p>
    <w:p>
      <w:r>
        <w:rPr>
          <w:b w:val="0"/>
        </w:rPr>
        <w:t xml:space="preserve">I joined </w:t>
      </w:r>
      <w:r>
        <w:rPr>
          <w:b/>
        </w:rPr>
        <w:t>[Company]</w:t>
      </w:r>
      <w:r>
        <w:rPr>
          <w:b w:val="0"/>
        </w:rPr>
        <w:t xml:space="preserve"> </w:t>
      </w:r>
      <w:r>
        <w:rPr>
          <w:b/>
        </w:rPr>
        <w:t>[time]</w:t>
      </w:r>
      <w:r>
        <w:rPr>
          <w:b w:val="0"/>
        </w:rPr>
        <w:t xml:space="preserve"> ago to </w:t>
      </w:r>
      <w:r>
        <w:rPr>
          <w:b/>
        </w:rPr>
        <w:t>[what you were hired for]</w:t>
      </w:r>
      <w:r>
        <w:rPr>
          <w:b w:val="0"/>
        </w:rPr>
        <w:t xml:space="preserve">. Since then [what changed: the company changed strategy / the role was folded into sales / the budget was cut], and the role is now mostly </w:t>
      </w:r>
      <w:r>
        <w:rPr>
          <w:b/>
        </w:rPr>
        <w:t>[what it became]</w:t>
      </w:r>
      <w:r>
        <w:rPr>
          <w:b w:val="0"/>
        </w:rPr>
        <w:t>. I'd rather move now than stay in a job that doesn't match what I'm good 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