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to Answer "Why Are You Interested in This Position?"</w:t>
      </w:r>
    </w:p>
    <w:p>
      <w:r>
        <w:t>Templates from https://knowtheroom.ai/guides/why-are-you-interested-in-this-position/ · Replace everything in [brackets].</w:t>
      </w:r>
    </w:p>
    <w:p>
      <w:pPr>
        <w:pStyle w:val="Heading2"/>
      </w:pPr>
      <w:r>
        <w:t>How should you answer "why are you interested in this position"?</w:t>
      </w:r>
    </w:p>
    <w:p>
      <w:r>
        <w:rPr>
          <w:b w:val="0"/>
        </w:rPr>
        <w:t xml:space="preserve">What drew me to this role is [one or two responsibilities from the posting, e.g. owning the content calendar end to end and reporting on what it drives]. That's the part of my current job I enjoy most: at </w:t>
      </w:r>
      <w:r>
        <w:rPr>
          <w:b/>
        </w:rPr>
        <w:t>[Company]</w:t>
      </w:r>
      <w:r>
        <w:rPr>
          <w:b w:val="0"/>
        </w:rPr>
        <w:t xml:space="preserve"> I </w:t>
      </w:r>
      <w:r>
        <w:rPr>
          <w:b/>
        </w:rPr>
        <w:t>[similar work you've done]</w:t>
      </w:r>
      <w:r>
        <w:rPr>
          <w:b w:val="0"/>
        </w:rPr>
        <w:t xml:space="preserve"> and </w:t>
      </w:r>
      <w:r>
        <w:rPr>
          <w:b/>
        </w:rPr>
        <w:t>[result]</w:t>
      </w:r>
      <w:r>
        <w:rPr>
          <w:b w:val="0"/>
        </w:rPr>
        <w:t>.</w:t>
      </w:r>
    </w:p>
    <w:p/>
    <w:p>
      <w:r>
        <w:rPr>
          <w:b w:val="0"/>
        </w:rPr>
        <w:t>This position would let me [the step up: do it at a larger scale / add paid to the organic work / lead it rather than support it], which is exactly where I want to go next.</w:t>
      </w:r>
    </w:p>
    <w:p>
      <w:pPr>
        <w:pStyle w:val="Heading2"/>
      </w:pPr>
      <w:r>
        <w:t>Social media manager</w:t>
      </w:r>
    </w:p>
    <w:p>
      <w:r>
        <w:rPr>
          <w:b w:val="0"/>
        </w:rPr>
        <w:t xml:space="preserve">The biggest draw is that this role owns social end to end, from strategy to community. Right now I </w:t>
      </w:r>
      <w:r>
        <w:rPr>
          <w:b/>
        </w:rPr>
        <w:t>[run two of our channels / create most of our short-form video]</w:t>
      </w:r>
      <w:r>
        <w:rPr>
          <w:b w:val="0"/>
        </w:rPr>
        <w:t xml:space="preserve">, and the work I'm proudest of is </w:t>
      </w:r>
      <w:r>
        <w:rPr>
          <w:b/>
        </w:rPr>
        <w:t>[result, e.g. a series that grew saves by X%]</w:t>
      </w:r>
      <w:r>
        <w:rPr>
          <w:b w:val="0"/>
        </w:rPr>
        <w:t>.</w:t>
      </w:r>
    </w:p>
    <w:p/>
    <w:p>
      <w:r>
        <w:rPr>
          <w:b w:val="0"/>
        </w:rPr>
        <w:t>I'm ready to own the whole program, including the reporting and the creator side, and this position gives me that.</w:t>
      </w:r>
    </w:p>
    <w:p>
      <w:pPr>
        <w:pStyle w:val="Heading2"/>
      </w:pPr>
      <w:r>
        <w:t>Growth or performance marketing</w:t>
      </w:r>
    </w:p>
    <w:p>
      <w:r>
        <w:rPr>
          <w:b w:val="0"/>
        </w:rPr>
        <w:t xml:space="preserve">I'm interested because the role is built around [the metric in the posting, e.g. new customer acquisition across paid search and social]. At </w:t>
      </w:r>
      <w:r>
        <w:rPr>
          <w:b/>
        </w:rPr>
        <w:t>[Company]</w:t>
      </w:r>
      <w:r>
        <w:rPr>
          <w:b w:val="0"/>
        </w:rPr>
        <w:t xml:space="preserve"> I manage </w:t>
      </w:r>
      <w:r>
        <w:rPr>
          <w:b/>
        </w:rPr>
        <w:t>[budget or channel]</w:t>
      </w:r>
      <w:r>
        <w:rPr>
          <w:b w:val="0"/>
        </w:rPr>
        <w:t xml:space="preserve"> and I </w:t>
      </w:r>
      <w:r>
        <w:rPr>
          <w:b/>
        </w:rPr>
        <w:t>[result, e.g. cut cost per acquisition by X% through testing landing pages]</w:t>
      </w:r>
      <w:r>
        <w:rPr>
          <w:b w:val="0"/>
        </w:rPr>
        <w:t>.</w:t>
      </w:r>
    </w:p>
    <w:p/>
    <w:p>
      <w:r>
        <w:rPr>
          <w:b w:val="0"/>
        </w:rPr>
        <w:t>What I'd get here is more channels and a bigger budget to test with, and I think my habit of testing everything would pay off quickly.</w:t>
      </w:r>
    </w:p>
    <w:p>
      <w:pPr>
        <w:pStyle w:val="Heading2"/>
      </w:pPr>
      <w:r>
        <w:t>Brand or content marketing</w:t>
      </w:r>
    </w:p>
    <w:p>
      <w:r>
        <w:rPr>
          <w:b w:val="0"/>
        </w:rPr>
        <w:t xml:space="preserve">What interests me most is </w:t>
      </w:r>
      <w:r>
        <w:rPr>
          <w:b/>
        </w:rPr>
        <w:t>[the responsibility, e.g. leading the brand refresh and the messaging behind it]</w:t>
      </w:r>
      <w:r>
        <w:rPr>
          <w:b w:val="0"/>
        </w:rPr>
        <w:t xml:space="preserve">. I've done a version of that at </w:t>
      </w:r>
      <w:r>
        <w:rPr>
          <w:b/>
        </w:rPr>
        <w:t>[Company]</w:t>
      </w:r>
      <w:r>
        <w:rPr>
          <w:b w:val="0"/>
        </w:rPr>
        <w:t xml:space="preserve">, where I </w:t>
      </w:r>
      <w:r>
        <w:rPr>
          <w:b/>
        </w:rPr>
        <w:t>[what you did]</w:t>
      </w:r>
      <w:r>
        <w:rPr>
          <w:b w:val="0"/>
        </w:rPr>
        <w:t xml:space="preserve"> and </w:t>
      </w:r>
      <w:r>
        <w:rPr>
          <w:b/>
        </w:rPr>
        <w:t>[result]</w:t>
      </w:r>
      <w:r>
        <w:rPr>
          <w:b w:val="0"/>
        </w:rPr>
        <w:t>.</w:t>
      </w:r>
    </w:p>
    <w:p/>
    <w:p>
      <w:r>
        <w:rPr>
          <w:b w:val="0"/>
        </w:rPr>
        <w:t>This role does it for a bigger audience and with more channels, so it's the natural next step for the work I like most.</w:t>
      </w:r>
    </w:p>
    <w:p>
      <w:pPr>
        <w:pStyle w:val="Heading2"/>
      </w:pPr>
      <w:r>
        <w:t>Product marketing</w:t>
      </w:r>
    </w:p>
    <w:p>
      <w:r>
        <w:rPr>
          <w:b w:val="0"/>
        </w:rPr>
        <w:t xml:space="preserve">I like that this role sits between the product team and sales, owning launches and positioning. At </w:t>
      </w:r>
      <w:r>
        <w:rPr>
          <w:b/>
        </w:rPr>
        <w:t>[Company]</w:t>
      </w:r>
      <w:r>
        <w:rPr>
          <w:b w:val="0"/>
        </w:rPr>
        <w:t xml:space="preserve"> I </w:t>
      </w:r>
      <w:r>
        <w:rPr>
          <w:b/>
        </w:rPr>
        <w:t>[launched X / rewrote the positioning for Y]</w:t>
      </w:r>
      <w:r>
        <w:rPr>
          <w:b w:val="0"/>
        </w:rPr>
        <w:t xml:space="preserve">, and </w:t>
      </w:r>
      <w:r>
        <w:rPr>
          <w:b/>
        </w:rPr>
        <w:t>[result, e.g. sales started using the new pitch deck in every first call]</w:t>
      </w:r>
      <w:r>
        <w:rPr>
          <w:b w:val="0"/>
        </w:rPr>
        <w:t>.</w:t>
      </w:r>
    </w:p>
    <w:p/>
    <w:p>
      <w:r>
        <w:rPr>
          <w:b w:val="0"/>
        </w:rPr>
        <w:t xml:space="preserve">The position adds </w:t>
      </w:r>
      <w:r>
        <w:rPr>
          <w:b/>
        </w:rPr>
        <w:t>[what's new: pricing / competitive work / a larger product line]</w:t>
      </w:r>
      <w:r>
        <w:rPr>
          <w:b w:val="0"/>
        </w:rPr>
        <w:t>, which is where I want to grow.</w:t>
      </w:r>
    </w:p>
    <w:p>
      <w:pPr>
        <w:pStyle w:val="Heading2"/>
      </w:pPr>
      <w:r>
        <w:t>Entry level or career change</w:t>
      </w:r>
    </w:p>
    <w:p>
      <w:r>
        <w:rPr>
          <w:b w:val="0"/>
        </w:rPr>
        <w:t xml:space="preserve">This role would let me do </w:t>
      </w:r>
      <w:r>
        <w:rPr>
          <w:b/>
        </w:rPr>
        <w:t>[the core work, e.g. write and schedule content and report on it every week]</w:t>
      </w:r>
      <w:r>
        <w:rPr>
          <w:b w:val="0"/>
        </w:rPr>
        <w:t xml:space="preserve">, which I've been doing on my own in </w:t>
      </w:r>
      <w:r>
        <w:rPr>
          <w:b/>
        </w:rPr>
        <w:t>[project, internship or side work]</w:t>
      </w:r>
      <w:r>
        <w:rPr>
          <w:b w:val="0"/>
        </w:rPr>
        <w:t xml:space="preserve">. In that project I </w:t>
      </w:r>
      <w:r>
        <w:rPr>
          <w:b/>
        </w:rPr>
        <w:t>[result, even a small one]</w:t>
      </w:r>
      <w:r>
        <w:rPr>
          <w:b w:val="0"/>
        </w:rPr>
        <w:t>.</w:t>
      </w:r>
    </w:p>
    <w:p/>
    <w:p>
      <w:r>
        <w:rPr>
          <w:b w:val="0"/>
        </w:rPr>
        <w:t xml:space="preserve">I'm interested because it's a role where I'd learn </w:t>
      </w:r>
      <w:r>
        <w:rPr>
          <w:b/>
        </w:rPr>
        <w:t>[two skills from the posting]</w:t>
      </w:r>
      <w:r>
        <w:rPr>
          <w:b w:val="0"/>
        </w:rPr>
        <w:t xml:space="preserve"> from a team that does them well, and I'd be useful from the first month.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