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"Where Do You See Yourself in 5 Years?"</w:t>
      </w:r>
    </w:p>
    <w:p>
      <w:r>
        <w:t>Templates from https://kunskap.app/guides/where-do-you-see-yourself-in-5-years/ · Replace everything in [brackets].</w:t>
      </w:r>
    </w:p>
    <w:p>
      <w:pPr>
        <w:pStyle w:val="Heading2"/>
      </w:pPr>
      <w:r>
        <w:t>How should you answer "where do you see yourself in 5 years"?</w:t>
      </w:r>
    </w:p>
    <w:p>
      <w:r>
        <w:rPr>
          <w:b w:val="0"/>
        </w:rPr>
        <w:t xml:space="preserve">In five years I'd like to be </w:t>
      </w:r>
      <w:r>
        <w:rPr>
          <w:b/>
        </w:rPr>
        <w:t>[the kind of work and scope: leading a brand, owning a channel, managing a team]</w:t>
      </w:r>
      <w:r>
        <w:rPr>
          <w:b w:val="0"/>
        </w:rPr>
        <w:t xml:space="preserve">. I want to get really good at </w:t>
      </w:r>
      <w:r>
        <w:rPr>
          <w:b/>
        </w:rPr>
        <w:t>[one or two skills this role uses heavily]</w:t>
      </w:r>
      <w:r>
        <w:rPr>
          <w:b w:val="0"/>
        </w:rPr>
        <w:t xml:space="preserve"> first, and this role is where I'd do that: </w:t>
      </w:r>
      <w:r>
        <w:rPr>
          <w:b/>
        </w:rPr>
        <w:t>[what about the role, team or company makes it the right step]</w:t>
      </w:r>
      <w:r>
        <w:rPr>
          <w:b w:val="0"/>
        </w:rPr>
        <w:t>.</w:t>
      </w:r>
    </w:p>
    <w:p/>
    <w:p>
      <w:r>
        <w:rPr>
          <w:b w:val="0"/>
        </w:rPr>
        <w:t xml:space="preserve">For now, my focus is </w:t>
      </w:r>
      <w:r>
        <w:rPr>
          <w:b/>
        </w:rPr>
        <w:t>[the main goal of this job]</w:t>
      </w:r>
      <w:r>
        <w:rPr>
          <w:b w:val="0"/>
        </w:rPr>
        <w:t>, and I'd expect the next step to come from doing that well.</w:t>
      </w:r>
    </w:p>
    <w:p>
      <w:pPr>
        <w:pStyle w:val="Heading2"/>
      </w:pPr>
      <w:r>
        <w:t>Entry level or coordinator</w:t>
      </w:r>
    </w:p>
    <w:p>
      <w:r>
        <w:rPr>
          <w:b w:val="0"/>
        </w:rPr>
        <w:t xml:space="preserve">I'd like to have grown from coordinating campaigns to owning them. In five years I'd hope to be managing a channel or a set of campaigns end to end, probably in </w:t>
      </w:r>
      <w:r>
        <w:rPr>
          <w:b/>
        </w:rPr>
        <w:t>[social / email / content]</w:t>
      </w:r>
      <w:r>
        <w:rPr>
          <w:b w:val="0"/>
        </w:rPr>
        <w:t>, because that's where I've enjoyed the work most so far.</w:t>
      </w:r>
    </w:p>
    <w:p/>
    <w:p>
      <w:r>
        <w:rPr>
          <w:b w:val="0"/>
        </w:rPr>
        <w:t xml:space="preserve">This role would give me the foundation: seeing how a full campaign comes together across </w:t>
      </w:r>
      <w:r>
        <w:rPr>
          <w:b/>
        </w:rPr>
        <w:t>[the teams or channels the job touches]</w:t>
      </w:r>
      <w:r>
        <w:rPr>
          <w:b w:val="0"/>
        </w:rPr>
        <w:t xml:space="preserve">. Right now I want to be the coordinator the team relies on, and learn as much as I can from </w:t>
      </w:r>
      <w:r>
        <w:rPr>
          <w:b/>
        </w:rPr>
        <w:t>[the manager or team]</w:t>
      </w:r>
      <w:r>
        <w:rPr>
          <w:b w:val="0"/>
        </w:rPr>
        <w:t>.</w:t>
      </w:r>
    </w:p>
    <w:p>
      <w:pPr>
        <w:pStyle w:val="Heading2"/>
      </w:pPr>
      <w:r>
        <w:t>Specialist moving toward management</w:t>
      </w:r>
    </w:p>
    <w:p>
      <w:r>
        <w:rPr>
          <w:b w:val="0"/>
        </w:rPr>
        <w:t xml:space="preserve">I see myself managing people in five years. I've been the go-to person for </w:t>
      </w:r>
      <w:r>
        <w:rPr>
          <w:b/>
        </w:rPr>
        <w:t>[SEO / paid social / lifecycle]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, and I've started mentoring </w:t>
      </w:r>
      <w:r>
        <w:rPr>
          <w:b/>
        </w:rPr>
        <w:t>[a newer teammate / an intern]</w:t>
      </w:r>
      <w:r>
        <w:rPr>
          <w:b w:val="0"/>
        </w:rPr>
        <w:t>, which I've enjoyed more than I expected.</w:t>
      </w:r>
    </w:p>
    <w:p/>
    <w:p>
      <w:r>
        <w:rPr>
          <w:b w:val="0"/>
        </w:rPr>
        <w:t xml:space="preserve">What appeals about this role is that it's </w:t>
      </w:r>
      <w:r>
        <w:rPr>
          <w:b/>
        </w:rPr>
        <w:t>[broader in scope / closer to strategy]</w:t>
      </w:r>
      <w:r>
        <w:rPr>
          <w:b w:val="0"/>
        </w:rPr>
        <w:t xml:space="preserve">, and the posting mentions </w:t>
      </w:r>
      <w:r>
        <w:rPr>
          <w:b/>
        </w:rPr>
        <w:t>[hiring, managing an agency, cross-team work]</w:t>
      </w:r>
      <w:r>
        <w:rPr>
          <w:b w:val="0"/>
        </w:rPr>
        <w:t>. That's the experience I need before running a team, and I'd want to earn it here.</w:t>
      </w:r>
    </w:p>
    <w:p>
      <w:pPr>
        <w:pStyle w:val="Heading2"/>
      </w:pPr>
      <w:r>
        <w:t>Marketing manager aiming for director</w:t>
      </w:r>
    </w:p>
    <w:p>
      <w:r>
        <w:rPr>
          <w:b w:val="0"/>
        </w:rPr>
        <w:t xml:space="preserve">In five years I'd like to be responsible for the whole marketing plan for a brand or business line: budget, team and results. So far I've owned </w:t>
      </w:r>
      <w:r>
        <w:rPr>
          <w:b/>
        </w:rPr>
        <w:t>[channels or campaigns]</w:t>
      </w:r>
      <w:r>
        <w:rPr>
          <w:b w:val="0"/>
        </w:rPr>
        <w:t>, but I haven't yet [the gap: owned a full budget, worked closely with finance, led a brand repositioning].</w:t>
      </w:r>
    </w:p>
    <w:p/>
    <w:p>
      <w:r>
        <w:rPr>
          <w:b w:val="0"/>
        </w:rPr>
        <w:t xml:space="preserve">This role closes that gap, because </w:t>
      </w:r>
      <w:r>
        <w:rPr>
          <w:b/>
        </w:rPr>
        <w:t>[what it includes]</w:t>
      </w:r>
      <w:r>
        <w:rPr>
          <w:b w:val="0"/>
        </w:rPr>
        <w:t xml:space="preserve">. If I do it well, I'd hope the next step would be </w:t>
      </w:r>
      <w:r>
        <w:rPr>
          <w:b/>
        </w:rPr>
        <w:t>[a bigger scope]</w:t>
      </w:r>
      <w:r>
        <w:rPr>
          <w:b w:val="0"/>
        </w:rPr>
        <w:t xml:space="preserve"> here.</w:t>
      </w:r>
    </w:p>
    <w:p>
      <w:pPr>
        <w:pStyle w:val="Heading2"/>
      </w:pPr>
      <w:r>
        <w:t>Senior leader (director, VP, CMO)</w:t>
      </w:r>
    </w:p>
    <w:p>
      <w:r>
        <w:rPr>
          <w:b w:val="0"/>
        </w:rPr>
        <w:t xml:space="preserve">In five years I'd like to look back on [the outcome: a brand people choose on purpose, a marketing team the business trusts with its growth targets, a category we lead]. Personally, I want to keep </w:t>
      </w:r>
      <w:r>
        <w:rPr>
          <w:b/>
        </w:rPr>
        <w:t>[running a team / sitting close to the commercial decisions]</w:t>
      </w:r>
      <w:r>
        <w:rPr>
          <w:b w:val="0"/>
        </w:rPr>
        <w:t>.</w:t>
      </w:r>
    </w:p>
    <w:p/>
    <w:p>
      <w:r>
        <w:rPr>
          <w:b w:val="0"/>
        </w:rPr>
        <w:t xml:space="preserve">That's why this role appeals: </w:t>
      </w:r>
      <w:r>
        <w:rPr>
          <w:b/>
        </w:rPr>
        <w:t>[the company's moment, such as a repositioning or a new market]</w:t>
      </w:r>
      <w:r>
        <w:rPr>
          <w:b w:val="0"/>
        </w:rPr>
        <w:t xml:space="preserve">. I'd want the next five years to be about </w:t>
      </w:r>
      <w:r>
        <w:rPr>
          <w:b/>
        </w:rPr>
        <w:t>[what you'd build there]</w:t>
      </w:r>
      <w:r>
        <w:rPr>
          <w:b w:val="0"/>
        </w:rPr>
        <w:t>.</w:t>
      </w:r>
    </w:p>
    <w:p>
      <w:pPr>
        <w:pStyle w:val="Heading2"/>
      </w:pPr>
      <w:r>
        <w:t>What if you don't know where you'll be in 5 years?</w:t>
      </w:r>
    </w:p>
    <w:p>
      <w:r>
        <w:rPr>
          <w:b w:val="0"/>
        </w:rPr>
        <w:t xml:space="preserve">Honestly, I don't have a fixed title in mind. What I do know is that I want to get deeper into </w:t>
      </w:r>
      <w:r>
        <w:rPr>
          <w:b/>
        </w:rPr>
        <w:t>[area you enjoy]</w:t>
      </w:r>
      <w:r>
        <w:rPr>
          <w:b w:val="0"/>
        </w:rPr>
        <w:t xml:space="preserve">, and I'd like to be the person a team relies on for </w:t>
      </w:r>
      <w:r>
        <w:rPr>
          <w:b/>
        </w:rPr>
        <w:t>[a skill]</w:t>
      </w:r>
      <w:r>
        <w:rPr>
          <w:b w:val="0"/>
        </w:rPr>
        <w:t xml:space="preserve">. This role is a strong step in that direction because </w:t>
      </w:r>
      <w:r>
        <w:rPr>
          <w:b/>
        </w:rPr>
        <w:t>[reason]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