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"What Motivates You?" in an Interview</w:t>
      </w:r>
    </w:p>
    <w:p>
      <w:r>
        <w:t>Templates from https://knowtheroom.ai/guides/what-motivates-you/ · Replace everything in [brackets].</w:t>
      </w:r>
    </w:p>
    <w:p>
      <w:pPr>
        <w:pStyle w:val="Heading2"/>
      </w:pPr>
      <w:r>
        <w:t>How should you answer "what motivates you"?</w:t>
      </w:r>
    </w:p>
    <w:p>
      <w:r>
        <w:rPr>
          <w:b w:val="0"/>
        </w:rPr>
        <w:t xml:space="preserve">What motivates me most is </w:t>
      </w:r>
      <w:r>
        <w:rPr>
          <w:b/>
        </w:rPr>
        <w:t>[the motivator, in plain words]</w:t>
      </w:r>
      <w:r>
        <w:rPr>
          <w:b w:val="0"/>
        </w:rPr>
        <w:t xml:space="preserve">. The clearest example is </w:t>
      </w:r>
      <w:r>
        <w:rPr>
          <w:b/>
        </w:rPr>
        <w:t>[a moment from work: the project, what you did, what happened]</w:t>
      </w:r>
      <w:r>
        <w:rPr>
          <w:b w:val="0"/>
        </w:rPr>
        <w:t>. That's the part of the job I'd happily do all day.</w:t>
      </w:r>
    </w:p>
    <w:p/>
    <w:p>
      <w:r>
        <w:rPr>
          <w:b w:val="0"/>
        </w:rPr>
        <w:t xml:space="preserve">It's one of the reasons this role appeals. From the posting and what you've said, a lot of the work is </w:t>
      </w:r>
      <w:r>
        <w:rPr>
          <w:b/>
        </w:rPr>
        <w:t>[the part of this role that matches]</w:t>
      </w:r>
      <w:r>
        <w:rPr>
          <w:b w:val="0"/>
        </w:rPr>
        <w:t>, so I'd get to do more of it.</w:t>
      </w:r>
    </w:p>
    <w:p>
      <w:pPr>
        <w:pStyle w:val="Heading2"/>
      </w:pPr>
      <w:r>
        <w:t>How do you answer "What motivates you to do a good job?"</w:t>
      </w:r>
    </w:p>
    <w:p>
      <w:r>
        <w:rPr>
          <w:b w:val="0"/>
        </w:rPr>
        <w:t xml:space="preserve">What motivates me to do a good job is </w:t>
      </w:r>
      <w:r>
        <w:rPr>
          <w:b/>
        </w:rPr>
        <w:t>[motivator, e.g. knowing real customers will see the work]</w:t>
      </w:r>
      <w:r>
        <w:rPr>
          <w:b w:val="0"/>
        </w:rPr>
        <w:t xml:space="preserve">. On </w:t>
      </w:r>
      <w:r>
        <w:rPr>
          <w:b/>
        </w:rPr>
        <w:t>[project]</w:t>
      </w:r>
      <w:r>
        <w:rPr>
          <w:b w:val="0"/>
        </w:rPr>
        <w:t xml:space="preserve">, that meant </w:t>
      </w:r>
      <w:r>
        <w:rPr>
          <w:b/>
        </w:rPr>
        <w:t>[the extra step you took, e.g. testing three subject lines before the send]</w:t>
      </w:r>
      <w:r>
        <w:rPr>
          <w:b w:val="0"/>
        </w:rPr>
        <w:t xml:space="preserve">, and </w:t>
      </w:r>
      <w:r>
        <w:rPr>
          <w:b/>
        </w:rPr>
        <w:t>[result]</w:t>
      </w:r>
      <w:r>
        <w:rPr>
          <w:b w:val="0"/>
        </w:rPr>
        <w:t xml:space="preserve">. In this role, with </w:t>
      </w:r>
      <w:r>
        <w:rPr>
          <w:b/>
        </w:rPr>
        <w:t>[part of the job]</w:t>
      </w:r>
      <w:r>
        <w:rPr>
          <w:b w:val="0"/>
        </w:rPr>
        <w:t>, I'd bring the same standard.</w:t>
      </w:r>
    </w:p>
    <w:p>
      <w:pPr>
        <w:pStyle w:val="Heading2"/>
      </w:pPr>
      <w:r>
        <w:t>Social media or content</w:t>
      </w:r>
    </w:p>
    <w:p>
      <w:r>
        <w:rPr>
          <w:b w:val="0"/>
        </w:rPr>
        <w:t xml:space="preserve">I'm motivated by making things people actually stop for. At </w:t>
      </w:r>
      <w:r>
        <w:rPr>
          <w:b/>
        </w:rPr>
        <w:t>[Company]</w:t>
      </w:r>
      <w:r>
        <w:rPr>
          <w:b w:val="0"/>
        </w:rPr>
        <w:t xml:space="preserve"> I </w:t>
      </w:r>
      <w:r>
        <w:rPr>
          <w:b/>
        </w:rPr>
        <w:t>[made or ran a piece of content: a series, a format, a campaign]</w:t>
      </w:r>
      <w:r>
        <w:rPr>
          <w:b w:val="0"/>
        </w:rPr>
        <w:t>, and watching the comments come in, and seeing what people shared and why, is the part of the job I love most.</w:t>
      </w:r>
    </w:p>
    <w:p/>
    <w:p>
      <w:r>
        <w:rPr>
          <w:b w:val="0"/>
        </w:rPr>
        <w:t xml:space="preserve">What I like about this role is how much of it is about </w:t>
      </w:r>
      <w:r>
        <w:rPr>
          <w:b/>
        </w:rPr>
        <w:t>[the brand's community / short-form video / building an audience from early]</w:t>
      </w:r>
      <w:r>
        <w:rPr>
          <w:b w:val="0"/>
        </w:rPr>
        <w:t>. That's where I do my best work.</w:t>
      </w:r>
    </w:p>
    <w:p>
      <w:pPr>
        <w:pStyle w:val="Heading2"/>
      </w:pPr>
      <w:r>
        <w:t>Growth, paid or performance</w:t>
      </w:r>
    </w:p>
    <w:p>
      <w:r>
        <w:rPr>
          <w:b w:val="0"/>
        </w:rPr>
        <w:t xml:space="preserve">I like having a number that's mine and figuring out how to move it. At </w:t>
      </w:r>
      <w:r>
        <w:rPr>
          <w:b/>
        </w:rPr>
        <w:t>[Company]</w:t>
      </w:r>
      <w:r>
        <w:rPr>
          <w:b w:val="0"/>
        </w:rPr>
        <w:t xml:space="preserve"> I owned </w:t>
      </w:r>
      <w:r>
        <w:rPr>
          <w:b/>
        </w:rPr>
        <w:t>[the metric: cost per acquisition, trial starts, conversion rate]</w:t>
      </w:r>
      <w:r>
        <w:rPr>
          <w:b w:val="0"/>
        </w:rPr>
        <w:t xml:space="preserve">, and the most satisfying stretch was </w:t>
      </w:r>
      <w:r>
        <w:rPr>
          <w:b/>
        </w:rPr>
        <w:t>[the test or change you made]</w:t>
      </w:r>
      <w:r>
        <w:rPr>
          <w:b w:val="0"/>
        </w:rPr>
        <w:t xml:space="preserve"> that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This role is built around </w:t>
      </w:r>
      <w:r>
        <w:rPr>
          <w:b/>
        </w:rPr>
        <w:t>[the metric or goal in the posting]</w:t>
      </w:r>
      <w:r>
        <w:rPr>
          <w:b w:val="0"/>
        </w:rPr>
        <w:t>, so the work itself is the motivation for me.</w:t>
      </w:r>
    </w:p>
    <w:p>
      <w:pPr>
        <w:pStyle w:val="Heading2"/>
      </w:pPr>
      <w:r>
        <w:t>Brand or product marketing</w:t>
      </w:r>
    </w:p>
    <w:p>
      <w:r>
        <w:rPr>
          <w:b w:val="0"/>
        </w:rPr>
        <w:t xml:space="preserve">I'm driven by understanding why people choose one brand over another. On </w:t>
      </w:r>
      <w:r>
        <w:rPr>
          <w:b/>
        </w:rPr>
        <w:t>[project]</w:t>
      </w:r>
      <w:r>
        <w:rPr>
          <w:b w:val="0"/>
        </w:rPr>
        <w:t xml:space="preserve">, I </w:t>
      </w:r>
      <w:r>
        <w:rPr>
          <w:b/>
        </w:rPr>
        <w:t>[talked to customers / ran research / reworked the positioning]</w:t>
      </w:r>
      <w:r>
        <w:rPr>
          <w:b w:val="0"/>
        </w:rPr>
        <w:t>, and seeing that insight turn into messaging the sales team actually used was the best part of that year.</w:t>
      </w:r>
    </w:p>
    <w:p/>
    <w:p>
      <w:r>
        <w:rPr>
          <w:b w:val="0"/>
        </w:rPr>
        <w:t xml:space="preserve">From what you've said, this role sits close to </w:t>
      </w:r>
      <w:r>
        <w:rPr>
          <w:b/>
        </w:rPr>
        <w:t>[customers / the product team / the launch plan]</w:t>
      </w:r>
      <w:r>
        <w:rPr>
          <w:b w:val="0"/>
        </w:rPr>
        <w:t>, which is exactly where I want to be.</w:t>
      </w:r>
    </w:p>
    <w:p>
      <w:pPr>
        <w:pStyle w:val="Heading2"/>
      </w:pPr>
      <w:r>
        <w:t>Entry level</w:t>
      </w:r>
    </w:p>
    <w:p>
      <w:r>
        <w:rPr>
          <w:b w:val="0"/>
        </w:rPr>
        <w:t xml:space="preserve">I'm motivated by getting better at something quickly. In </w:t>
      </w:r>
      <w:r>
        <w:rPr>
          <w:b/>
        </w:rPr>
        <w:t>[internship, school project or previous job]</w:t>
      </w:r>
      <w:r>
        <w:rPr>
          <w:b w:val="0"/>
        </w:rPr>
        <w:t xml:space="preserve"> I </w:t>
      </w:r>
      <w:r>
        <w:rPr>
          <w:b/>
        </w:rPr>
        <w:t>[learned a skill: ran the social accounts, built a report, wrote the newsletter]</w:t>
      </w:r>
      <w:r>
        <w:rPr>
          <w:b w:val="0"/>
        </w:rPr>
        <w:t xml:space="preserve">, and I went from </w:t>
      </w:r>
      <w:r>
        <w:rPr>
          <w:b/>
        </w:rPr>
        <w:t>[where you started]</w:t>
      </w:r>
      <w:r>
        <w:rPr>
          <w:b w:val="0"/>
        </w:rPr>
        <w:t xml:space="preserve"> to </w:t>
      </w:r>
      <w:r>
        <w:rPr>
          <w:b/>
        </w:rPr>
        <w:t>[where you got]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/>
    <w:p>
      <w:r>
        <w:rPr>
          <w:b w:val="0"/>
        </w:rPr>
        <w:t xml:space="preserve">This role would let me learn </w:t>
      </w:r>
      <w:r>
        <w:rPr>
          <w:b/>
        </w:rPr>
        <w:t>[the skills in the posting]</w:t>
      </w:r>
      <w:r>
        <w:rPr>
          <w:b w:val="0"/>
        </w:rPr>
        <w:t xml:space="preserve"> from a team that does them well, and that's what I want most at this stage.</w:t>
      </w:r>
    </w:p>
    <w:p>
      <w:pPr>
        <w:pStyle w:val="Heading2"/>
      </w:pPr>
      <w:r>
        <w:t>Manager or leader</w:t>
      </w:r>
    </w:p>
    <w:p>
      <w:r>
        <w:rPr>
          <w:b w:val="0"/>
        </w:rPr>
        <w:t xml:space="preserve">These days what motivates me most is the team. At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[someone you managed]</w:t>
      </w:r>
      <w:r>
        <w:rPr>
          <w:b w:val="0"/>
        </w:rPr>
        <w:t xml:space="preserve"> went from </w:t>
      </w:r>
      <w:r>
        <w:rPr>
          <w:b/>
        </w:rPr>
        <w:t>[their starting point]</w:t>
      </w:r>
      <w:r>
        <w:rPr>
          <w:b w:val="0"/>
        </w:rPr>
        <w:t xml:space="preserve"> to </w:t>
      </w:r>
      <w:r>
        <w:rPr>
          <w:b/>
        </w:rPr>
        <w:t>[what they now own]</w:t>
      </w:r>
      <w:r>
        <w:rPr>
          <w:b w:val="0"/>
        </w:rPr>
        <w:t>, and that meant more to me than any campaign result that year.</w:t>
      </w:r>
    </w:p>
    <w:p/>
    <w:p>
      <w:r>
        <w:rPr>
          <w:b w:val="0"/>
        </w:rPr>
        <w:t xml:space="preserve">I also still like the work itself, especially </w:t>
      </w:r>
      <w:r>
        <w:rPr>
          <w:b/>
        </w:rPr>
        <w:t>[the strategic part you enjoy]</w:t>
      </w:r>
      <w:r>
        <w:rPr>
          <w:b w:val="0"/>
        </w:rPr>
        <w:t xml:space="preserve">. This role has both: </w:t>
      </w:r>
      <w:r>
        <w:rPr>
          <w:b/>
        </w:rPr>
        <w:t>[the team you'd lead]</w:t>
      </w:r>
      <w:r>
        <w:rPr>
          <w:b w:val="0"/>
        </w:rPr>
        <w:t xml:space="preserve"> and </w:t>
      </w:r>
      <w:r>
        <w:rPr>
          <w:b/>
        </w:rPr>
        <w:t>[the problem the business needs solved]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