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How to Answer "What Makes You Unique?" (With Marketing Examples)</w:t>
      </w:r>
    </w:p>
    <w:p>
      <w:r>
        <w:t>Templates from https://knowtheroom.ai/guides/what-makes-you-unique/ · Replace everything in [brackets].</w:t>
      </w:r>
    </w:p>
    <w:p>
      <w:pPr>
        <w:pStyle w:val="Heading2"/>
      </w:pPr>
      <w:r>
        <w:t>How should you answer "what makes you unique"?</w:t>
      </w:r>
    </w:p>
    <w:p>
      <w:r>
        <w:rPr>
          <w:b w:val="0"/>
        </w:rPr>
        <w:t xml:space="preserve">What's unusual about my background is that I've done both </w:t>
      </w:r>
      <w:r>
        <w:rPr>
          <w:b/>
        </w:rPr>
        <w:t>[skill or experience A]</w:t>
      </w:r>
      <w:r>
        <w:rPr>
          <w:b w:val="0"/>
        </w:rPr>
        <w:t xml:space="preserve"> and </w:t>
      </w:r>
      <w:r>
        <w:rPr>
          <w:b/>
        </w:rPr>
        <w:t>[skill or experience B]</w:t>
      </w:r>
      <w:r>
        <w:rPr>
          <w:b w:val="0"/>
        </w:rPr>
        <w:t xml:space="preserve">, which don't often come together in </w:t>
      </w:r>
      <w:r>
        <w:rPr>
          <w:b/>
        </w:rPr>
        <w:t>[this kind of role]</w:t>
      </w:r>
      <w:r>
        <w:rPr>
          <w:b w:val="0"/>
        </w:rPr>
        <w:t>.</w:t>
      </w:r>
    </w:p>
    <w:p/>
    <w:p>
      <w:r>
        <w:rPr>
          <w:b w:val="0"/>
        </w:rPr>
        <w:t xml:space="preserve">At </w:t>
      </w:r>
      <w:r>
        <w:rPr>
          <w:b/>
        </w:rPr>
        <w:t>[Company]</w:t>
      </w:r>
      <w:r>
        <w:rPr>
          <w:b w:val="0"/>
        </w:rPr>
        <w:t xml:space="preserve">, that meant I could </w:t>
      </w:r>
      <w:r>
        <w:rPr>
          <w:b/>
        </w:rPr>
        <w:t>[what the combination let you do]</w:t>
      </w:r>
      <w:r>
        <w:rPr>
          <w:b w:val="0"/>
        </w:rPr>
        <w:t xml:space="preserve">. The result was </w:t>
      </w:r>
      <w:r>
        <w:rPr>
          <w:b/>
        </w:rPr>
        <w:t>[outcome]</w:t>
      </w:r>
      <w:r>
        <w:rPr>
          <w:b w:val="0"/>
        </w:rPr>
        <w:t>.</w:t>
      </w:r>
    </w:p>
    <w:p/>
    <w:p>
      <w:r>
        <w:rPr>
          <w:b w:val="0"/>
        </w:rPr>
        <w:t>For this role, that matters because [something from the posting or the conversation: the team is small, the product is technical, the audience is new to you].</w:t>
      </w:r>
    </w:p>
    <w:p>
      <w:pPr>
        <w:pStyle w:val="Heading2"/>
      </w:pPr>
      <w:r>
        <w:t>Entry level</w:t>
      </w:r>
    </w:p>
    <w:p>
      <w:r>
        <w:rPr>
          <w:b w:val="0"/>
        </w:rPr>
        <w:t xml:space="preserve">Before moving into marketing I spent </w:t>
      </w:r>
      <w:r>
        <w:rPr>
          <w:b/>
        </w:rPr>
        <w:t>[time]</w:t>
      </w:r>
      <w:r>
        <w:rPr>
          <w:b w:val="0"/>
        </w:rPr>
        <w:t xml:space="preserve"> working in </w:t>
      </w:r>
      <w:r>
        <w:rPr>
          <w:b/>
        </w:rPr>
        <w:t>[retail / customer service / a non-marketing role]</w:t>
      </w:r>
      <w:r>
        <w:rPr>
          <w:b w:val="0"/>
        </w:rPr>
        <w:t>, talking to customers every day. Most people applying for this role will have more campaign experience than me, but I've heard first-hand what makes people buy and what makes them complain.</w:t>
      </w:r>
    </w:p>
    <w:p/>
    <w:p>
      <w:r>
        <w:rPr>
          <w:b w:val="0"/>
        </w:rPr>
        <w:t xml:space="preserve">In my internship at </w:t>
      </w:r>
      <w:r>
        <w:rPr>
          <w:b/>
        </w:rPr>
        <w:t>[Company]</w:t>
      </w:r>
      <w:r>
        <w:rPr>
          <w:b w:val="0"/>
        </w:rPr>
        <w:t xml:space="preserve"> I used that to </w:t>
      </w:r>
      <w:r>
        <w:rPr>
          <w:b/>
        </w:rPr>
        <w:t>[example: rewrite FAQ content around the questions customers actually asked]</w:t>
      </w:r>
      <w:r>
        <w:rPr>
          <w:b w:val="0"/>
        </w:rPr>
        <w:t xml:space="preserve">, and </w:t>
      </w:r>
      <w:r>
        <w:rPr>
          <w:b/>
        </w:rPr>
        <w:t>[result]</w:t>
      </w:r>
      <w:r>
        <w:rPr>
          <w:b w:val="0"/>
        </w:rPr>
        <w:t xml:space="preserve">. For a role focused on </w:t>
      </w:r>
      <w:r>
        <w:rPr>
          <w:b/>
        </w:rPr>
        <w:t>[the posting's focus]</w:t>
      </w:r>
      <w:r>
        <w:rPr>
          <w:b w:val="0"/>
        </w:rPr>
        <w:t>, I think that customer ear is useful from day one.</w:t>
      </w:r>
    </w:p>
    <w:p>
      <w:pPr>
        <w:pStyle w:val="Heading2"/>
      </w:pPr>
      <w:r>
        <w:t>Social media or content</w:t>
      </w:r>
    </w:p>
    <w:p>
      <w:r>
        <w:rPr>
          <w:b w:val="0"/>
        </w:rPr>
        <w:t xml:space="preserve">I'm a </w:t>
      </w:r>
      <w:r>
        <w:rPr>
          <w:b/>
        </w:rPr>
        <w:t>[writer / video editor / designer]</w:t>
      </w:r>
      <w:r>
        <w:rPr>
          <w:b w:val="0"/>
        </w:rPr>
        <w:t xml:space="preserve"> who also reads the data closely. A lot of social managers are strong on one side; I've done both, which means I can make the content and also tell you which posts drove </w:t>
      </w:r>
      <w:r>
        <w:rPr>
          <w:b/>
        </w:rPr>
        <w:t>[follows / sign-ups / traffic]</w:t>
      </w:r>
      <w:r>
        <w:rPr>
          <w:b w:val="0"/>
        </w:rPr>
        <w:t xml:space="preserve"> and why.</w:t>
      </w:r>
    </w:p>
    <w:p/>
    <w:p>
      <w:r>
        <w:rPr>
          <w:b w:val="0"/>
        </w:rPr>
        <w:t xml:space="preserve">At </w:t>
      </w:r>
      <w:r>
        <w:rPr>
          <w:b/>
        </w:rPr>
        <w:t>[Company]</w:t>
      </w:r>
      <w:r>
        <w:rPr>
          <w:b w:val="0"/>
        </w:rPr>
        <w:t xml:space="preserve"> I noticed </w:t>
      </w:r>
      <w:r>
        <w:rPr>
          <w:b/>
        </w:rPr>
        <w:t>[pattern in the data]</w:t>
      </w:r>
      <w:r>
        <w:rPr>
          <w:b w:val="0"/>
        </w:rPr>
        <w:t xml:space="preserve"> and changed </w:t>
      </w:r>
      <w:r>
        <w:rPr>
          <w:b/>
        </w:rPr>
        <w:t>[what you changed]</w:t>
      </w:r>
      <w:r>
        <w:rPr>
          <w:b w:val="0"/>
        </w:rPr>
        <w:t xml:space="preserve">, and </w:t>
      </w:r>
      <w:r>
        <w:rPr>
          <w:b/>
        </w:rPr>
        <w:t>[result]</w:t>
      </w:r>
      <w:r>
        <w:rPr>
          <w:b w:val="0"/>
        </w:rPr>
        <w:t>. Your team is small, so I think having both in one person would help.</w:t>
      </w:r>
    </w:p>
    <w:p>
      <w:pPr>
        <w:pStyle w:val="Heading2"/>
      </w:pPr>
      <w:r>
        <w:t>Growth, SEO or paid</w:t>
      </w:r>
    </w:p>
    <w:p>
      <w:r>
        <w:rPr>
          <w:b w:val="0"/>
        </w:rPr>
        <w:t xml:space="preserve">I came into growth from </w:t>
      </w:r>
      <w:r>
        <w:rPr>
          <w:b/>
        </w:rPr>
        <w:t>[engineering / analytics / product]</w:t>
      </w:r>
      <w:r>
        <w:rPr>
          <w:b w:val="0"/>
        </w:rPr>
        <w:t xml:space="preserve">, so I'm comfortable in the data and I can speak the engineering team's language. That's helped most with </w:t>
      </w:r>
      <w:r>
        <w:rPr>
          <w:b/>
        </w:rPr>
        <w:t>[example: getting tracking and site fixes prioritized]</w:t>
      </w:r>
      <w:r>
        <w:rPr>
          <w:b w:val="0"/>
        </w:rPr>
        <w:t xml:space="preserve">, which at </w:t>
      </w:r>
      <w:r>
        <w:rPr>
          <w:b/>
        </w:rPr>
        <w:t>[Company]</w:t>
      </w:r>
      <w:r>
        <w:rPr>
          <w:b w:val="0"/>
        </w:rPr>
        <w:t xml:space="preserve"> meant </w:t>
      </w:r>
      <w:r>
        <w:rPr>
          <w:b/>
        </w:rPr>
        <w:t>[result]</w:t>
      </w:r>
      <w:r>
        <w:rPr>
          <w:b w:val="0"/>
        </w:rPr>
        <w:t>.</w:t>
      </w:r>
    </w:p>
    <w:p/>
    <w:p>
      <w:r>
        <w:rPr>
          <w:b w:val="0"/>
        </w:rPr>
        <w:t>You mentioned that marketing waits a long time for development work. That's the problem I'm best placed to help with.</w:t>
      </w:r>
    </w:p>
    <w:p>
      <w:pPr>
        <w:pStyle w:val="Heading2"/>
      </w:pPr>
      <w:r>
        <w:t>Manager, director or above</w:t>
      </w:r>
    </w:p>
    <w:p>
      <w:r>
        <w:rPr>
          <w:b w:val="0"/>
        </w:rPr>
        <w:t xml:space="preserve">I've led marketing through [a specific situation: a rebrand after a merger, a move from sales-led to product-led growth, a turnaround after a bad year] at </w:t>
      </w:r>
      <w:r>
        <w:rPr>
          <w:b/>
        </w:rPr>
        <w:t>[Company]</w:t>
      </w:r>
      <w:r>
        <w:rPr>
          <w:b w:val="0"/>
        </w:rPr>
        <w:t>, so I've seen what tends to break and what to protect.</w:t>
      </w:r>
    </w:p>
    <w:p/>
    <w:p>
      <w:r>
        <w:rPr>
          <w:b/>
        </w:rPr>
        <w:t>[One example of a decision you made and what happened.]</w:t>
      </w:r>
      <w:r>
        <w:rPr>
          <w:b w:val="0"/>
        </w:rPr>
        <w:t xml:space="preserve"> Given where you are with </w:t>
      </w:r>
      <w:r>
        <w:rPr>
          <w:b/>
        </w:rPr>
        <w:t>[their current situation]</w:t>
      </w:r>
      <w:r>
        <w:rPr>
          <w:b w:val="0"/>
        </w:rPr>
        <w:t>, that experience seems directly relevant.</w:t>
      </w:r>
    </w:p>
    <w:p>
      <w:pPr>
        <w:pStyle w:val="Heading2"/>
      </w:pPr>
      <w:r>
        <w:t>How do you answer "what makes you unique" in 150 characters?</w:t>
      </w:r>
    </w:p>
    <w:p>
      <w:r>
        <w:rPr>
          <w:b w:val="0"/>
        </w:rPr>
        <w:t xml:space="preserve">I've </w:t>
      </w:r>
      <w:r>
        <w:rPr>
          <w:b/>
        </w:rPr>
        <w:t>[one specific thing you've done]</w:t>
      </w:r>
      <w:r>
        <w:rPr>
          <w:b w:val="0"/>
        </w:rPr>
        <w:t xml:space="preserve"> at </w:t>
      </w:r>
      <w:r>
        <w:rPr>
          <w:b/>
        </w:rPr>
        <w:t>[Company]</w:t>
      </w:r>
      <w:r>
        <w:rPr>
          <w:b w:val="0"/>
        </w:rPr>
        <w:t xml:space="preserve">, so I </w:t>
      </w:r>
      <w:r>
        <w:rPr>
          <w:b/>
        </w:rPr>
        <w:t>[what that means for this role]</w:t>
      </w:r>
      <w:r>
        <w:rPr>
          <w:b w:val="0"/>
        </w:rPr>
        <w:t>.</w:t>
      </w:r>
    </w:p>
    <w:p>
      <w:pPr>
        <w:pStyle w:val="Heading2"/>
      </w:pPr>
      <w:r>
        <w:t>How do you answer "what makes you unique" in 150 characters?</w:t>
      </w:r>
    </w:p>
    <w:p>
      <w:r>
        <w:rPr>
          <w:b w:val="0"/>
        </w:rPr>
        <w:t xml:space="preserve">Former </w:t>
      </w:r>
      <w:r>
        <w:rPr>
          <w:b/>
        </w:rPr>
        <w:t>[previous field or job]</w:t>
      </w:r>
      <w:r>
        <w:rPr>
          <w:b w:val="0"/>
        </w:rPr>
        <w:t xml:space="preserve"> turned </w:t>
      </w:r>
      <w:r>
        <w:rPr>
          <w:b/>
        </w:rPr>
        <w:t>[marketer]</w:t>
      </w:r>
      <w:r>
        <w:rPr>
          <w:b w:val="0"/>
        </w:rPr>
        <w:t xml:space="preserve">: I </w:t>
      </w:r>
      <w:r>
        <w:rPr>
          <w:b/>
        </w:rPr>
        <w:t>[one skill it gave you]</w:t>
      </w:r>
      <w:r>
        <w:rPr>
          <w:b w:val="0"/>
        </w:rPr>
        <w:t xml:space="preserve">, which helped me </w:t>
      </w:r>
      <w:r>
        <w:rPr>
          <w:b/>
        </w:rPr>
        <w:t>[result]</w:t>
      </w:r>
      <w:r>
        <w:rPr>
          <w:b w:val="0"/>
        </w:rP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