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Is Your Management Style?" (Marketing Leaders)</w:t>
      </w:r>
    </w:p>
    <w:p>
      <w:r>
        <w:t>Templates from https://kunskap.app/guides/what-is-your-management-style/ · Replace everything in [brackets].</w:t>
      </w:r>
    </w:p>
    <w:p>
      <w:pPr>
        <w:pStyle w:val="Heading2"/>
      </w:pPr>
      <w:r>
        <w:t>How should you answer "what is your management style"?</w:t>
      </w:r>
    </w:p>
    <w:p>
      <w:r>
        <w:rPr>
          <w:b w:val="0"/>
        </w:rPr>
        <w:t xml:space="preserve">I'd describe my style as </w:t>
      </w:r>
      <w:r>
        <w:rPr>
          <w:b/>
        </w:rPr>
        <w:t>[a short plain summary: clear on goals, light on day-to-day control]</w:t>
      </w:r>
      <w:r>
        <w:rPr>
          <w:b w:val="0"/>
        </w:rPr>
        <w:t xml:space="preserve">. In practice that means [habit 1: we agree on a small number of goals each quarter and how we'll measure them], [habit 2: I check in weekly but leave how the work gets done to the person who owns it], and </w:t>
      </w:r>
      <w:r>
        <w:rPr>
          <w:b/>
        </w:rPr>
        <w:t>[habit 3: I give feedback in the moment rather than saving it for reviews]</w:t>
      </w:r>
      <w:r>
        <w:rPr>
          <w:b w:val="0"/>
        </w:rPr>
        <w:t>.</w:t>
      </w:r>
    </w:p>
    <w:p/>
    <w:p>
      <w:r>
        <w:rPr>
          <w:b w:val="0"/>
        </w:rPr>
        <w:t xml:space="preserve">A good example is </w:t>
      </w:r>
      <w:r>
        <w:rPr>
          <w:b/>
        </w:rPr>
        <w:t>[someone on your team]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>. [What they were doing when you started, what you did, and what they own or achieved now.]</w:t>
      </w:r>
    </w:p>
    <w:p/>
    <w:p>
      <w:r>
        <w:rPr>
          <w:b w:val="0"/>
        </w:rPr>
        <w:t xml:space="preserve">I don't manage everyone the same way, though. </w:t>
      </w:r>
      <w:r>
        <w:rPr>
          <w:b/>
        </w:rPr>
        <w:t>[Newer people / someone struggling]</w:t>
      </w:r>
      <w:r>
        <w:rPr>
          <w:b w:val="0"/>
        </w:rPr>
        <w:t xml:space="preserve"> get much more structure from me, and </w:t>
      </w:r>
      <w:r>
        <w:rPr>
          <w:b/>
        </w:rPr>
        <w:t>[experienced specialists]</w:t>
      </w:r>
      <w:r>
        <w:rPr>
          <w:b w:val="0"/>
        </w:rPr>
        <w:t xml:space="preserve"> get more room.</w:t>
      </w:r>
    </w:p>
    <w:p>
      <w:pPr>
        <w:pStyle w:val="Heading2"/>
      </w:pPr>
      <w:r>
        <w:t>First-time manager</w:t>
      </w:r>
    </w:p>
    <w:p>
      <w:r>
        <w:rPr>
          <w:b w:val="0"/>
        </w:rPr>
        <w:t xml:space="preserve">I haven't had a formal team yet, but I've managed </w:t>
      </w:r>
      <w:r>
        <w:rPr>
          <w:b/>
        </w:rPr>
        <w:t>[an intern / two freelancers / our agency]</w:t>
      </w:r>
      <w:r>
        <w:rPr>
          <w:b w:val="0"/>
        </w:rPr>
        <w:t xml:space="preserve"> and led </w:t>
      </w:r>
      <w:r>
        <w:rPr>
          <w:b/>
        </w:rPr>
        <w:t>[a project]</w:t>
      </w:r>
      <w:r>
        <w:rPr>
          <w:b w:val="0"/>
        </w:rPr>
        <w:t xml:space="preserve"> across </w:t>
      </w:r>
      <w:r>
        <w:rPr>
          <w:b/>
        </w:rPr>
        <w:t>[teams]</w:t>
      </w:r>
      <w:r>
        <w:rPr>
          <w:b w:val="0"/>
        </w:rPr>
        <w:t>. My approach has been to agree on what good looks like at the start, check in briefly every week, and give feedback as soon as I see something, good or bad.</w:t>
      </w:r>
    </w:p>
    <w:p/>
    <w:p>
      <w:r>
        <w:rPr>
          <w:b w:val="0"/>
        </w:rPr>
        <w:t xml:space="preserve">With </w:t>
      </w:r>
      <w:r>
        <w:rPr>
          <w:b/>
        </w:rPr>
        <w:t>[the intern / freelancer]</w:t>
      </w:r>
      <w:r>
        <w:rPr>
          <w:b w:val="0"/>
        </w:rPr>
        <w:t xml:space="preserve">, that meant </w:t>
      </w:r>
      <w:r>
        <w:rPr>
          <w:b/>
        </w:rPr>
        <w:t>[what you did]</w:t>
      </w:r>
      <w:r>
        <w:rPr>
          <w:b w:val="0"/>
        </w:rPr>
        <w:t xml:space="preserve">, and by the end they were </w:t>
      </w:r>
      <w:r>
        <w:rPr>
          <w:b/>
        </w:rPr>
        <w:t>[what they could do]</w:t>
      </w:r>
      <w:r>
        <w:rPr>
          <w:b w:val="0"/>
        </w:rPr>
        <w:t xml:space="preserve">. I know I'll need to learn </w:t>
      </w:r>
      <w:r>
        <w:rPr>
          <w:b/>
        </w:rPr>
        <w:t>[a part of managing you haven't done, such as performance reviews or hiring]</w:t>
      </w:r>
      <w:r>
        <w:rPr>
          <w:b w:val="0"/>
        </w:rPr>
        <w:t xml:space="preserve">, and I'd lean on </w:t>
      </w:r>
      <w:r>
        <w:rPr>
          <w:b/>
        </w:rPr>
        <w:t>[my manager / training]</w:t>
      </w:r>
      <w:r>
        <w:rPr>
          <w:b w:val="0"/>
        </w:rPr>
        <w:t xml:space="preserve"> for that.</w:t>
      </w:r>
    </w:p>
    <w:p>
      <w:pPr>
        <w:pStyle w:val="Heading2"/>
      </w:pPr>
      <w:r>
        <w:t>Marketing manager or director</w:t>
      </w:r>
    </w:p>
    <w:p>
      <w:r>
        <w:rPr>
          <w:b w:val="0"/>
        </w:rPr>
        <w:t xml:space="preserve">I'm clear on goals and light on control. Each quarter my team and I agree </w:t>
      </w:r>
      <w:r>
        <w:rPr>
          <w:b/>
        </w:rPr>
        <w:t>[a small number of]</w:t>
      </w:r>
      <w:r>
        <w:rPr>
          <w:b w:val="0"/>
        </w:rPr>
        <w:t xml:space="preserve"> goals tied to </w:t>
      </w:r>
      <w:r>
        <w:rPr>
          <w:b/>
        </w:rPr>
        <w:t>[the business plan]</w:t>
      </w:r>
      <w:r>
        <w:rPr>
          <w:b w:val="0"/>
        </w:rPr>
        <w:t>, and each person owns one. I meet each of them weekly, mostly to remove obstacles, and I give feedback in the moment.</w:t>
      </w:r>
    </w:p>
    <w:p/>
    <w:p>
      <w:r>
        <w:rPr>
          <w:b w:val="0"/>
        </w:rPr>
        <w:t xml:space="preserve">When I took over the team at </w:t>
      </w:r>
      <w:r>
        <w:rPr>
          <w:b/>
        </w:rPr>
        <w:t>[Company]</w:t>
      </w:r>
      <w:r>
        <w:rPr>
          <w:b w:val="0"/>
        </w:rPr>
        <w:t xml:space="preserve">, [a person or problem: our content lead was doing everything herself and missing deadlines]. We agreed she'd own </w:t>
      </w:r>
      <w:r>
        <w:rPr>
          <w:b/>
        </w:rPr>
        <w:t>[the outcome]</w:t>
      </w:r>
      <w:r>
        <w:rPr>
          <w:b w:val="0"/>
        </w:rPr>
        <w:t xml:space="preserve"> and hand off </w:t>
      </w:r>
      <w:r>
        <w:rPr>
          <w:b/>
        </w:rPr>
        <w:t>[the tasks]</w:t>
      </w:r>
      <w:r>
        <w:rPr>
          <w:b w:val="0"/>
        </w:rPr>
        <w:t xml:space="preserve">, and I helped her </w:t>
      </w:r>
      <w:r>
        <w:rPr>
          <w:b/>
        </w:rPr>
        <w:t>[hire a freelancer / build a process]</w:t>
      </w:r>
      <w:r>
        <w:rPr>
          <w:b w:val="0"/>
        </w:rPr>
        <w:t xml:space="preserve">. Within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I'm more hands-on with newer people and when something's at risk. If a launch is slipping, I'll be in the detail until it's back on track.</w:t>
      </w:r>
    </w:p>
    <w:p>
      <w:pPr>
        <w:pStyle w:val="Heading2"/>
      </w:pPr>
      <w:r>
        <w:t>VP or CMO</w:t>
      </w:r>
    </w:p>
    <w:p>
      <w:r>
        <w:rPr>
          <w:b w:val="0"/>
        </w:rPr>
        <w:t xml:space="preserve">I manage through a few things: a plan everyone can explain, a short set of metrics we review together every </w:t>
      </w:r>
      <w:r>
        <w:rPr>
          <w:b/>
        </w:rPr>
        <w:t>[week / month]</w:t>
      </w:r>
      <w:r>
        <w:rPr>
          <w:b w:val="0"/>
        </w:rPr>
        <w:t>, and managers who own their areas fully. I spend my time on direction, hiring and unblocking, and I try to stay out of the day-to-day.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marketing was </w:t>
      </w:r>
      <w:r>
        <w:rPr>
          <w:b/>
        </w:rPr>
        <w:t>[the problem: split into teams that didn't share goals]</w:t>
      </w:r>
      <w:r>
        <w:rPr>
          <w:b w:val="0"/>
        </w:rPr>
        <w:t xml:space="preserve">. I [what you did: brought the leads together on one plan and one set of metrics, changed the structure, replaced a role], and </w:t>
      </w:r>
      <w:r>
        <w:rPr>
          <w:b/>
        </w:rPr>
        <w:t>[result for the team and the business]</w:t>
      </w:r>
      <w:r>
        <w:rPr>
          <w:b w:val="0"/>
        </w:rPr>
        <w:t>.</w:t>
      </w:r>
    </w:p>
    <w:p/>
    <w:p>
      <w:r>
        <w:rPr>
          <w:b w:val="0"/>
        </w:rPr>
        <w:t xml:space="preserve">I adjust when the business needs it. During </w:t>
      </w:r>
      <w:r>
        <w:rPr>
          <w:b/>
        </w:rPr>
        <w:t>[a hard period]</w:t>
      </w:r>
      <w:r>
        <w:rPr>
          <w:b w:val="0"/>
        </w:rPr>
        <w:t xml:space="preserve">, I was much closer to the work for </w:t>
      </w:r>
      <w:r>
        <w:rPr>
          <w:b/>
        </w:rPr>
        <w:t>[time]</w:t>
      </w:r>
      <w:r>
        <w:rPr>
          <w:b w:val="0"/>
        </w:rPr>
        <w:t>, and I told the team that was temporary and why.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