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How to Answer "What Is Your Greatest Strength?" (With Examples)</w:t>
      </w:r>
    </w:p>
    <w:p>
      <w:r>
        <w:t>Templates from https://knowtheroom.ai/guides/what-is-your-greatest-strength/ · Replace everything in [brackets].</w:t>
      </w:r>
    </w:p>
    <w:p>
      <w:pPr>
        <w:pStyle w:val="Heading2"/>
      </w:pPr>
      <w:r>
        <w:t>How should you answer "what is your greatest strength"?</w:t>
      </w:r>
    </w:p>
    <w:p>
      <w:r>
        <w:rPr>
          <w:b w:val="0"/>
        </w:rPr>
        <w:t xml:space="preserve">My greatest strength is </w:t>
      </w:r>
      <w:r>
        <w:rPr>
          <w:b/>
        </w:rPr>
        <w:t>[specific strength]</w:t>
      </w:r>
      <w:r>
        <w:rPr>
          <w:b w:val="0"/>
        </w:rPr>
        <w:t xml:space="preserve">. At </w:t>
      </w:r>
      <w:r>
        <w:rPr>
          <w:b/>
        </w:rPr>
        <w:t>[Company]</w:t>
      </w:r>
      <w:r>
        <w:rPr>
          <w:b w:val="0"/>
        </w:rPr>
        <w:t xml:space="preserve">, </w:t>
      </w:r>
      <w:r>
        <w:rPr>
          <w:b/>
        </w:rPr>
        <w:t>[one-sentence situation]</w:t>
      </w:r>
      <w:r>
        <w:rPr>
          <w:b w:val="0"/>
        </w:rPr>
        <w:t xml:space="preserve">, and I </w:t>
      </w:r>
      <w:r>
        <w:rPr>
          <w:b/>
        </w:rPr>
        <w:t>[what you did that shows the strength]</w:t>
      </w:r>
      <w:r>
        <w:rPr>
          <w:b w:val="0"/>
        </w:rPr>
        <w:t xml:space="preserve">. The result was </w:t>
      </w:r>
      <w:r>
        <w:rPr>
          <w:b/>
        </w:rPr>
        <w:t>[outcome, with a number if you have one]</w:t>
      </w:r>
      <w:r>
        <w:rPr>
          <w:b w:val="0"/>
        </w:rPr>
        <w:t>.</w:t>
      </w:r>
    </w:p>
    <w:p/>
    <w:p>
      <w:r>
        <w:rPr>
          <w:b w:val="0"/>
        </w:rPr>
        <w:t xml:space="preserve">From the posting, this role needs a lot of </w:t>
      </w:r>
      <w:r>
        <w:rPr>
          <w:b/>
        </w:rPr>
        <w:t>[the same skill]</w:t>
      </w:r>
      <w:r>
        <w:rPr>
          <w:b w:val="0"/>
        </w:rPr>
        <w:t>, so that's where I'd expect to help most quickly.</w:t>
      </w:r>
    </w:p>
    <w:p>
      <w:pPr>
        <w:pStyle w:val="Heading2"/>
      </w:pPr>
      <w:r>
        <w:t>Brand or content role</w:t>
      </w:r>
    </w:p>
    <w:p>
      <w:r>
        <w:rPr>
          <w:b w:val="0"/>
        </w:rPr>
        <w:t xml:space="preserve">My greatest strength is finding the one message that matters. At </w:t>
      </w:r>
      <w:r>
        <w:rPr>
          <w:b/>
        </w:rPr>
        <w:t>[Company]</w:t>
      </w:r>
      <w:r>
        <w:rPr>
          <w:b w:val="0"/>
        </w:rPr>
        <w:t xml:space="preserve">, our product pages listed </w:t>
      </w:r>
      <w:r>
        <w:rPr>
          <w:b/>
        </w:rPr>
        <w:t>[many]</w:t>
      </w:r>
      <w:r>
        <w:rPr>
          <w:b w:val="0"/>
        </w:rPr>
        <w:t xml:space="preserve"> features and conversion was flat. I interviewed </w:t>
      </w:r>
      <w:r>
        <w:rPr>
          <w:b/>
        </w:rPr>
        <w:t>[customers / the sales team]</w:t>
      </w:r>
      <w:r>
        <w:rPr>
          <w:b w:val="0"/>
        </w:rPr>
        <w:t xml:space="preserve">, found that people cared most about </w:t>
      </w:r>
      <w:r>
        <w:rPr>
          <w:b/>
        </w:rPr>
        <w:t>[the benefit]</w:t>
      </w:r>
      <w:r>
        <w:rPr>
          <w:b w:val="0"/>
        </w:rPr>
        <w:t>, and rewrote the pages around it.</w:t>
      </w:r>
    </w:p>
    <w:p/>
    <w:p>
      <w:r>
        <w:rPr>
          <w:b w:val="0"/>
        </w:rPr>
        <w:t xml:space="preserve">Conversion on those pages went from [X] to [Y] over </w:t>
      </w:r>
      <w:r>
        <w:rPr>
          <w:b/>
        </w:rPr>
        <w:t>[time]</w:t>
      </w:r>
      <w:r>
        <w:rPr>
          <w:b w:val="0"/>
        </w:rPr>
        <w:t xml:space="preserve">. This role is about sharpening how </w:t>
      </w:r>
      <w:r>
        <w:rPr>
          <w:b/>
        </w:rPr>
        <w:t>[Company]</w:t>
      </w:r>
      <w:r>
        <w:rPr>
          <w:b w:val="0"/>
        </w:rPr>
        <w:t xml:space="preserve"> talks about </w:t>
      </w:r>
      <w:r>
        <w:rPr>
          <w:b/>
        </w:rPr>
        <w:t>[product]</w:t>
      </w:r>
      <w:r>
        <w:rPr>
          <w:b w:val="0"/>
        </w:rPr>
        <w:t>, so it's the skill I'd use from day one.</w:t>
      </w:r>
    </w:p>
    <w:p>
      <w:pPr>
        <w:pStyle w:val="Heading2"/>
      </w:pPr>
      <w:r>
        <w:t>Growth, paid or performance role</w:t>
      </w:r>
    </w:p>
    <w:p>
      <w:r>
        <w:rPr>
          <w:b w:val="0"/>
        </w:rPr>
        <w:t xml:space="preserve">My strength is making decisions from data quickly without overreacting to noise. At </w:t>
      </w:r>
      <w:r>
        <w:rPr>
          <w:b/>
        </w:rPr>
        <w:t>[Company]</w:t>
      </w:r>
      <w:r>
        <w:rPr>
          <w:b w:val="0"/>
        </w:rPr>
        <w:t xml:space="preserve"> I ran </w:t>
      </w:r>
      <w:r>
        <w:rPr>
          <w:b/>
        </w:rPr>
        <w:t>[number]</w:t>
      </w:r>
      <w:r>
        <w:rPr>
          <w:b w:val="0"/>
        </w:rPr>
        <w:t xml:space="preserve"> tests a month on </w:t>
      </w:r>
      <w:r>
        <w:rPr>
          <w:b/>
        </w:rPr>
        <w:t>[channel]</w:t>
      </w:r>
      <w:r>
        <w:rPr>
          <w:b w:val="0"/>
        </w:rPr>
        <w:t>, and I set a rule for when a result was strong enough to act on.</w:t>
      </w:r>
    </w:p>
    <w:p/>
    <w:p>
      <w:r>
        <w:rPr>
          <w:b w:val="0"/>
        </w:rPr>
        <w:t xml:space="preserve">That cut wasted spend on </w:t>
      </w:r>
      <w:r>
        <w:rPr>
          <w:b/>
        </w:rPr>
        <w:t>[the losing tactic]</w:t>
      </w:r>
      <w:r>
        <w:rPr>
          <w:b w:val="0"/>
        </w:rPr>
        <w:t xml:space="preserve"> and helped us bring cost per </w:t>
      </w:r>
      <w:r>
        <w:rPr>
          <w:b/>
        </w:rPr>
        <w:t>[acquisition / lead]</w:t>
      </w:r>
      <w:r>
        <w:rPr>
          <w:b w:val="0"/>
        </w:rPr>
        <w:t xml:space="preserve"> from [X] to [Y]. You mentioned the team is scaling paid spend, and that's when this discipline matters most.</w:t>
      </w:r>
    </w:p>
    <w:p>
      <w:pPr>
        <w:pStyle w:val="Heading2"/>
      </w:pPr>
      <w:r>
        <w:t>Social media role</w:t>
      </w:r>
    </w:p>
    <w:p>
      <w:r>
        <w:rPr>
          <w:b w:val="0"/>
        </w:rPr>
        <w:t xml:space="preserve">My strength is spotting what a specific audience will respond to. At </w:t>
      </w:r>
      <w:r>
        <w:rPr>
          <w:b/>
        </w:rPr>
        <w:t>[Company]</w:t>
      </w:r>
      <w:r>
        <w:rPr>
          <w:b w:val="0"/>
        </w:rPr>
        <w:t xml:space="preserve">, I noticed our </w:t>
      </w:r>
      <w:r>
        <w:rPr>
          <w:b/>
        </w:rPr>
        <w:t>[audience]</w:t>
      </w:r>
      <w:r>
        <w:rPr>
          <w:b w:val="0"/>
        </w:rPr>
        <w:t xml:space="preserve"> engaged far more with </w:t>
      </w:r>
      <w:r>
        <w:rPr>
          <w:b/>
        </w:rPr>
        <w:t>[format or topic]</w:t>
      </w:r>
      <w:r>
        <w:rPr>
          <w:b w:val="0"/>
        </w:rPr>
        <w:t xml:space="preserve"> than with our polished brand posts, so I shifted </w:t>
      </w:r>
      <w:r>
        <w:rPr>
          <w:b/>
        </w:rPr>
        <w:t>[share]</w:t>
      </w:r>
      <w:r>
        <w:rPr>
          <w:b w:val="0"/>
        </w:rPr>
        <w:t xml:space="preserve"> of our calendar toward it.</w:t>
      </w:r>
    </w:p>
    <w:p/>
    <w:p>
      <w:r>
        <w:rPr>
          <w:b w:val="0"/>
        </w:rPr>
        <w:t xml:space="preserve">Engagement rate went from [X] to [Y] over </w:t>
      </w:r>
      <w:r>
        <w:rPr>
          <w:b/>
        </w:rPr>
        <w:t>[time]</w:t>
      </w:r>
      <w:r>
        <w:rPr>
          <w:b w:val="0"/>
        </w:rPr>
        <w:t xml:space="preserve">. Your account has </w:t>
      </w:r>
      <w:r>
        <w:rPr>
          <w:b/>
        </w:rPr>
        <w:t>[what you noticed]</w:t>
      </w:r>
      <w:r>
        <w:rPr>
          <w:b w:val="0"/>
        </w:rPr>
        <w:t>, and I'd love to test that idea here.</w:t>
      </w:r>
    </w:p>
    <w:p>
      <w:pPr>
        <w:pStyle w:val="Heading2"/>
      </w:pPr>
      <w:r>
        <w:t>Student or entry-level role</w:t>
      </w:r>
    </w:p>
    <w:p>
      <w:r>
        <w:rPr>
          <w:b w:val="0"/>
        </w:rPr>
        <w:t xml:space="preserve">My greatest strength is learning a new channel quickly and then testing what works. When I took over social for </w:t>
      </w:r>
      <w:r>
        <w:rPr>
          <w:b/>
        </w:rPr>
        <w:t>[student group or part-time job]</w:t>
      </w:r>
      <w:r>
        <w:rPr>
          <w:b w:val="0"/>
        </w:rPr>
        <w:t xml:space="preserve">, I hadn't run </w:t>
      </w:r>
      <w:r>
        <w:rPr>
          <w:b/>
        </w:rPr>
        <w:t>[platform]</w:t>
      </w:r>
      <w:r>
        <w:rPr>
          <w:b w:val="0"/>
        </w:rPr>
        <w:t xml:space="preserve"> before. I studied what similar accounts posted, tried </w:t>
      </w:r>
      <w:r>
        <w:rPr>
          <w:b/>
        </w:rPr>
        <w:t>[number]</w:t>
      </w:r>
      <w:r>
        <w:rPr>
          <w:b w:val="0"/>
        </w:rPr>
        <w:t xml:space="preserve"> formats over </w:t>
      </w:r>
      <w:r>
        <w:rPr>
          <w:b/>
        </w:rPr>
        <w:t>[time]</w:t>
      </w:r>
      <w:r>
        <w:rPr>
          <w:b w:val="0"/>
        </w:rPr>
        <w:t>, and kept the two that worked.</w:t>
      </w:r>
    </w:p>
    <w:p/>
    <w:p>
      <w:r>
        <w:rPr>
          <w:b w:val="0"/>
        </w:rPr>
        <w:t xml:space="preserve">The account went from [X] to [Y] </w:t>
      </w:r>
      <w:r>
        <w:rPr>
          <w:b/>
        </w:rPr>
        <w:t>[followers / views / sign-ups]</w:t>
      </w:r>
      <w:r>
        <w:rPr>
          <w:b w:val="0"/>
        </w:rPr>
        <w:t>. This role touches several channels, so picking things up fast is where I'd help first.</w:t>
      </w:r>
    </w:p>
    <w:p>
      <w:pPr>
        <w:pStyle w:val="Heading2"/>
      </w:pPr>
      <w:r>
        <w:t>Manager or leader</w:t>
      </w:r>
    </w:p>
    <w:p>
      <w:r>
        <w:rPr>
          <w:b w:val="0"/>
        </w:rPr>
        <w:t xml:space="preserve">My greatest strength is developing people. At </w:t>
      </w:r>
      <w:r>
        <w:rPr>
          <w:b/>
        </w:rPr>
        <w:t>[Company]</w:t>
      </w:r>
      <w:r>
        <w:rPr>
          <w:b w:val="0"/>
        </w:rPr>
        <w:t xml:space="preserve"> I hired </w:t>
      </w:r>
      <w:r>
        <w:rPr>
          <w:b/>
        </w:rPr>
        <w:t>[person's role]</w:t>
      </w:r>
      <w:r>
        <w:rPr>
          <w:b w:val="0"/>
        </w:rPr>
        <w:t xml:space="preserve"> who had never </w:t>
      </w:r>
      <w:r>
        <w:rPr>
          <w:b/>
        </w:rPr>
        <w:t>[done the task]</w:t>
      </w:r>
      <w:r>
        <w:rPr>
          <w:b w:val="0"/>
        </w:rPr>
        <w:t xml:space="preserve">, set up </w:t>
      </w:r>
      <w:r>
        <w:rPr>
          <w:b/>
        </w:rPr>
        <w:t>[how you coached them]</w:t>
      </w:r>
      <w:r>
        <w:rPr>
          <w:b w:val="0"/>
        </w:rPr>
        <w:t xml:space="preserve">, and within </w:t>
      </w:r>
      <w:r>
        <w:rPr>
          <w:b/>
        </w:rPr>
        <w:t>[time]</w:t>
      </w:r>
      <w:r>
        <w:rPr>
          <w:b w:val="0"/>
        </w:rPr>
        <w:t xml:space="preserve"> they were running </w:t>
      </w:r>
      <w:r>
        <w:rPr>
          <w:b/>
        </w:rPr>
        <w:t>[what they ran]</w:t>
      </w:r>
      <w:r>
        <w:rPr>
          <w:b w:val="0"/>
        </w:rPr>
        <w:t xml:space="preserve"> on their own.</w:t>
      </w:r>
    </w:p>
    <w:p/>
    <w:p>
      <w:r>
        <w:rPr>
          <w:b w:val="0"/>
        </w:rPr>
        <w:t>The team I'd be leading here is growing, and I'd want to build it the same way: hire for potential, coach closely, then hand over real ownership.</w:t>
      </w:r>
    </w:p>
    <w:p>
      <w:pPr>
        <w:pStyle w:val="Heading2"/>
      </w:pPr>
      <w:r>
        <w:t>How do you answer "what are your strengths and weaknesses?"</w:t>
      </w:r>
    </w:p>
    <w:p>
      <w:r>
        <w:rPr>
          <w:b w:val="0"/>
        </w:rPr>
        <w:t xml:space="preserve">My biggest strength is </w:t>
      </w:r>
      <w:r>
        <w:rPr>
          <w:b/>
        </w:rPr>
        <w:t>[strength]</w:t>
      </w:r>
      <w:r>
        <w:rPr>
          <w:b w:val="0"/>
        </w:rPr>
        <w:t xml:space="preserve">: at </w:t>
      </w:r>
      <w:r>
        <w:rPr>
          <w:b/>
        </w:rPr>
        <w:t>[Company]</w:t>
      </w:r>
      <w:r>
        <w:rPr>
          <w:b w:val="0"/>
        </w:rPr>
        <w:t xml:space="preserve"> I </w:t>
      </w:r>
      <w:r>
        <w:rPr>
          <w:b/>
        </w:rPr>
        <w:t>[short proof with result]</w:t>
      </w:r>
      <w:r>
        <w:rPr>
          <w:b w:val="0"/>
        </w:rPr>
        <w:t>.</w:t>
      </w:r>
    </w:p>
    <w:p/>
    <w:p>
      <w:r>
        <w:rPr>
          <w:b w:val="0"/>
        </w:rPr>
        <w:t xml:space="preserve">A weakness I'm working on is </w:t>
      </w:r>
      <w:r>
        <w:rPr>
          <w:b/>
        </w:rPr>
        <w:t>[real weakness that isn't central to this job]</w:t>
      </w:r>
      <w:r>
        <w:rPr>
          <w:b w:val="0"/>
        </w:rPr>
        <w:t xml:space="preserve">. It showed up when </w:t>
      </w:r>
      <w:r>
        <w:rPr>
          <w:b/>
        </w:rPr>
        <w:t>[short example]</w:t>
      </w:r>
      <w:r>
        <w:rPr>
          <w:b w:val="0"/>
        </w:rPr>
        <w:t xml:space="preserve">, and now I </w:t>
      </w:r>
      <w:r>
        <w:rPr>
          <w:b/>
        </w:rPr>
        <w:t>[what you do about it]</w:t>
      </w:r>
      <w:r>
        <w:rPr>
          <w:b w:val="0"/>
        </w:rP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