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\"What Is Your Greatest Accomplishment?\</w:t>
      </w:r>
    </w:p>
    <w:p>
      <w:r>
        <w:t>Templates from https://knowtheroom.ai/guides/what-is-your-greatest-accomplishment/ · Replace everything in [brackets].</w:t>
      </w:r>
    </w:p>
    <w:p>
      <w:pPr>
        <w:pStyle w:val="Heading2"/>
      </w:pPr>
      <w:r>
        <w:t>How should you structure the answer?</w:t>
      </w:r>
    </w:p>
    <w:p>
      <w:r>
        <w:rPr>
          <w:b w:val="0"/>
        </w:rPr>
        <w:t xml:space="preserve">My proudest accomplishment is </w:t>
      </w:r>
      <w:r>
        <w:rPr>
          <w:b/>
        </w:rPr>
        <w:t>[the result, in one line]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</w:t>
      </w:r>
      <w:r>
        <w:rPr>
          <w:b/>
        </w:rPr>
        <w:t>[situation: the problem or opportunity]</w:t>
      </w:r>
      <w:r>
        <w:rPr>
          <w:b w:val="0"/>
        </w:rPr>
        <w:t xml:space="preserve">. I was responsible for </w:t>
      </w:r>
      <w:r>
        <w:rPr>
          <w:b/>
        </w:rPr>
        <w:t>[your task]</w:t>
      </w:r>
      <w:r>
        <w:rPr>
          <w:b w:val="0"/>
        </w:rPr>
        <w:t>.</w:t>
      </w:r>
    </w:p>
    <w:p/>
    <w:p>
      <w:r>
        <w:rPr>
          <w:b w:val="0"/>
        </w:rPr>
        <w:t xml:space="preserve">I </w:t>
      </w:r>
      <w:r>
        <w:rPr>
          <w:b/>
        </w:rPr>
        <w:t>[action one]</w:t>
      </w:r>
      <w:r>
        <w:rPr>
          <w:b w:val="0"/>
        </w:rPr>
        <w:t xml:space="preserve">, then </w:t>
      </w:r>
      <w:r>
        <w:rPr>
          <w:b/>
        </w:rPr>
        <w:t>[action two]</w:t>
      </w:r>
      <w:r>
        <w:rPr>
          <w:b w:val="0"/>
        </w:rPr>
        <w:t xml:space="preserve">. The hardest part was </w:t>
      </w:r>
      <w:r>
        <w:rPr>
          <w:b/>
        </w:rPr>
        <w:t>[obstacle]</w:t>
      </w:r>
      <w:r>
        <w:rPr>
          <w:b w:val="0"/>
        </w:rPr>
        <w:t xml:space="preserve">, which I handled by </w:t>
      </w:r>
      <w:r>
        <w:rPr>
          <w:b/>
        </w:rPr>
        <w:t>[what you did]</w:t>
      </w:r>
      <w:r>
        <w:rPr>
          <w:b w:val="0"/>
        </w:rPr>
        <w:t>.</w:t>
      </w:r>
    </w:p>
    <w:p/>
    <w:p>
      <w:r>
        <w:rPr>
          <w:b w:val="0"/>
        </w:rPr>
        <w:t xml:space="preserve">The result was </w:t>
      </w:r>
      <w:r>
        <w:rPr>
          <w:b/>
        </w:rPr>
        <w:t>[outcome, ideally with a number]</w:t>
      </w:r>
      <w:r>
        <w:rPr>
          <w:b w:val="0"/>
        </w:rPr>
        <w:t xml:space="preserve">, and </w:t>
      </w:r>
      <w:r>
        <w:rPr>
          <w:b/>
        </w:rPr>
        <w:t>[what it led to]</w:t>
      </w:r>
      <w:r>
        <w:rPr>
          <w:b w:val="0"/>
        </w:rPr>
        <w:t xml:space="preserve">. I'm proud of it because </w:t>
      </w:r>
      <w:r>
        <w:rPr>
          <w:b/>
        </w:rPr>
        <w:t>[the personal reason]</w:t>
      </w:r>
      <w:r>
        <w:rPr>
          <w:b w:val="0"/>
        </w:rPr>
        <w:t>.</w:t>
      </w:r>
    </w:p>
    <w:p>
      <w:pPr>
        <w:pStyle w:val="Heading2"/>
      </w:pPr>
      <w:r>
        <w:t>Growth or performance marketing</w:t>
      </w:r>
    </w:p>
    <w:p>
      <w:r>
        <w:rPr>
          <w:b w:val="0"/>
        </w:rPr>
        <w:t xml:space="preserve">I'm proudest of turning around our paid search program at </w:t>
      </w:r>
      <w:r>
        <w:rPr>
          <w:b/>
        </w:rPr>
        <w:t>[Company]</w:t>
      </w:r>
      <w:r>
        <w:rPr>
          <w:b w:val="0"/>
        </w:rPr>
        <w:t xml:space="preserve">. When I took it over, cost per acquisition had risen </w:t>
      </w:r>
      <w:r>
        <w:rPr>
          <w:b/>
        </w:rPr>
        <w:t>[X%]</w:t>
      </w:r>
      <w:r>
        <w:rPr>
          <w:b w:val="0"/>
        </w:rPr>
        <w:t xml:space="preserve"> in six months and leadership was ready to cut the budget. I audited every campaign, cut the keywords that never converted and rebuilt the landing pages around the three questions sales heard most. Within a quarter cost per acquisition was down </w:t>
      </w:r>
      <w:r>
        <w:rPr>
          <w:b/>
        </w:rPr>
        <w:t>[X%]</w:t>
      </w:r>
      <w:r>
        <w:rPr>
          <w:b w:val="0"/>
        </w:rPr>
        <w:t>, and the budget was increased instead. I'm proud of it because I asked for the time to fix it rather than letting it be cut.</w:t>
      </w:r>
    </w:p>
    <w:p>
      <w:pPr>
        <w:pStyle w:val="Heading2"/>
      </w:pPr>
      <w:r>
        <w:t>Brand or content marketing</w:t>
      </w:r>
    </w:p>
    <w:p>
      <w:r>
        <w:rPr>
          <w:b w:val="0"/>
        </w:rPr>
        <w:t xml:space="preserve">My greatest accomplishment is our </w:t>
      </w:r>
      <w:r>
        <w:rPr>
          <w:b/>
        </w:rPr>
        <w:t>[brand refresh / content program]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. Our messaging had drifted across five product lines. I interviewed </w:t>
      </w:r>
      <w:r>
        <w:rPr>
          <w:b/>
        </w:rPr>
        <w:t>[number]</w:t>
      </w:r>
      <w:r>
        <w:rPr>
          <w:b w:val="0"/>
        </w:rPr>
        <w:t xml:space="preserve"> customers, wrote a one-page positioning brief and got sign-off from </w:t>
      </w:r>
      <w:r>
        <w:rPr>
          <w:b/>
        </w:rPr>
        <w:t>[leadership / product / sales]</w:t>
      </w:r>
      <w:r>
        <w:rPr>
          <w:b w:val="0"/>
        </w:rPr>
        <w:t xml:space="preserve">. Every channel then used it, and </w:t>
      </w:r>
      <w:r>
        <w:rPr>
          <w:b/>
        </w:rPr>
        <w:t>[result, e.g. brand search grew X% over the year, or sales adopted the new pitch]</w:t>
      </w:r>
      <w:r>
        <w:rPr>
          <w:b w:val="0"/>
        </w:rPr>
        <w:t>. It mattered to me because it started with listening to customers, not with an opinion in a meeting.</w:t>
      </w:r>
    </w:p>
    <w:p>
      <w:pPr>
        <w:pStyle w:val="Heading2"/>
      </w:pPr>
      <w:r>
        <w:t>Social media</w:t>
      </w:r>
    </w:p>
    <w:p>
      <w:r>
        <w:rPr>
          <w:b w:val="0"/>
        </w:rPr>
        <w:t xml:space="preserve">I'm proudest of </w:t>
      </w:r>
      <w:r>
        <w:rPr>
          <w:b/>
        </w:rPr>
        <w:t>[a series or campaign]</w:t>
      </w:r>
      <w:r>
        <w:rPr>
          <w:b w:val="0"/>
        </w:rPr>
        <w:t xml:space="preserve">. We had </w:t>
      </w:r>
      <w:r>
        <w:rPr>
          <w:b/>
        </w:rPr>
        <w:t>[starting point, e.g. low engagement and no clear format]</w:t>
      </w:r>
      <w:r>
        <w:rPr>
          <w:b w:val="0"/>
        </w:rPr>
        <w:t xml:space="preserve">. I tested </w:t>
      </w:r>
      <w:r>
        <w:rPr>
          <w:b/>
        </w:rPr>
        <w:t>[number]</w:t>
      </w:r>
      <w:r>
        <w:rPr>
          <w:b w:val="0"/>
        </w:rPr>
        <w:t xml:space="preserve"> formats over </w:t>
      </w:r>
      <w:r>
        <w:rPr>
          <w:b/>
        </w:rPr>
        <w:t>[time]</w:t>
      </w:r>
      <w:r>
        <w:rPr>
          <w:b w:val="0"/>
        </w:rPr>
        <w:t xml:space="preserve">, kept the one our audience saved and shared most, and turned it into a weekly series. It became our best-performing content, with </w:t>
      </w:r>
      <w:r>
        <w:rPr>
          <w:b/>
        </w:rPr>
        <w:t>[result]</w:t>
      </w:r>
      <w:r>
        <w:rPr>
          <w:b w:val="0"/>
        </w:rPr>
        <w:t>, and it's still running.</w:t>
      </w:r>
    </w:p>
    <w:p>
      <w:pPr>
        <w:pStyle w:val="Heading2"/>
      </w:pPr>
      <w:r>
        <w:t>Manager or leader</w:t>
      </w:r>
    </w:p>
    <w:p>
      <w:r>
        <w:rPr>
          <w:b w:val="0"/>
        </w:rPr>
        <w:t xml:space="preserve">My proudest accomplishment is a person, not a campaign. I hired </w:t>
      </w:r>
      <w:r>
        <w:rPr>
          <w:b/>
        </w:rPr>
        <w:t>[role]</w:t>
      </w:r>
      <w:r>
        <w:rPr>
          <w:b w:val="0"/>
        </w:rPr>
        <w:t xml:space="preserve"> who had never </w:t>
      </w:r>
      <w:r>
        <w:rPr>
          <w:b/>
        </w:rPr>
        <w:t>[done X]</w:t>
      </w:r>
      <w:r>
        <w:rPr>
          <w:b w:val="0"/>
        </w:rPr>
        <w:t xml:space="preserve">. I gave them a clear goal, weekly coaching and room to fail, and within a year they were running </w:t>
      </w:r>
      <w:r>
        <w:rPr>
          <w:b/>
        </w:rPr>
        <w:t>[what they own]</w:t>
      </w:r>
      <w:r>
        <w:rPr>
          <w:b w:val="0"/>
        </w:rPr>
        <w:t xml:space="preserve"> on their own and have since been promoted. Building that kind of team is what I want to do here.</w:t>
      </w:r>
    </w:p>
    <w:p>
      <w:pPr>
        <w:pStyle w:val="Heading2"/>
      </w:pPr>
      <w:r>
        <w:t>Entry level</w:t>
      </w:r>
    </w:p>
    <w:p>
      <w:r>
        <w:rPr>
          <w:b w:val="0"/>
        </w:rPr>
        <w:t xml:space="preserve">I'm proudest of </w:t>
      </w:r>
      <w:r>
        <w:rPr>
          <w:b/>
        </w:rPr>
        <w:t>[a school, internship or volunteer project]</w:t>
      </w:r>
      <w:r>
        <w:rPr>
          <w:b w:val="0"/>
        </w:rPr>
        <w:t xml:space="preserve">. </w:t>
      </w:r>
      <w:r>
        <w:rPr>
          <w:b/>
        </w:rPr>
        <w:t>[Situation in a line.]</w:t>
      </w:r>
      <w:r>
        <w:rPr>
          <w:b w:val="0"/>
        </w:rPr>
        <w:t xml:space="preserve"> I </w:t>
      </w:r>
      <w:r>
        <w:rPr>
          <w:b/>
        </w:rPr>
        <w:t>[what you did, step by step]</w:t>
      </w:r>
      <w:r>
        <w:rPr>
          <w:b w:val="0"/>
        </w:rPr>
        <w:t xml:space="preserve">, even though </w:t>
      </w:r>
      <w:r>
        <w:rPr>
          <w:b/>
        </w:rPr>
        <w:t>[obstacle]</w:t>
      </w:r>
      <w:r>
        <w:rPr>
          <w:b w:val="0"/>
        </w:rPr>
        <w:t>. The result was [outcome, e.g. the club's event sold out for the first time / the newsletter's open rate doubled]. It showed me I can take something from idea to finished.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