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Answer "What Are Your Weaknesses?" (With Examples)</w:t>
      </w:r>
    </w:p>
    <w:p>
      <w:r>
        <w:t>Templates from https://knowtheroom.ai/guides/what-are-your-weaknesses/ · Replace everything in [brackets].</w:t>
      </w:r>
    </w:p>
    <w:p>
      <w:pPr>
        <w:pStyle w:val="Heading2"/>
      </w:pPr>
      <w:r>
        <w:t>How to structure your answer</w:t>
      </w:r>
    </w:p>
    <w:p>
      <w:r>
        <w:rPr>
          <w:b/>
        </w:rPr>
        <w:t>[The weakness, in one sentence]</w:t>
      </w:r>
      <w:r>
        <w:rPr>
          <w:b w:val="0"/>
        </w:rPr>
        <w:t xml:space="preserve">. It showed up when </w:t>
      </w:r>
      <w:r>
        <w:rPr>
          <w:b/>
        </w:rPr>
        <w:t>[situation]</w:t>
      </w:r>
      <w:r>
        <w:rPr>
          <w:b w:val="0"/>
        </w:rPr>
        <w:t xml:space="preserve">, and </w:t>
      </w:r>
      <w:r>
        <w:rPr>
          <w:b/>
        </w:rPr>
        <w:t>[what happened as a result]</w:t>
      </w:r>
      <w:r>
        <w:rPr>
          <w:b w:val="0"/>
        </w:rPr>
        <w:t>.</w:t>
      </w:r>
    </w:p>
    <w:p/>
    <w:p>
      <w:r>
        <w:rPr>
          <w:b w:val="0"/>
        </w:rPr>
        <w:t xml:space="preserve">Since then I've </w:t>
      </w:r>
      <w:r>
        <w:rPr>
          <w:b/>
        </w:rPr>
        <w:t>[what you changed: a habit, a tool, a person you work with]</w:t>
      </w:r>
      <w:r>
        <w:rPr>
          <w:b w:val="0"/>
        </w:rPr>
        <w:t xml:space="preserve">. </w:t>
      </w:r>
      <w:r>
        <w:rPr>
          <w:b/>
        </w:rPr>
        <w:t>[How it's going now, honestly.]</w:t>
      </w:r>
    </w:p>
    <w:p>
      <w:pPr>
        <w:pStyle w:val="Heading2"/>
      </w:pPr>
      <w:r>
        <w:t>Example answers for marketing roles</w:t>
      </w:r>
    </w:p>
    <w:p>
      <w:r>
        <w:rPr>
          <w:b w:val="0"/>
        </w:rPr>
        <w:t xml:space="preserve">I take on too many requests. At </w:t>
      </w:r>
      <w:r>
        <w:rPr>
          <w:b/>
        </w:rPr>
        <w:t>[company]</w:t>
      </w:r>
      <w:r>
        <w:rPr>
          <w:b w:val="0"/>
        </w:rPr>
        <w:t>, I said yes to every campaign ask from sales for a quarter, and our bigger brand work slipped by about a month.</w:t>
      </w:r>
    </w:p>
    <w:p/>
    <w:p>
      <w:r>
        <w:rPr>
          <w:b w:val="0"/>
        </w:rPr>
        <w:t>Now I keep a single list of what the team is working on and review it with my manager every two weeks. When a new request comes in, I ask what it should replace. I still catch myself, but the list makes the trade-off visible.</w:t>
      </w:r>
    </w:p>
    <w:p>
      <w:pPr>
        <w:pStyle w:val="Heading2"/>
      </w:pPr>
      <w:r>
        <w:t>Example answers for marketing roles</w:t>
      </w:r>
    </w:p>
    <w:p>
      <w:r>
        <w:rPr>
          <w:b w:val="0"/>
        </w:rPr>
        <w:t xml:space="preserve">My analysis skills are solid for marketing reporting, but I'm not the person to build an attribution model from scratch. On </w:t>
      </w:r>
      <w:r>
        <w:rPr>
          <w:b/>
        </w:rPr>
        <w:t>[project]</w:t>
      </w:r>
      <w:r>
        <w:rPr>
          <w:b w:val="0"/>
        </w:rPr>
        <w:t xml:space="preserve"> I needed help from our analytics team to get the model right, and it took longer than it should have because I hadn't involved them early.</w:t>
      </w:r>
    </w:p>
    <w:p/>
    <w:p>
      <w:r>
        <w:rPr>
          <w:b w:val="0"/>
        </w:rPr>
        <w:t xml:space="preserve">Now I bring analytics in at the planning stage, and I've been working through </w:t>
      </w:r>
      <w:r>
        <w:rPr>
          <w:b/>
        </w:rPr>
        <w:t>[course or practice]</w:t>
      </w:r>
      <w:r>
        <w:rPr>
          <w:b w:val="0"/>
        </w:rPr>
        <w:t xml:space="preserve"> to get more comfortable with the methods.</w:t>
      </w:r>
    </w:p>
    <w:p>
      <w:pPr>
        <w:pStyle w:val="Heading2"/>
      </w:pPr>
      <w:r>
        <w:t>Example answers for marketing roles</w:t>
      </w:r>
    </w:p>
    <w:p>
      <w:r>
        <w:rPr>
          <w:b w:val="0"/>
        </w:rPr>
        <w:t xml:space="preserve">I used to give senior leaders too much detail. In my first board update at </w:t>
      </w:r>
      <w:r>
        <w:rPr>
          <w:b/>
        </w:rPr>
        <w:t>[company]</w:t>
      </w:r>
      <w:r>
        <w:rPr>
          <w:b w:val="0"/>
        </w:rPr>
        <w:t>, I walked through every channel, and the CEO had to ask me what I actually recommended.</w:t>
      </w:r>
    </w:p>
    <w:p/>
    <w:p>
      <w:r>
        <w:rPr>
          <w:b w:val="0"/>
        </w:rPr>
        <w:t>Now I open with the recommendation and the number behind it, then keep the detail in the appendix. I ask a peer to read the first slide before any big meeting.</w:t>
      </w:r>
    </w:p>
    <w:p>
      <w:pPr>
        <w:pStyle w:val="Heading2"/>
      </w:pPr>
      <w:r>
        <w:t>Example answers for marketing roles</w:t>
      </w:r>
    </w:p>
    <w:p>
      <w:r>
        <w:rPr>
          <w:b w:val="0"/>
        </w:rPr>
        <w:t xml:space="preserve">I haven't managed a real marketing budget yet. In my </w:t>
      </w:r>
      <w:r>
        <w:rPr>
          <w:b/>
        </w:rPr>
        <w:t>[internship / class project]</w:t>
      </w:r>
      <w:r>
        <w:rPr>
          <w:b w:val="0"/>
        </w:rPr>
        <w:t xml:space="preserve"> I worked on campaign ideas and content, but someone else made the spending calls, so I don't have a feel for what things cost.</w:t>
      </w:r>
    </w:p>
    <w:p/>
    <w:p>
      <w:r>
        <w:rPr>
          <w:b w:val="0"/>
        </w:rPr>
        <w:t>I've started closing that by [running a small ad test for a student group / taking the Google Ads certification], and I'd want to learn from how your team decides where money goes.</w:t>
      </w:r>
    </w:p>
    <w:p>
      <w:pPr>
        <w:pStyle w:val="Heading2"/>
      </w:pPr>
      <w:r>
        <w:t>How do you answer "what are your strengths and weaknesses?"</w:t>
      </w:r>
    </w:p>
    <w:p>
      <w:r>
        <w:rPr>
          <w:b w:val="0"/>
        </w:rPr>
        <w:t xml:space="preserve">My main strength is </w:t>
      </w:r>
      <w:r>
        <w:rPr>
          <w:b/>
        </w:rPr>
        <w:t>[strength]</w:t>
      </w:r>
      <w:r>
        <w:rPr>
          <w:b w:val="0"/>
        </w:rPr>
        <w:t xml:space="preserve">: at </w:t>
      </w:r>
      <w:r>
        <w:rPr>
          <w:b/>
        </w:rPr>
        <w:t>[company or project]</w:t>
      </w:r>
      <w:r>
        <w:rPr>
          <w:b w:val="0"/>
        </w:rPr>
        <w:t xml:space="preserve"> I </w:t>
      </w:r>
      <w:r>
        <w:rPr>
          <w:b/>
        </w:rPr>
        <w:t>[short proof with a result]</w:t>
      </w:r>
      <w:r>
        <w:rPr>
          <w:b w:val="0"/>
        </w:rPr>
        <w:t>.</w:t>
      </w:r>
    </w:p>
    <w:p/>
    <w:p>
      <w:r>
        <w:rPr>
          <w:b w:val="0"/>
        </w:rPr>
        <w:t xml:space="preserve">A weakness I'm working on is </w:t>
      </w:r>
      <w:r>
        <w:rPr>
          <w:b/>
        </w:rPr>
        <w:t>[real weakness, in a different area from the strength]</w:t>
      </w:r>
      <w:r>
        <w:rPr>
          <w:b w:val="0"/>
        </w:rPr>
        <w:t xml:space="preserve">. It showed up when </w:t>
      </w:r>
      <w:r>
        <w:rPr>
          <w:b/>
        </w:rPr>
        <w:t>[short example]</w:t>
      </w:r>
      <w:r>
        <w:rPr>
          <w:b w:val="0"/>
        </w:rPr>
        <w:t xml:space="preserve">, and now I </w:t>
      </w:r>
      <w:r>
        <w:rPr>
          <w:b/>
        </w:rPr>
        <w:t>[what you do about it]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