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"What Are Your Hobbies?" in an Interview</w:t>
      </w:r>
    </w:p>
    <w:p>
      <w:r>
        <w:t>Templates from https://knowtheroom.ai/guides/what-are-your-hobbies/ · Replace everything in [brackets].</w:t>
      </w:r>
    </w:p>
    <w:p>
      <w:pPr>
        <w:pStyle w:val="Heading2"/>
      </w:pPr>
      <w:r>
        <w:t>How should you answer "what are your hobbies"?</w:t>
      </w:r>
    </w:p>
    <w:p>
      <w:r>
        <w:rPr>
          <w:b w:val="0"/>
        </w:rPr>
        <w:t xml:space="preserve">Outside work I </w:t>
      </w:r>
      <w:r>
        <w:rPr>
          <w:b/>
        </w:rPr>
        <w:t>[hobby one]</w:t>
      </w:r>
      <w:r>
        <w:rPr>
          <w:b w:val="0"/>
        </w:rPr>
        <w:t xml:space="preserve">, and lately I've been </w:t>
      </w:r>
      <w:r>
        <w:rPr>
          <w:b/>
        </w:rPr>
        <w:t>[specific detail: a goal, a project, what you're learning]</w:t>
      </w:r>
      <w:r>
        <w:rPr>
          <w:b w:val="0"/>
        </w:rPr>
        <w:t xml:space="preserve">. I also </w:t>
      </w:r>
      <w:r>
        <w:rPr>
          <w:b/>
        </w:rPr>
        <w:t>[hobby two, briefly]</w:t>
      </w:r>
      <w:r>
        <w:rPr>
          <w:b w:val="0"/>
        </w:rPr>
        <w:t>.</w:t>
      </w:r>
    </w:p>
    <w:p/>
    <w:p>
      <w:r>
        <w:rPr>
          <w:b/>
        </w:rPr>
        <w:t xml:space="preserve">[Optional: I think </w:t>
      </w:r>
      <w:r>
        <w:rPr>
          <w:b/>
        </w:rPr>
        <w:t>[hobby]</w:t>
      </w:r>
      <w:r>
        <w:rPr>
          <w:b w:val="0"/>
        </w:rPr>
        <w:t xml:space="preserve"> is part of why I </w:t>
      </w:r>
      <w:r>
        <w:rPr>
          <w:b/>
        </w:rPr>
        <w:t>[a work habit or quality]</w:t>
      </w:r>
      <w:r>
        <w:rPr>
          <w:b w:val="0"/>
        </w:rPr>
        <w:t>.]</w:t>
      </w:r>
    </w:p>
    <w:p>
      <w:pPr>
        <w:pStyle w:val="Heading2"/>
      </w:pPr>
      <w:r>
        <w:t>Social media or content</w:t>
      </w:r>
    </w:p>
    <w:p>
      <w:r>
        <w:rPr>
          <w:b w:val="0"/>
        </w:rPr>
        <w:t>I do a lot of photography, mostly street and food. I post on a small Instagram account I've had for a few years, and I've learned more about framing and captions there than anywhere else. I also bake on weekends, which mostly means a lot of failed sourdough.</w:t>
      </w:r>
    </w:p>
    <w:p>
      <w:pPr>
        <w:pStyle w:val="Heading2"/>
      </w:pPr>
      <w:r>
        <w:t>Growth, analytics or SEO</w:t>
      </w:r>
    </w:p>
    <w:p>
      <w:r>
        <w:rPr>
          <w:b w:val="0"/>
        </w:rPr>
        <w:t xml:space="preserve">I'm a runner. I'm training for </w:t>
      </w:r>
      <w:r>
        <w:rPr>
          <w:b/>
        </w:rPr>
        <w:t>[race]</w:t>
      </w:r>
      <w:r>
        <w:rPr>
          <w:b w:val="0"/>
        </w:rPr>
        <w:t xml:space="preserve"> in </w:t>
      </w:r>
      <w:r>
        <w:rPr>
          <w:b/>
        </w:rPr>
        <w:t>[month]</w:t>
      </w:r>
      <w:r>
        <w:rPr>
          <w:b w:val="0"/>
        </w:rPr>
        <w:t>, and I'm a bit obsessive about the data: pace, heart rate, what changes when I change one thing. It's probably the same instinct that makes me like testing at work.</w:t>
      </w:r>
    </w:p>
    <w:p>
      <w:pPr>
        <w:pStyle w:val="Heading2"/>
      </w:pPr>
      <w:r>
        <w:t>Brand or creative</w:t>
      </w:r>
    </w:p>
    <w:p>
      <w:r>
        <w:rPr>
          <w:b w:val="0"/>
        </w:rPr>
        <w:t xml:space="preserve">I read a lot, mostly fiction, and I collect old print ads from </w:t>
      </w:r>
      <w:r>
        <w:rPr>
          <w:b/>
        </w:rPr>
        <w:t>[era or category]</w:t>
      </w:r>
      <w:r>
        <w:rPr>
          <w:b w:val="0"/>
        </w:rPr>
        <w:t>, which my partner thinks is a strange hobby. I like seeing how brands talked to people before social media; some of it still works.</w:t>
      </w:r>
    </w:p>
    <w:p>
      <w:pPr>
        <w:pStyle w:val="Heading2"/>
      </w:pPr>
      <w:r>
        <w:t>Entry level</w:t>
      </w:r>
    </w:p>
    <w:p>
      <w:r>
        <w:rPr>
          <w:b w:val="0"/>
        </w:rPr>
        <w:t xml:space="preserve">I play </w:t>
      </w:r>
      <w:r>
        <w:rPr>
          <w:b/>
        </w:rPr>
        <w:t>[sport]</w:t>
      </w:r>
      <w:r>
        <w:rPr>
          <w:b w:val="0"/>
        </w:rPr>
        <w:t xml:space="preserve"> in a weekly league, and I volunteer with </w:t>
      </w:r>
      <w:r>
        <w:rPr>
          <w:b/>
        </w:rPr>
        <w:t>[organization]</w:t>
      </w:r>
      <w:r>
        <w:rPr>
          <w:b w:val="0"/>
        </w:rPr>
        <w:t>, where I recently started helping with their social posts. It's been a good way to practice what I studied.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