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Are Your Career Goals?" (Marketing Examples)</w:t>
      </w:r>
    </w:p>
    <w:p>
      <w:r>
        <w:t>Templates from https://knowtheroom.ai/guides/what-are-your-career-goals/ · Replace everything in [brackets].</w:t>
      </w:r>
    </w:p>
    <w:p>
      <w:pPr>
        <w:pStyle w:val="Heading2"/>
      </w:pPr>
      <w:r>
        <w:t>How should you answer "what are your career goals"?</w:t>
      </w:r>
    </w:p>
    <w:p>
      <w:r>
        <w:rPr>
          <w:b w:val="0"/>
        </w:rPr>
        <w:t xml:space="preserve">In the near term, I want to get much stronger at </w:t>
      </w:r>
      <w:r>
        <w:rPr>
          <w:b/>
        </w:rPr>
        <w:t>[skill or kind of work this role uses heavily]</w:t>
      </w:r>
      <w:r>
        <w:rPr>
          <w:b w:val="0"/>
        </w:rPr>
        <w:t xml:space="preserve">. I've started on that at </w:t>
      </w:r>
      <w:r>
        <w:rPr>
          <w:b/>
        </w:rPr>
        <w:t>[Company]</w:t>
      </w:r>
      <w:r>
        <w:rPr>
          <w:b w:val="0"/>
        </w:rPr>
        <w:t xml:space="preserve"> by </w:t>
      </w:r>
      <w:r>
        <w:rPr>
          <w:b/>
        </w:rPr>
        <w:t>[what you've done]</w:t>
      </w:r>
      <w:r>
        <w:rPr>
          <w:b w:val="0"/>
        </w:rPr>
        <w:t xml:space="preserve">, and this role would let me </w:t>
      </w:r>
      <w:r>
        <w:rPr>
          <w:b/>
        </w:rPr>
        <w:t>[do it at a bigger scale / own it end to end / do it in a new channel or market]</w:t>
      </w:r>
      <w:r>
        <w:rPr>
          <w:b w:val="0"/>
        </w:rPr>
        <w:t>.</w:t>
      </w:r>
    </w:p>
    <w:p/>
    <w:p>
      <w:r>
        <w:rPr>
          <w:b w:val="0"/>
        </w:rPr>
        <w:t xml:space="preserve">Longer term, I'd like to be [the scope you're heading toward: leading a team, owning a brand, running a growth program]. Getting really good at </w:t>
      </w:r>
      <w:r>
        <w:rPr>
          <w:b/>
        </w:rPr>
        <w:t>[the short-term skill]</w:t>
      </w:r>
      <w:r>
        <w:rPr>
          <w:b w:val="0"/>
        </w:rPr>
        <w:t xml:space="preserve"> is the foundation for that, which is a big part of why this role appeals to me.</w:t>
      </w:r>
    </w:p>
    <w:p>
      <w:pPr>
        <w:pStyle w:val="Heading2"/>
      </w:pPr>
      <w:r>
        <w:t>How do short-term goals lead to long-term career goals?</w:t>
      </w:r>
    </w:p>
    <w:p>
      <w:r>
        <w:rPr>
          <w:b w:val="0"/>
        </w:rPr>
        <w:t xml:space="preserve">My long-term goal is to </w:t>
      </w:r>
      <w:r>
        <w:rPr>
          <w:b/>
        </w:rPr>
        <w:t>[scope: lead a brand team / run a growth program]</w:t>
      </w:r>
      <w:r>
        <w:rPr>
          <w:b w:val="0"/>
        </w:rPr>
        <w:t xml:space="preserve">. That job needs </w:t>
      </w:r>
      <w:r>
        <w:rPr>
          <w:b/>
        </w:rPr>
        <w:t>[skill or experience]</w:t>
      </w:r>
      <w:r>
        <w:rPr>
          <w:b w:val="0"/>
        </w:rPr>
        <w:t xml:space="preserve">, which I don't have yet, so my short-term goal is to </w:t>
      </w:r>
      <w:r>
        <w:rPr>
          <w:b/>
        </w:rPr>
        <w:t>[build it]</w:t>
      </w:r>
      <w:r>
        <w:rPr>
          <w:b w:val="0"/>
        </w:rPr>
        <w:t xml:space="preserve"> by </w:t>
      </w:r>
      <w:r>
        <w:rPr>
          <w:b/>
        </w:rPr>
        <w:t>[how: owning X, running Y]</w:t>
      </w:r>
      <w:r>
        <w:rPr>
          <w:b w:val="0"/>
        </w:rPr>
        <w:t xml:space="preserve">. This role is a direct step, because </w:t>
      </w:r>
      <w:r>
        <w:rPr>
          <w:b/>
        </w:rPr>
        <w:t>[what the role involves]</w:t>
      </w:r>
      <w:r>
        <w:rPr>
          <w:b w:val="0"/>
        </w:rPr>
        <w:t>.</w:t>
      </w:r>
    </w:p>
    <w:p>
      <w:pPr>
        <w:pStyle w:val="Heading2"/>
      </w:pPr>
      <w:r>
        <w:t>Entry level or coordinator</w:t>
      </w:r>
    </w:p>
    <w:p>
      <w:r>
        <w:rPr>
          <w:b w:val="0"/>
        </w:rPr>
        <w:t xml:space="preserve">My goal for the next year or two is to get hands-on across the whole campaign process, from planning to reporting, so I understand what actually moves results. In my internship at </w:t>
      </w:r>
      <w:r>
        <w:rPr>
          <w:b/>
        </w:rPr>
        <w:t>[Company]</w:t>
      </w:r>
      <w:r>
        <w:rPr>
          <w:b w:val="0"/>
        </w:rPr>
        <w:t xml:space="preserve"> I mostly worked on </w:t>
      </w:r>
      <w:r>
        <w:rPr>
          <w:b/>
        </w:rPr>
        <w:t>[area]</w:t>
      </w:r>
      <w:r>
        <w:rPr>
          <w:b w:val="0"/>
        </w:rPr>
        <w:t xml:space="preserve">, and I'd like to go deeper on </w:t>
      </w:r>
      <w:r>
        <w:rPr>
          <w:b/>
        </w:rPr>
        <w:t>[channel or skill in the posting]</w:t>
      </w:r>
      <w:r>
        <w:rPr>
          <w:b w:val="0"/>
        </w:rPr>
        <w:t>.</w:t>
      </w:r>
    </w:p>
    <w:p/>
    <w:p>
      <w:r>
        <w:rPr>
          <w:b w:val="0"/>
        </w:rPr>
        <w:t xml:space="preserve">Longer term I'd like to specialize, probably in </w:t>
      </w:r>
      <w:r>
        <w:rPr>
          <w:b/>
        </w:rPr>
        <w:t>[area you're drawn to]</w:t>
      </w:r>
      <w:r>
        <w:rPr>
          <w:b w:val="0"/>
        </w:rPr>
        <w:t xml:space="preserve">, and own a channel. This role touches </w:t>
      </w:r>
      <w:r>
        <w:rPr>
          <w:b/>
        </w:rPr>
        <w:t>[the channels it covers]</w:t>
      </w:r>
      <w:r>
        <w:rPr>
          <w:b w:val="0"/>
        </w:rPr>
        <w:t>, which is a good way to find out where I'm strongest.</w:t>
      </w:r>
    </w:p>
    <w:p>
      <w:pPr>
        <w:pStyle w:val="Heading2"/>
      </w:pPr>
      <w:r>
        <w:t>Specialist (social, SEO, content, paid)</w:t>
      </w:r>
    </w:p>
    <w:p>
      <w:r>
        <w:rPr>
          <w:b w:val="0"/>
        </w:rPr>
        <w:t xml:space="preserve">Short term, I want to get better at proving the business impact of </w:t>
      </w:r>
      <w:r>
        <w:rPr>
          <w:b/>
        </w:rPr>
        <w:t>[your channel]</w:t>
      </w:r>
      <w:r>
        <w:rPr>
          <w:b w:val="0"/>
        </w:rPr>
        <w:t xml:space="preserve">. At </w:t>
      </w:r>
      <w:r>
        <w:rPr>
          <w:b/>
        </w:rPr>
        <w:t>[Company]</w:t>
      </w:r>
      <w:r>
        <w:rPr>
          <w:b w:val="0"/>
        </w:rPr>
        <w:t xml:space="preserve"> I've grown </w:t>
      </w:r>
      <w:r>
        <w:rPr>
          <w:b/>
        </w:rPr>
        <w:t>[what you grew]</w:t>
      </w:r>
      <w:r>
        <w:rPr>
          <w:b w:val="0"/>
        </w:rPr>
        <w:t xml:space="preserve">, but the reporting stops at </w:t>
      </w:r>
      <w:r>
        <w:rPr>
          <w:b/>
        </w:rPr>
        <w:t>[engagement / traffic / clicks]</w:t>
      </w:r>
      <w:r>
        <w:rPr>
          <w:b w:val="0"/>
        </w:rPr>
        <w:t xml:space="preserve">. I'd like to connect it to </w:t>
      </w:r>
      <w:r>
        <w:rPr>
          <w:b/>
        </w:rPr>
        <w:t>[sign-ups / pipeline / revenue]</w:t>
      </w:r>
      <w:r>
        <w:rPr>
          <w:b w:val="0"/>
        </w:rPr>
        <w:t xml:space="preserve">, and this team already works closely with </w:t>
      </w:r>
      <w:r>
        <w:rPr>
          <w:b/>
        </w:rPr>
        <w:t>[sales / analytics]</w:t>
      </w:r>
      <w:r>
        <w:rPr>
          <w:b w:val="0"/>
        </w:rPr>
        <w:t>, which is where I'd learn that.</w:t>
      </w:r>
    </w:p>
    <w:p/>
    <w:p>
      <w:r>
        <w:rPr>
          <w:b w:val="0"/>
        </w:rPr>
        <w:t xml:space="preserve">Longer term I'd like to lead a small team that owns </w:t>
      </w:r>
      <w:r>
        <w:rPr>
          <w:b/>
        </w:rPr>
        <w:t>[channel or program]</w:t>
      </w:r>
      <w:r>
        <w:rPr>
          <w:b w:val="0"/>
        </w:rPr>
        <w:t>, and making the case for its budget is part of that job.</w:t>
      </w:r>
    </w:p>
    <w:p>
      <w:pPr>
        <w:pStyle w:val="Heading2"/>
      </w:pPr>
      <w:r>
        <w:t>Marketing manager</w:t>
      </w:r>
    </w:p>
    <w:p>
      <w:r>
        <w:rPr>
          <w:b w:val="0"/>
        </w:rPr>
        <w:t xml:space="preserve">My near-term goal is to lead a bigger program with more moving parts: more channels, an agency, a real budget. I've managed </w:t>
      </w:r>
      <w:r>
        <w:rPr>
          <w:b/>
        </w:rPr>
        <w:t>[scope]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and this role takes that to </w:t>
      </w:r>
      <w:r>
        <w:rPr>
          <w:b/>
        </w:rPr>
        <w:t>[the larger scope in this posting]</w:t>
      </w:r>
      <w:r>
        <w:rPr>
          <w:b w:val="0"/>
        </w:rPr>
        <w:t>.</w:t>
      </w:r>
    </w:p>
    <w:p/>
    <w:p>
      <w:r>
        <w:rPr>
          <w:b w:val="0"/>
        </w:rPr>
        <w:t>Over the longer term I'd like to be setting marketing strategy for a business, rather than running parts of someone else's. Running the full plan here, including the parts that don't work, is the experience I'd need.</w:t>
      </w:r>
    </w:p>
    <w:p>
      <w:pPr>
        <w:pStyle w:val="Heading2"/>
      </w:pPr>
      <w:r>
        <w:t>Director and above</w:t>
      </w:r>
    </w:p>
    <w:p>
      <w:r>
        <w:rPr>
          <w:b w:val="0"/>
        </w:rPr>
        <w:t xml:space="preserve">The work I want to be doing is [the problem: building a brand for a new audience / building marketing that sales relies on / scaling a team through growth]. I've done a version of it at </w:t>
      </w:r>
      <w:r>
        <w:rPr>
          <w:b/>
        </w:rPr>
        <w:t>[Company]</w:t>
      </w:r>
      <w:r>
        <w:rPr>
          <w:b w:val="0"/>
        </w:rPr>
        <w:t xml:space="preserve">, where </w:t>
      </w:r>
      <w:r>
        <w:rPr>
          <w:b/>
        </w:rPr>
        <w:t>[one result]</w:t>
      </w:r>
      <w:r>
        <w:rPr>
          <w:b w:val="0"/>
        </w:rPr>
        <w:t xml:space="preserve">, and I want to do it again at </w:t>
      </w:r>
      <w:r>
        <w:rPr>
          <w:b/>
        </w:rPr>
        <w:t>[this company's scale or stage]</w:t>
      </w:r>
      <w:r>
        <w:rPr>
          <w:b w:val="0"/>
        </w:rPr>
        <w:t>.</w:t>
      </w:r>
    </w:p>
    <w:p/>
    <w:p>
      <w:r>
        <w:rPr>
          <w:b w:val="0"/>
        </w:rPr>
        <w:t>Beyond that, my goal is to build a team that can run without me in every meeting. The best measure of how I did here would be the leaders I leave behind.</w:t>
      </w:r>
    </w:p>
    <w:p>
      <w:pPr>
        <w:pStyle w:val="Heading2"/>
      </w:pPr>
      <w:r>
        <w:t>What if you don't know your long-term goal?</w:t>
      </w:r>
    </w:p>
    <w:p>
      <w:r>
        <w:rPr>
          <w:b w:val="0"/>
        </w:rPr>
        <w:t xml:space="preserve">I'm still working out whether I want to go deep as a specialist in </w:t>
      </w:r>
      <w:r>
        <w:rPr>
          <w:b/>
        </w:rPr>
        <w:t>[area]</w:t>
      </w:r>
      <w:r>
        <w:rPr>
          <w:b w:val="0"/>
        </w:rPr>
        <w:t xml:space="preserve"> or move toward managing a team. What I'm sure about is the next step: I want to </w:t>
      </w:r>
      <w:r>
        <w:rPr>
          <w:b/>
        </w:rPr>
        <w:t>[short-term goal]</w:t>
      </w:r>
      <w:r>
        <w:rPr>
          <w:b w:val="0"/>
        </w:rPr>
        <w:t>, and this role would show me which way I'm better suited.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