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Answer "What Are You Passionate About?" in an Interview</w:t>
      </w:r>
    </w:p>
    <w:p>
      <w:r>
        <w:t>Templates from https://knowtheroom.ai/guides/what-are-you-passionate-about/ · Replace everything in [brackets].</w:t>
      </w:r>
    </w:p>
    <w:p>
      <w:pPr>
        <w:pStyle w:val="Heading2"/>
      </w:pPr>
      <w:r>
        <w:t>How should you answer "what are you passionate about"?</w:t>
      </w:r>
    </w:p>
    <w:p>
      <w:r>
        <w:rPr>
          <w:b w:val="0"/>
        </w:rPr>
        <w:t xml:space="preserve">I'm passionate about </w:t>
      </w:r>
      <w:r>
        <w:rPr>
          <w:b/>
        </w:rPr>
        <w:t>[the passion, said plainly]</w:t>
      </w:r>
      <w:r>
        <w:rPr>
          <w:b w:val="0"/>
        </w:rPr>
        <w:t>. [What you do about it: how you spend time on it, something you made or achieved, what you've learned].</w:t>
      </w:r>
    </w:p>
    <w:p/>
    <w:p>
      <w:r>
        <w:rPr>
          <w:b w:val="0"/>
        </w:rPr>
        <w:t xml:space="preserve">I think it's why I [connection to work, e.g. like long campaigns with clear milestones / always read the comments before the data]. In this role, that would show up in </w:t>
      </w:r>
      <w:r>
        <w:rPr>
          <w:b/>
        </w:rPr>
        <w:t>[the part of the job it connects to]</w:t>
      </w:r>
      <w:r>
        <w:rPr>
          <w:b w:val="0"/>
        </w:rPr>
        <w:t>.</w:t>
      </w:r>
    </w:p>
    <w:p>
      <w:pPr>
        <w:pStyle w:val="Heading2"/>
      </w:pPr>
      <w:r>
        <w:t>Brand or content</w:t>
      </w:r>
    </w:p>
    <w:p>
      <w:r>
        <w:rPr>
          <w:b w:val="0"/>
        </w:rPr>
        <w:t xml:space="preserve">I'm passionate about writing, especially editing. I write a short newsletter for </w:t>
      </w:r>
      <w:r>
        <w:rPr>
          <w:b/>
        </w:rPr>
        <w:t>[audience]</w:t>
      </w:r>
      <w:r>
        <w:rPr>
          <w:b w:val="0"/>
        </w:rPr>
        <w:t xml:space="preserve"> every </w:t>
      </w:r>
      <w:r>
        <w:rPr>
          <w:b/>
        </w:rPr>
        <w:t>[frequency]</w:t>
      </w:r>
      <w:r>
        <w:rPr>
          <w:b w:val="0"/>
        </w:rPr>
        <w:t xml:space="preserve">, and the part I love is cutting a draft in half without losing anything. It's made me much better at briefs and headlines at work: at </w:t>
      </w:r>
      <w:r>
        <w:rPr>
          <w:b/>
        </w:rPr>
        <w:t>[Company]</w:t>
      </w:r>
      <w:r>
        <w:rPr>
          <w:b w:val="0"/>
        </w:rPr>
        <w:t xml:space="preserve"> I </w:t>
      </w:r>
      <w:r>
        <w:rPr>
          <w:b/>
        </w:rPr>
        <w:t>[result, e.g. rewrote our homepage copy and sign-ups went up X%]</w:t>
      </w:r>
      <w:r>
        <w:rPr>
          <w:b w:val="0"/>
        </w:rPr>
        <w:t>.</w:t>
      </w:r>
    </w:p>
    <w:p>
      <w:pPr>
        <w:pStyle w:val="Heading2"/>
      </w:pPr>
      <w:r>
        <w:t>Social media or community</w:t>
      </w:r>
    </w:p>
    <w:p>
      <w:r>
        <w:rPr>
          <w:b w:val="0"/>
        </w:rPr>
        <w:t xml:space="preserve">Honestly, I'm passionate about online communities, how small groups form around a shared interest. I've moderated </w:t>
      </w:r>
      <w:r>
        <w:rPr>
          <w:b/>
        </w:rPr>
        <w:t>[a subreddit / a Discord / a local group]</w:t>
      </w:r>
      <w:r>
        <w:rPr>
          <w:b w:val="0"/>
        </w:rPr>
        <w:t xml:space="preserve"> for </w:t>
      </w:r>
      <w:r>
        <w:rPr>
          <w:b/>
        </w:rPr>
        <w:t>[time]</w:t>
      </w:r>
      <w:r>
        <w:rPr>
          <w:b w:val="0"/>
        </w:rPr>
        <w:t>, and it taught me how to set a tone and handle conflict. That's most of what good community management is, which is a big part of this role.</w:t>
      </w:r>
    </w:p>
    <w:p>
      <w:pPr>
        <w:pStyle w:val="Heading2"/>
      </w:pPr>
      <w:r>
        <w:t>Growth or performance</w:t>
      </w:r>
    </w:p>
    <w:p>
      <w:r>
        <w:rPr>
          <w:b w:val="0"/>
        </w:rPr>
        <w:t xml:space="preserve">I love figuring out why something works. Outside work, that means </w:t>
      </w:r>
      <w:r>
        <w:rPr>
          <w:b/>
        </w:rPr>
        <w:t>[a pursuit, e.g. I track my running data and change one thing at a time]</w:t>
      </w:r>
      <w:r>
        <w:rPr>
          <w:b w:val="0"/>
        </w:rPr>
        <w:t xml:space="preserve">. At work it's the same habit: at </w:t>
      </w:r>
      <w:r>
        <w:rPr>
          <w:b/>
        </w:rPr>
        <w:t>[Company]</w:t>
      </w:r>
      <w:r>
        <w:rPr>
          <w:b w:val="0"/>
        </w:rPr>
        <w:t xml:space="preserve"> I </w:t>
      </w:r>
      <w:r>
        <w:rPr>
          <w:b/>
        </w:rPr>
        <w:t>[ran X tests / rebuilt the reporting]</w:t>
      </w:r>
      <w:r>
        <w:rPr>
          <w:b w:val="0"/>
        </w:rPr>
        <w:t xml:space="preserve">, and </w:t>
      </w:r>
      <w:r>
        <w:rPr>
          <w:b/>
        </w:rPr>
        <w:t>[result]</w:t>
      </w:r>
      <w:r>
        <w:rPr>
          <w:b w:val="0"/>
        </w:rPr>
        <w:t>. This role is built on testing, so it's a good match.</w:t>
      </w:r>
    </w:p>
    <w:p>
      <w:pPr>
        <w:pStyle w:val="Heading2"/>
      </w:pPr>
      <w:r>
        <w:t>A passion outside work</w:t>
      </w:r>
    </w:p>
    <w:p>
      <w:r>
        <w:rPr>
          <w:b w:val="0"/>
        </w:rPr>
        <w:t>I'm passionate about cooking, especially recipes that take a few tries to get right. I keep notes on every attempt, what I changed and what happened. It sounds unrelated, but it's the same way I approach campaigns: change one thing, write it down, learn from 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