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Two Weeks Notice Letter: 7 Short Templates to Copy</w:t>
      </w:r>
    </w:p>
    <w:p>
      <w:r>
        <w:t>Templates from https://knowtheroom.ai/guides/two-weeks-notice-letter/ · Replace everything in [brackets].</w:t>
      </w:r>
    </w:p>
    <w:p>
      <w:pPr>
        <w:pStyle w:val="Heading2"/>
      </w:pPr>
      <w:r>
        <w:t>Basic two weeks notice letter</w:t>
      </w:r>
    </w:p>
    <w:p>
      <w:r>
        <w:rPr>
          <w:b w:val="0"/>
        </w:rPr>
        <w:t xml:space="preserve">Dear </w:t>
      </w:r>
      <w:r>
        <w:rPr>
          <w:b/>
        </w:rPr>
        <w:t>[Manager's name]</w:t>
      </w:r>
      <w:r>
        <w:rPr>
          <w:b w:val="0"/>
        </w:rPr>
        <w:t>,</w:t>
      </w:r>
    </w:p>
    <w:p/>
    <w:p>
      <w:r>
        <w:rPr>
          <w:b w:val="0"/>
        </w:rPr>
        <w:t xml:space="preserve">Please accept this letter as my two weeks' notice of resignation from my position as </w:t>
      </w:r>
      <w:r>
        <w:rPr>
          <w:b/>
        </w:rPr>
        <w:t>[Job title]</w:t>
      </w:r>
      <w:r>
        <w:rPr>
          <w:b w:val="0"/>
        </w:rPr>
        <w:t xml:space="preserve"> at </w:t>
      </w:r>
      <w:r>
        <w:rPr>
          <w:b/>
        </w:rPr>
        <w:t>[Company]</w:t>
      </w:r>
      <w:r>
        <w:rPr>
          <w:b w:val="0"/>
        </w:rPr>
        <w:t xml:space="preserve">. My last day will be </w:t>
      </w:r>
      <w:r>
        <w:rPr>
          <w:b/>
        </w:rPr>
        <w:t>[date]</w:t>
      </w:r>
      <w:r>
        <w:rPr>
          <w:b w:val="0"/>
        </w:rPr>
        <w:t>.</w:t>
      </w:r>
    </w:p>
    <w:p/>
    <w:p>
      <w:r>
        <w:rPr>
          <w:b w:val="0"/>
        </w:rPr>
        <w:t>Thank you for the opportunity to work here. I'll do everything I can to make the transition smooth.</w:t>
      </w:r>
    </w:p>
    <w:p/>
    <w:p>
      <w:r>
        <w:rPr>
          <w:b w:val="0"/>
        </w:rPr>
        <w:t>Sincerely,</w:t>
      </w:r>
    </w:p>
    <w:p>
      <w:r>
        <w:rPr>
          <w:b/>
        </w:rPr>
        <w:t>[Your name]</w:t>
      </w:r>
    </w:p>
    <w:p>
      <w:pPr>
        <w:pStyle w:val="Heading2"/>
      </w:pPr>
      <w:r>
        <w:t>Two weeks notice email</w:t>
      </w:r>
    </w:p>
    <w:p>
      <w:r>
        <w:rPr>
          <w:b w:val="0"/>
        </w:rPr>
        <w:t xml:space="preserve">Subject: Two weeks' notice: </w:t>
      </w:r>
      <w:r>
        <w:rPr>
          <w:b/>
        </w:rPr>
        <w:t>[Your name]</w:t>
      </w:r>
    </w:p>
    <w:p/>
    <w:p>
      <w:r>
        <w:rPr>
          <w:b w:val="0"/>
        </w:rPr>
        <w:t xml:space="preserve">Hi </w:t>
      </w:r>
      <w:r>
        <w:rPr>
          <w:b/>
        </w:rPr>
        <w:t>[Manager's name]</w:t>
      </w:r>
      <w:r>
        <w:rPr>
          <w:b w:val="0"/>
        </w:rPr>
        <w:t>,</w:t>
      </w:r>
    </w:p>
    <w:p/>
    <w:p>
      <w:r>
        <w:rPr>
          <w:b w:val="0"/>
        </w:rPr>
        <w:t xml:space="preserve">Following our conversation today, I'm writing to confirm my resignation from my role as </w:t>
      </w:r>
      <w:r>
        <w:rPr>
          <w:b/>
        </w:rPr>
        <w:t>[Job title]</w:t>
      </w:r>
      <w:r>
        <w:rPr>
          <w:b w:val="0"/>
        </w:rPr>
        <w:t xml:space="preserve">. My last day will be </w:t>
      </w:r>
      <w:r>
        <w:rPr>
          <w:b/>
        </w:rPr>
        <w:t>[date]</w:t>
      </w:r>
      <w:r>
        <w:rPr>
          <w:b w:val="0"/>
        </w:rPr>
        <w:t>.</w:t>
      </w:r>
    </w:p>
    <w:p/>
    <w:p>
      <w:r>
        <w:rPr>
          <w:b w:val="0"/>
        </w:rPr>
        <w:t xml:space="preserve">Thank you for your support during my time here. I'll share a handover plan for </w:t>
      </w:r>
      <w:r>
        <w:rPr>
          <w:b/>
        </w:rPr>
        <w:t>[main projects]</w:t>
      </w:r>
      <w:r>
        <w:rPr>
          <w:b w:val="0"/>
        </w:rPr>
        <w:t xml:space="preserve"> by </w:t>
      </w:r>
      <w:r>
        <w:rPr>
          <w:b/>
        </w:rPr>
        <w:t>[day]</w:t>
      </w:r>
      <w:r>
        <w:rPr>
          <w:b w:val="0"/>
        </w:rPr>
        <w:t>.</w:t>
      </w:r>
    </w:p>
    <w:p/>
    <w:p>
      <w:r>
        <w:rPr>
          <w:b w:val="0"/>
        </w:rPr>
        <w:t>Best,</w:t>
      </w:r>
    </w:p>
    <w:p>
      <w:r>
        <w:rPr>
          <w:b/>
        </w:rPr>
        <w:t>[Your name]</w:t>
      </w:r>
    </w:p>
    <w:p>
      <w:pPr>
        <w:pStyle w:val="Heading2"/>
      </w:pPr>
      <w:r>
        <w:t>Short and simple</w:t>
      </w:r>
    </w:p>
    <w:p>
      <w:r>
        <w:rPr>
          <w:b w:val="0"/>
        </w:rPr>
        <w:t xml:space="preserve">Hi </w:t>
      </w:r>
      <w:r>
        <w:rPr>
          <w:b/>
        </w:rPr>
        <w:t>[Manager's name]</w:t>
      </w:r>
      <w:r>
        <w:rPr>
          <w:b w:val="0"/>
        </w:rPr>
        <w:t>,</w:t>
      </w:r>
    </w:p>
    <w:p/>
    <w:p>
      <w:r>
        <w:rPr>
          <w:b w:val="0"/>
        </w:rPr>
        <w:t xml:space="preserve">I'm resigning from my position as </w:t>
      </w:r>
      <w:r>
        <w:rPr>
          <w:b/>
        </w:rPr>
        <w:t>[Job title]</w:t>
      </w:r>
      <w:r>
        <w:rPr>
          <w:b w:val="0"/>
        </w:rPr>
        <w:t xml:space="preserve">, effective </w:t>
      </w:r>
      <w:r>
        <w:rPr>
          <w:b/>
        </w:rPr>
        <w:t>[date]</w:t>
      </w:r>
      <w:r>
        <w:rPr>
          <w:b w:val="0"/>
        </w:rPr>
        <w:t>, two weeks from today. Thank you for everything. I'm happy to help with the handover in any way that's useful.</w:t>
      </w:r>
    </w:p>
    <w:p/>
    <w:p>
      <w:r>
        <w:rPr>
          <w:b w:val="0"/>
        </w:rPr>
        <w:t>Best,</w:t>
      </w:r>
    </w:p>
    <w:p>
      <w:r>
        <w:rPr>
          <w:b/>
        </w:rPr>
        <w:t>[Your name]</w:t>
      </w:r>
    </w:p>
    <w:p>
      <w:pPr>
        <w:pStyle w:val="Heading2"/>
      </w:pPr>
      <w:r>
        <w:t>Warm and grateful</w:t>
      </w:r>
    </w:p>
    <w:p>
      <w:r>
        <w:rPr>
          <w:b w:val="0"/>
        </w:rPr>
        <w:t xml:space="preserve">Dear </w:t>
      </w:r>
      <w:r>
        <w:rPr>
          <w:b/>
        </w:rPr>
        <w:t>[Manager's name]</w:t>
      </w:r>
      <w:r>
        <w:rPr>
          <w:b w:val="0"/>
        </w:rPr>
        <w:t>,</w:t>
      </w:r>
    </w:p>
    <w:p/>
    <w:p>
      <w:r>
        <w:rPr>
          <w:b w:val="0"/>
        </w:rPr>
        <w:t xml:space="preserve">I'm writing to give my two weeks' notice. My last day as </w:t>
      </w:r>
      <w:r>
        <w:rPr>
          <w:b/>
        </w:rPr>
        <w:t>[Job title]</w:t>
      </w:r>
      <w:r>
        <w:rPr>
          <w:b w:val="0"/>
        </w:rPr>
        <w:t xml:space="preserve"> will be </w:t>
      </w:r>
      <w:r>
        <w:rPr>
          <w:b/>
        </w:rPr>
        <w:t>[date]</w:t>
      </w:r>
      <w:r>
        <w:rPr>
          <w:b w:val="0"/>
        </w:rPr>
        <w:t>.</w:t>
      </w:r>
    </w:p>
    <w:p/>
    <w:p>
      <w:r>
        <w:rPr>
          <w:b w:val="0"/>
        </w:rPr>
        <w:t>Thank you for [one specific thing: trusting me with the newsletter, teaching me how to brief an agency, backing my idea for the creator program]. I've enjoyed working with you and the team, and I'd like to stay in touch.</w:t>
      </w:r>
    </w:p>
    <w:p/>
    <w:p>
      <w:r>
        <w:rPr>
          <w:b w:val="0"/>
        </w:rPr>
        <w:t xml:space="preserve">I'll make sure </w:t>
      </w:r>
      <w:r>
        <w:rPr>
          <w:b/>
        </w:rPr>
        <w:t>[your work]</w:t>
      </w:r>
      <w:r>
        <w:rPr>
          <w:b w:val="0"/>
        </w:rPr>
        <w:t xml:space="preserve"> is documented and handed over before I go.</w:t>
      </w:r>
    </w:p>
    <w:p/>
    <w:p>
      <w:r>
        <w:rPr>
          <w:b w:val="0"/>
        </w:rPr>
        <w:t>Warm regards,</w:t>
      </w:r>
    </w:p>
    <w:p>
      <w:r>
        <w:rPr>
          <w:b/>
        </w:rPr>
        <w:t>[Your name]</w:t>
      </w:r>
    </w:p>
    <w:p>
      <w:pPr>
        <w:pStyle w:val="Heading2"/>
      </w:pPr>
      <w:r>
        <w:t>After a short time in the job</w:t>
      </w:r>
    </w:p>
    <w:p>
      <w:r>
        <w:rPr>
          <w:b w:val="0"/>
        </w:rPr>
        <w:t xml:space="preserve">Dear </w:t>
      </w:r>
      <w:r>
        <w:rPr>
          <w:b/>
        </w:rPr>
        <w:t>[Manager's name]</w:t>
      </w:r>
      <w:r>
        <w:rPr>
          <w:b w:val="0"/>
        </w:rPr>
        <w:t>,</w:t>
      </w:r>
    </w:p>
    <w:p/>
    <w:p>
      <w:r>
        <w:rPr>
          <w:b w:val="0"/>
        </w:rPr>
        <w:t xml:space="preserve">Please accept this as my two weeks' notice. My last day as </w:t>
      </w:r>
      <w:r>
        <w:rPr>
          <w:b/>
        </w:rPr>
        <w:t>[Job title]</w:t>
      </w:r>
      <w:r>
        <w:rPr>
          <w:b w:val="0"/>
        </w:rPr>
        <w:t xml:space="preserve"> will be </w:t>
      </w:r>
      <w:r>
        <w:rPr>
          <w:b/>
        </w:rPr>
        <w:t>[date]</w:t>
      </w:r>
      <w:r>
        <w:rPr>
          <w:b w:val="0"/>
        </w:rPr>
        <w:t>.</w:t>
      </w:r>
    </w:p>
    <w:p/>
    <w:p>
      <w:r>
        <w:rPr>
          <w:b w:val="0"/>
        </w:rPr>
        <w:t>I appreciate the chance to work with the team, and I'm sorry to be leaving sooner than either of us expected. I'll make sure everything I've worked on is handed over cleanly.</w:t>
      </w:r>
    </w:p>
    <w:p/>
    <w:p>
      <w:r>
        <w:rPr>
          <w:b w:val="0"/>
        </w:rPr>
        <w:t>Best,</w:t>
      </w:r>
    </w:p>
    <w:p>
      <w:r>
        <w:rPr>
          <w:b/>
        </w:rPr>
        <w:t>[Your name]</w:t>
      </w:r>
    </w:p>
    <w:p>
      <w:pPr>
        <w:pStyle w:val="Heading2"/>
      </w:pPr>
      <w:r>
        <w:t>Offering more than two weeks</w:t>
      </w:r>
    </w:p>
    <w:p>
      <w:r>
        <w:rPr>
          <w:b w:val="0"/>
        </w:rPr>
        <w:t xml:space="preserve">Dear </w:t>
      </w:r>
      <w:r>
        <w:rPr>
          <w:b/>
        </w:rPr>
        <w:t>[Manager's name]</w:t>
      </w:r>
      <w:r>
        <w:rPr>
          <w:b w:val="0"/>
        </w:rPr>
        <w:t>,</w:t>
      </w:r>
    </w:p>
    <w:p/>
    <w:p>
      <w:r>
        <w:rPr>
          <w:b w:val="0"/>
        </w:rPr>
        <w:t xml:space="preserve">I'm writing to confirm my resignation from my role as </w:t>
      </w:r>
      <w:r>
        <w:rPr>
          <w:b/>
        </w:rPr>
        <w:t>[Job title]</w:t>
      </w:r>
      <w:r>
        <w:rPr>
          <w:b w:val="0"/>
        </w:rPr>
        <w:t xml:space="preserve">. My contract asks for </w:t>
      </w:r>
      <w:r>
        <w:rPr>
          <w:b/>
        </w:rPr>
        <w:t>[notice period]</w:t>
      </w:r>
      <w:r>
        <w:rPr>
          <w:b w:val="0"/>
        </w:rPr>
        <w:t xml:space="preserve">; given </w:t>
      </w:r>
      <w:r>
        <w:rPr>
          <w:b/>
        </w:rPr>
        <w:t>[the launch / planning season / the team changes]</w:t>
      </w:r>
      <w:r>
        <w:rPr>
          <w:b w:val="0"/>
        </w:rPr>
        <w:t xml:space="preserve">, I'm happy to stay until </w:t>
      </w:r>
      <w:r>
        <w:rPr>
          <w:b/>
        </w:rPr>
        <w:t>[later date]</w:t>
      </w:r>
      <w:r>
        <w:rPr>
          <w:b w:val="0"/>
        </w:rPr>
        <w:t xml:space="preserve"> if that would help. Either way, my last day will be no later than </w:t>
      </w:r>
      <w:r>
        <w:rPr>
          <w:b/>
        </w:rPr>
        <w:t>[date]</w:t>
      </w:r>
      <w:r>
        <w:rPr>
          <w:b w:val="0"/>
        </w:rPr>
        <w:t>.</w:t>
      </w:r>
    </w:p>
    <w:p/>
    <w:p>
      <w:r>
        <w:rPr>
          <w:b w:val="0"/>
        </w:rPr>
        <w:t xml:space="preserve">Thank you for the last </w:t>
      </w:r>
      <w:r>
        <w:rPr>
          <w:b/>
        </w:rPr>
        <w:t>[time period]</w:t>
      </w:r>
      <w:r>
        <w:rPr>
          <w:b w:val="0"/>
        </w:rPr>
        <w:t>. I'll work with you on a handover plan this week.</w:t>
      </w:r>
    </w:p>
    <w:p/>
    <w:p>
      <w:r>
        <w:rPr>
          <w:b w:val="0"/>
        </w:rPr>
        <w:t>Best,</w:t>
      </w:r>
    </w:p>
    <w:p>
      <w:r>
        <w:rPr>
          <w:b/>
        </w:rPr>
        <w:t>[Your name]</w:t>
      </w:r>
    </w:p>
    <w:p>
      <w:pPr>
        <w:pStyle w:val="Heading2"/>
      </w:pPr>
      <w:r>
        <w:t>Agency side, with client handover</w:t>
      </w:r>
    </w:p>
    <w:p>
      <w:r>
        <w:rPr>
          <w:b w:val="0"/>
        </w:rPr>
        <w:t xml:space="preserve">Dear </w:t>
      </w:r>
      <w:r>
        <w:rPr>
          <w:b/>
        </w:rPr>
        <w:t>[Manager's name]</w:t>
      </w:r>
      <w:r>
        <w:rPr>
          <w:b w:val="0"/>
        </w:rPr>
        <w:t>,</w:t>
      </w:r>
    </w:p>
    <w:p/>
    <w:p>
      <w:r>
        <w:rPr>
          <w:b w:val="0"/>
        </w:rPr>
        <w:t xml:space="preserve">Please accept this letter as my two weeks' notice. My last day as </w:t>
      </w:r>
      <w:r>
        <w:rPr>
          <w:b/>
        </w:rPr>
        <w:t>[Job title]</w:t>
      </w:r>
      <w:r>
        <w:rPr>
          <w:b w:val="0"/>
        </w:rPr>
        <w:t xml:space="preserve"> will be </w:t>
      </w:r>
      <w:r>
        <w:rPr>
          <w:b/>
        </w:rPr>
        <w:t>[date]</w:t>
      </w:r>
      <w:r>
        <w:rPr>
          <w:b w:val="0"/>
        </w:rPr>
        <w:t>.</w:t>
      </w:r>
    </w:p>
    <w:p/>
    <w:p>
      <w:r>
        <w:rPr>
          <w:b w:val="0"/>
        </w:rPr>
        <w:t xml:space="preserve">Before I leave, I'll brief </w:t>
      </w:r>
      <w:r>
        <w:rPr>
          <w:b/>
        </w:rPr>
        <w:t>[colleague]</w:t>
      </w:r>
      <w:r>
        <w:rPr>
          <w:b w:val="0"/>
        </w:rPr>
        <w:t xml:space="preserve"> on </w:t>
      </w:r>
      <w:r>
        <w:rPr>
          <w:b/>
        </w:rPr>
        <w:t>[client names]</w:t>
      </w:r>
      <w:r>
        <w:rPr>
          <w:b w:val="0"/>
        </w:rPr>
        <w:t xml:space="preserve"> and the open work for each, update the status documents, and join the client calls you'd like me on to introduce the new lead. Let me know how and when you'd like the clients told.</w:t>
      </w:r>
    </w:p>
    <w:p/>
    <w:p>
      <w:r>
        <w:rPr>
          <w:b w:val="0"/>
        </w:rPr>
        <w:t>Thank you for the opportunity and for everything I've learned here.</w:t>
      </w:r>
    </w:p>
    <w:p/>
    <w:p>
      <w:r>
        <w:rPr>
          <w:b w:val="0"/>
        </w:rPr>
        <w:t>Best,</w:t>
      </w:r>
    </w:p>
    <w:p>
      <w:r>
        <w:rPr>
          <w:b/>
        </w:rPr>
        <w:t>[Your name]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