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Thank-You Email After an Interview: 6 Templates and When to Send</w:t>
      </w:r>
    </w:p>
    <w:p>
      <w:r>
        <w:t>Templates from https://knowtheroom.ai/guides/thank-you-email-after-interview/ · Replace everything in [brackets].</w:t>
      </w:r>
    </w:p>
    <w:p>
      <w:pPr>
        <w:pStyle w:val="Heading2"/>
      </w:pPr>
      <w:r>
        <w:t>After the recruiter screen</w:t>
      </w:r>
    </w:p>
    <w:p>
      <w:r>
        <w:rPr>
          <w:b w:val="0"/>
        </w:rPr>
        <w:t xml:space="preserve">Subject: Thank you — </w:t>
      </w:r>
      <w:r>
        <w:rPr>
          <w:b/>
        </w:rPr>
        <w:t>[Role]</w:t>
      </w:r>
      <w:r>
        <w:rPr>
          <w:b w:val="0"/>
        </w:rPr>
        <w:t xml:space="preserve"> conversation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the time today and for walking me through the </w:t>
      </w:r>
      <w:r>
        <w:rPr>
          <w:b/>
        </w:rPr>
        <w:t>[Role]</w:t>
      </w:r>
      <w:r>
        <w:rPr>
          <w:b w:val="0"/>
        </w:rPr>
        <w:t xml:space="preserve"> role. It was helpful to hear that </w:t>
      </w:r>
      <w:r>
        <w:rPr>
          <w:b/>
        </w:rPr>
        <w:t>[something they said about the team, the priorities or the timeline]</w:t>
      </w:r>
      <w:r>
        <w:rPr>
          <w:b w:val="0"/>
        </w:rPr>
        <w:t>.</w:t>
      </w:r>
    </w:p>
    <w:p/>
    <w:p>
      <w:r>
        <w:rPr>
          <w:b w:val="0"/>
        </w:rPr>
        <w:t xml:space="preserve">From what you described, the role needs </w:t>
      </w:r>
      <w:r>
        <w:rPr>
          <w:b/>
        </w:rPr>
        <w:t>[the main ask]</w:t>
      </w:r>
      <w:r>
        <w:rPr>
          <w:b w:val="0"/>
        </w:rPr>
        <w:t xml:space="preserve">. That's close to what I did at </w:t>
      </w:r>
      <w:r>
        <w:rPr>
          <w:b/>
        </w:rPr>
        <w:t>[Company]</w:t>
      </w:r>
      <w:r>
        <w:rPr>
          <w:b w:val="0"/>
        </w:rPr>
        <w:t xml:space="preserve">, where I </w:t>
      </w:r>
      <w:r>
        <w:rPr>
          <w:b/>
        </w:rPr>
        <w:t>[one result]</w:t>
      </w:r>
      <w:r>
        <w:rPr>
          <w:b w:val="0"/>
        </w:rPr>
        <w:t>.</w:t>
      </w:r>
    </w:p>
    <w:p/>
    <w:p>
      <w:r>
        <w:rPr>
          <w:b w:val="0"/>
        </w:rPr>
        <w:t xml:space="preserve">I'm keen to move forward and happy to share anything else that helps. Is </w:t>
      </w:r>
      <w:r>
        <w:rPr>
          <w:b/>
        </w:rPr>
        <w:t>[next step they mentioned]</w:t>
      </w:r>
      <w:r>
        <w:rPr>
          <w:b w:val="0"/>
        </w:rPr>
        <w:t xml:space="preserve"> still the plan for </w:t>
      </w:r>
      <w:r>
        <w:rPr>
          <w:b/>
        </w:rPr>
        <w:t>[timing]</w:t>
      </w:r>
      <w:r>
        <w:rPr>
          <w:b w:val="0"/>
        </w:rPr>
        <w:t>?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After the hiring manager interview</w:t>
      </w:r>
    </w:p>
    <w:p>
      <w:r>
        <w:rPr>
          <w:b w:val="0"/>
        </w:rPr>
        <w:t xml:space="preserve">Subject: Thanks, </w:t>
      </w:r>
      <w:r>
        <w:rPr>
          <w:b/>
        </w:rPr>
        <w:t>[Name]</w:t>
      </w:r>
      <w:r>
        <w:rPr>
          <w:b w:val="0"/>
        </w:rPr>
        <w:t xml:space="preserve"> — and the </w:t>
      </w:r>
      <w:r>
        <w:rPr>
          <w:b/>
        </w:rPr>
        <w:t>[topic]</w:t>
      </w:r>
      <w:r>
        <w:rPr>
          <w:b w:val="0"/>
        </w:rPr>
        <w:t xml:space="preserve"> question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the conversation today. I've been thinking about what you said about </w:t>
      </w:r>
      <w:r>
        <w:rPr>
          <w:b/>
        </w:rPr>
        <w:t>[a problem or goal they described]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 I faced something similar: </w:t>
      </w:r>
      <w:r>
        <w:rPr>
          <w:b/>
        </w:rPr>
        <w:t>[one sentence on the situation and the result]</w:t>
      </w:r>
      <w:r>
        <w:rPr>
          <w:b w:val="0"/>
        </w:rPr>
        <w:t xml:space="preserve">. I'd approach </w:t>
      </w:r>
      <w:r>
        <w:rPr>
          <w:b/>
        </w:rPr>
        <w:t>[their problem]</w:t>
      </w:r>
      <w:r>
        <w:rPr>
          <w:b w:val="0"/>
        </w:rPr>
        <w:t xml:space="preserve"> by </w:t>
      </w:r>
      <w:r>
        <w:rPr>
          <w:b/>
        </w:rPr>
        <w:t>[one concrete first step]</w:t>
      </w:r>
      <w:r>
        <w:rPr>
          <w:b w:val="0"/>
        </w:rPr>
        <w:t xml:space="preserve">, and I'd want to understand </w:t>
      </w:r>
      <w:r>
        <w:rPr>
          <w:b/>
        </w:rPr>
        <w:t>[one thing you'd need to learn first]</w:t>
      </w:r>
      <w:r>
        <w:rPr>
          <w:b w:val="0"/>
        </w:rPr>
        <w:t>.</w:t>
      </w:r>
    </w:p>
    <w:p/>
    <w:p>
      <w:r>
        <w:rPr>
          <w:b w:val="0"/>
        </w:rPr>
        <w:t>I enjoyed the conversation and I'm excited about the role. I look forward to the next step.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After a panel (one per interviewer)</w:t>
      </w:r>
    </w:p>
    <w:p>
      <w:r>
        <w:rPr>
          <w:b w:val="0"/>
        </w:rPr>
        <w:t xml:space="preserve">Subject: Thank you — </w:t>
      </w:r>
      <w:r>
        <w:rPr>
          <w:b/>
        </w:rPr>
        <w:t>[Role]</w:t>
      </w:r>
      <w:r>
        <w:rPr>
          <w:b w:val="0"/>
        </w:rPr>
        <w:t xml:space="preserve"> interview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Thanks for your time on the panel today. Your question about </w:t>
      </w:r>
      <w:r>
        <w:rPr>
          <w:b/>
        </w:rPr>
        <w:t>[their question]</w:t>
      </w:r>
      <w:r>
        <w:rPr>
          <w:b w:val="0"/>
        </w:rPr>
        <w:t xml:space="preserve"> was the one I've thought about most since.</w:t>
      </w:r>
    </w:p>
    <w:p/>
    <w:p>
      <w:r>
        <w:rPr>
          <w:b/>
        </w:rPr>
        <w:t>[A fuller answer to that question, in two sentences.]</w:t>
      </w:r>
    </w:p>
    <w:p/>
    <w:p>
      <w:r>
        <w:rPr>
          <w:b w:val="0"/>
        </w:rPr>
        <w:t xml:space="preserve">I'd enjoy working with you on </w:t>
      </w:r>
      <w:r>
        <w:rPr>
          <w:b/>
        </w:rPr>
        <w:t>[the thing their team does that touches this role]</w:t>
      </w:r>
      <w:r>
        <w:rPr>
          <w:b w:val="0"/>
        </w:rPr>
        <w:t>. Thanks again.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After the final round or case presentation</w:t>
      </w:r>
    </w:p>
    <w:p>
      <w:r>
        <w:rPr>
          <w:b w:val="0"/>
        </w:rPr>
        <w:t xml:space="preserve">Subject: Thank you — final round for </w:t>
      </w:r>
      <w:r>
        <w:rPr>
          <w:b/>
        </w:rPr>
        <w:t>[Role]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hosting the final round today, and to the team for the questions on my </w:t>
      </w:r>
      <w:r>
        <w:rPr>
          <w:b/>
        </w:rPr>
        <w:t>[presentation / plan]</w:t>
      </w:r>
      <w:r>
        <w:rPr>
          <w:b w:val="0"/>
        </w:rPr>
        <w:t>.</w:t>
      </w:r>
    </w:p>
    <w:p/>
    <w:p>
      <w:r>
        <w:rPr>
          <w:b w:val="0"/>
        </w:rPr>
        <w:t xml:space="preserve">The discussion about </w:t>
      </w:r>
      <w:r>
        <w:rPr>
          <w:b/>
        </w:rPr>
        <w:t>[a point the panel pushed on]</w:t>
      </w:r>
      <w:r>
        <w:rPr>
          <w:b w:val="0"/>
        </w:rPr>
        <w:t xml:space="preserve"> was useful. On reflection, I'd </w:t>
      </w:r>
      <w:r>
        <w:rPr>
          <w:b/>
        </w:rPr>
        <w:t>[how you'd adjust the plan]</w:t>
      </w:r>
      <w:r>
        <w:rPr>
          <w:b w:val="0"/>
        </w:rPr>
        <w:t xml:space="preserve">, and I'd want </w:t>
      </w:r>
      <w:r>
        <w:rPr>
          <w:b/>
        </w:rPr>
        <w:t>[data or input]</w:t>
      </w:r>
      <w:r>
        <w:rPr>
          <w:b w:val="0"/>
        </w:rPr>
        <w:t xml:space="preserve"> before committing to it.</w:t>
      </w:r>
    </w:p>
    <w:p/>
    <w:p>
      <w:r>
        <w:rPr>
          <w:b w:val="0"/>
        </w:rPr>
        <w:t xml:space="preserve">After meeting everyone, I'm even more sure I want this role. </w:t>
      </w:r>
      <w:r>
        <w:rPr>
          <w:b/>
        </w:rPr>
        <w:t>[One sentence on why: the team, the problem, the moment the company is in.]</w:t>
      </w:r>
    </w:p>
    <w:p/>
    <w:p>
      <w:r>
        <w:rPr>
          <w:b w:val="0"/>
        </w:rPr>
        <w:t>Thank you again,</w:t>
      </w:r>
    </w:p>
    <w:p>
      <w:r>
        <w:rPr>
          <w:b/>
        </w:rPr>
        <w:t>[Your name]</w:t>
      </w:r>
    </w:p>
    <w:p>
      <w:pPr>
        <w:pStyle w:val="Heading2"/>
      </w:pPr>
      <w:r>
        <w:t>Following up when you haven't heard back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  <w:r>
        <w:rPr>
          <w:b w:val="0"/>
        </w:rPr>
        <w:t xml:space="preserve"> — checking in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I hope your week is going well. I wanted to check in on the </w:t>
      </w:r>
      <w:r>
        <w:rPr>
          <w:b/>
        </w:rPr>
        <w:t>[Role]</w:t>
      </w:r>
      <w:r>
        <w:rPr>
          <w:b w:val="0"/>
        </w:rPr>
        <w:t xml:space="preserve"> process; you mentioned </w:t>
      </w:r>
      <w:r>
        <w:rPr>
          <w:b/>
        </w:rPr>
        <w:t>[the date or next step they gave]</w:t>
      </w:r>
      <w:r>
        <w:rPr>
          <w:b w:val="0"/>
        </w:rPr>
        <w:t>.</w:t>
      </w:r>
    </w:p>
    <w:p/>
    <w:p>
      <w:r>
        <w:rPr>
          <w:b w:val="0"/>
        </w:rPr>
        <w:t>I'm still very interested, and happy to send anything that would help the team decide.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After a rejection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letting me know, and for the time you and the team spent with me. I enjoyed learning about </w:t>
      </w:r>
      <w:r>
        <w:rPr>
          <w:b/>
        </w:rPr>
        <w:t>[something specific about the team or work]</w:t>
      </w:r>
      <w:r>
        <w:rPr>
          <w:b w:val="0"/>
        </w:rPr>
        <w:t>.</w:t>
      </w:r>
    </w:p>
    <w:p/>
    <w:p>
      <w:r>
        <w:rPr>
          <w:b w:val="0"/>
        </w:rPr>
        <w:t xml:space="preserve">If you're able to share any feedback, I'd value it. And if something else opens up where my background in </w:t>
      </w:r>
      <w:r>
        <w:rPr>
          <w:b/>
        </w:rPr>
        <w:t>[your area]</w:t>
      </w:r>
      <w:r>
        <w:rPr>
          <w:b w:val="0"/>
        </w:rPr>
        <w:t xml:space="preserve"> fits, I'd be glad to hear from you.</w:t>
      </w:r>
    </w:p>
    <w:p/>
    <w:p>
      <w:r>
        <w:rPr>
          <w:b w:val="0"/>
        </w:rPr>
        <w:t>All the best,</w:t>
      </w:r>
    </w:p>
    <w:p>
      <w:r>
        <w:rPr>
          <w:b/>
        </w:rPr>
        <w:t>[Your name]</w:t>
      </w:r>
    </w:p>
    <w:p>
      <w:pPr>
        <w:pStyle w:val="Heading2"/>
      </w:pPr>
      <w:r>
        <w:t>A short thank-you email you can send in two minutes</w:t>
      </w:r>
    </w:p>
    <w:p>
      <w:r>
        <w:rPr>
          <w:b w:val="0"/>
        </w:rPr>
        <w:t xml:space="preserve">Subject: Thank you, </w:t>
      </w:r>
      <w:r>
        <w:rPr>
          <w:b/>
        </w:rPr>
        <w:t>[Name]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 xml:space="preserve">, thanks for the conversation today about the </w:t>
      </w:r>
      <w:r>
        <w:rPr>
          <w:b/>
        </w:rPr>
        <w:t>[Role]</w:t>
      </w:r>
      <w:r>
        <w:rPr>
          <w:b w:val="0"/>
        </w:rPr>
        <w:t xml:space="preserve"> role. I keep thinking about </w:t>
      </w:r>
      <w:r>
        <w:rPr>
          <w:b/>
        </w:rPr>
        <w:t>[one thing they said]</w:t>
      </w:r>
      <w:r>
        <w:rPr>
          <w:b w:val="0"/>
        </w:rPr>
        <w:t xml:space="preserve">, and it's exactly the kind of problem I enjoyed working on at </w:t>
      </w:r>
      <w:r>
        <w:rPr>
          <w:b/>
        </w:rPr>
        <w:t>[Company]</w:t>
      </w:r>
      <w:r>
        <w:rPr>
          <w:b w:val="0"/>
        </w:rPr>
        <w:t>. I look forward to hearing about next steps.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