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"Tell Me About Yourself" in an Interview</w:t>
      </w:r>
    </w:p>
    <w:p>
      <w:r>
        <w:t>Templates from https://knowtheroom.ai/guides/tell-me-about-yourself/ · Replace everything in [brackets].</w:t>
      </w:r>
    </w:p>
    <w:p>
      <w:pPr>
        <w:pStyle w:val="Heading2"/>
      </w:pPr>
      <w:r>
        <w:t>The present, past, future structure</w:t>
      </w:r>
    </w:p>
    <w:p>
      <w:r>
        <w:rPr>
          <w:b w:val="0"/>
        </w:rPr>
        <w:t xml:space="preserve">"I'm a </w:t>
      </w:r>
      <w:r>
        <w:rPr>
          <w:b/>
        </w:rPr>
        <w:t>[title]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where I lead </w:t>
      </w:r>
      <w:r>
        <w:rPr>
          <w:b/>
        </w:rPr>
        <w:t>[scope, e.g. brand and social for a team of six]</w:t>
      </w:r>
      <w:r>
        <w:rPr>
          <w:b w:val="0"/>
        </w:rPr>
        <w:t xml:space="preserve">. The thing I'm proudest of this year is </w:t>
      </w:r>
      <w:r>
        <w:rPr>
          <w:b/>
        </w:rPr>
        <w:t>[one result with a number]</w:t>
      </w:r>
      <w:r>
        <w:rPr>
          <w:b w:val="0"/>
        </w:rPr>
        <w:t>.</w:t>
      </w:r>
    </w:p>
    <w:p/>
    <w:p>
      <w:r>
        <w:rPr>
          <w:b w:val="0"/>
        </w:rPr>
        <w:t xml:space="preserve">Before that I spent </w:t>
      </w:r>
      <w:r>
        <w:rPr>
          <w:b/>
        </w:rPr>
        <w:t>[time]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where I </w:t>
      </w:r>
      <w:r>
        <w:rPr>
          <w:b/>
        </w:rPr>
        <w:t>[what you did and a result]</w:t>
      </w:r>
      <w:r>
        <w:rPr>
          <w:b w:val="0"/>
        </w:rPr>
        <w:t xml:space="preserve">, and I started out in </w:t>
      </w:r>
      <w:r>
        <w:rPr>
          <w:b/>
        </w:rPr>
        <w:t>[early role or field]</w:t>
      </w:r>
      <w:r>
        <w:rPr>
          <w:b w:val="0"/>
        </w:rPr>
        <w:t xml:space="preserve">, which is where I learned </w:t>
      </w:r>
      <w:r>
        <w:rPr>
          <w:b/>
        </w:rPr>
        <w:t>[skill that matters for this job]</w:t>
      </w:r>
      <w:r>
        <w:rPr>
          <w:b w:val="0"/>
        </w:rPr>
        <w:t>.</w:t>
      </w:r>
    </w:p>
    <w:p/>
    <w:p>
      <w:r>
        <w:rPr>
          <w:b w:val="0"/>
        </w:rPr>
        <w:t xml:space="preserve">What I want next is </w:t>
      </w:r>
      <w:r>
        <w:rPr>
          <w:b/>
        </w:rPr>
        <w:t>[what this role offers]</w:t>
      </w:r>
      <w:r>
        <w:rPr>
          <w:b w:val="0"/>
        </w:rPr>
        <w:t xml:space="preserve">, and that's why this role caught my eye: </w:t>
      </w:r>
      <w:r>
        <w:rPr>
          <w:b/>
        </w:rPr>
        <w:t>[one specific thing about the company or the role]</w:t>
      </w:r>
      <w:r>
        <w:rPr>
          <w:b w:val="0"/>
        </w:rPr>
        <w:t>."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"I'm a brand manager at </w:t>
      </w:r>
      <w:r>
        <w:rPr>
          <w:b/>
        </w:rPr>
        <w:t>[Company]</w:t>
      </w:r>
      <w:r>
        <w:rPr>
          <w:b w:val="0"/>
        </w:rPr>
        <w:t xml:space="preserve">, looking after our </w:t>
      </w:r>
      <w:r>
        <w:rPr>
          <w:b/>
        </w:rPr>
        <w:t>[category]</w:t>
      </w:r>
      <w:r>
        <w:rPr>
          <w:b w:val="0"/>
        </w:rPr>
        <w:t xml:space="preserve"> range. This year I led the relaunch of our biggest product line, which </w:t>
      </w:r>
      <w:r>
        <w:rPr>
          <w:b/>
        </w:rPr>
        <w:t>[result, e.g. lifted awareness among our target audience in our brand tracking]</w:t>
      </w:r>
      <w:r>
        <w:rPr>
          <w:b w:val="0"/>
        </w:rPr>
        <w:t>.</w:t>
      </w:r>
    </w:p>
    <w:p/>
    <w:p>
      <w:r>
        <w:rPr>
          <w:b w:val="0"/>
        </w:rPr>
        <w:t xml:space="preserve">Before that I was at </w:t>
      </w:r>
      <w:r>
        <w:rPr>
          <w:b/>
        </w:rPr>
        <w:t>[agency]</w:t>
      </w:r>
      <w:r>
        <w:rPr>
          <w:b w:val="0"/>
        </w:rPr>
        <w:t xml:space="preserve">, working across </w:t>
      </w:r>
      <w:r>
        <w:rPr>
          <w:b/>
        </w:rPr>
        <w:t>[type of clients]</w:t>
      </w:r>
      <w:r>
        <w:rPr>
          <w:b w:val="0"/>
        </w:rPr>
        <w:t>, which taught me how to brief and judge creative work. I moved client-side because I wanted to own the results as well as the work.</w:t>
      </w:r>
    </w:p>
    <w:p/>
    <w:p>
      <w:r>
        <w:rPr>
          <w:b w:val="0"/>
        </w:rPr>
        <w:t xml:space="preserve">I'm ready to lead a team and own a brand end to end, and </w:t>
      </w:r>
      <w:r>
        <w:rPr>
          <w:b/>
        </w:rPr>
        <w:t>[Company]</w:t>
      </w:r>
      <w:r>
        <w:rPr>
          <w:b w:val="0"/>
        </w:rPr>
        <w:t xml:space="preserve"> is at an interesting point: </w:t>
      </w:r>
      <w:r>
        <w:rPr>
          <w:b/>
        </w:rPr>
        <w:t>[specific observation]</w:t>
      </w:r>
      <w:r>
        <w:rPr>
          <w:b w:val="0"/>
        </w:rPr>
        <w:t>. That's the kind of challenge I'm looking for."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"I run social at </w:t>
      </w:r>
      <w:r>
        <w:rPr>
          <w:b/>
        </w:rPr>
        <w:t>[Company]</w:t>
      </w:r>
      <w:r>
        <w:rPr>
          <w:b w:val="0"/>
        </w:rPr>
        <w:t xml:space="preserve">, across </w:t>
      </w:r>
      <w:r>
        <w:rPr>
          <w:b/>
        </w:rPr>
        <w:t>[platforms]</w:t>
      </w:r>
      <w:r>
        <w:rPr>
          <w:b w:val="0"/>
        </w:rPr>
        <w:t xml:space="preserve">, with a team of </w:t>
      </w:r>
      <w:r>
        <w:rPr>
          <w:b/>
        </w:rPr>
        <w:t>[number]</w:t>
      </w:r>
      <w:r>
        <w:rPr>
          <w:b w:val="0"/>
        </w:rPr>
        <w:t xml:space="preserve">. The biggest shift this year was moving most of our content to short video made with creators, which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 came into social from </w:t>
      </w:r>
      <w:r>
        <w:rPr>
          <w:b/>
        </w:rPr>
        <w:t>[community management / content / journalism]</w:t>
      </w:r>
      <w:r>
        <w:rPr>
          <w:b w:val="0"/>
        </w:rPr>
        <w:t>, so I've always started from what our audience is actually saying.</w:t>
      </w:r>
    </w:p>
    <w:p/>
    <w:p>
      <w:r>
        <w:rPr>
          <w:b w:val="0"/>
        </w:rPr>
        <w:t>I'm interested in this role because your brand already has a voice people respond to, and the job is about scaling that without losing it. That's the problem I've been working on."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"I've spent </w:t>
      </w:r>
      <w:r>
        <w:rPr>
          <w:b/>
        </w:rPr>
        <w:t>[time]</w:t>
      </w:r>
      <w:r>
        <w:rPr>
          <w:b w:val="0"/>
        </w:rPr>
        <w:t xml:space="preserve"> in </w:t>
      </w:r>
      <w:r>
        <w:rPr>
          <w:b/>
        </w:rPr>
        <w:t>[current field]</w:t>
      </w:r>
      <w:r>
        <w:rPr>
          <w:b w:val="0"/>
        </w:rPr>
        <w:t xml:space="preserve">, most recently as </w:t>
      </w:r>
      <w:r>
        <w:rPr>
          <w:b/>
        </w:rPr>
        <w:t>[role]</w:t>
      </w:r>
      <w:r>
        <w:rPr>
          <w:b w:val="0"/>
        </w:rPr>
        <w:t>, where [result that uses a marketing-adjacent skill, e.g. I grew our client newsletter from scratch].</w:t>
      </w:r>
    </w:p>
    <w:p/>
    <w:p>
      <w:r>
        <w:rPr>
          <w:b w:val="0"/>
        </w:rPr>
        <w:t>That work got me interested in marketing properly, so over the last year I [what you did to build skills, e.g. ran the paid social for a friend's business and completed a course in analytics].</w:t>
      </w:r>
    </w:p>
    <w:p/>
    <w:p>
      <w:r>
        <w:rPr>
          <w:b w:val="0"/>
        </w:rPr>
        <w:t xml:space="preserve">I'm looking for a role where I can do this full time, and </w:t>
      </w:r>
      <w:r>
        <w:rPr>
          <w:b/>
        </w:rPr>
        <w:t>[Company]</w:t>
      </w:r>
      <w:r>
        <w:rPr>
          <w:b w:val="0"/>
        </w:rPr>
        <w:t xml:space="preserve">'s </w:t>
      </w:r>
      <w:r>
        <w:rPr>
          <w:b/>
        </w:rPr>
        <w:t>[specific thing]</w:t>
      </w:r>
      <w:r>
        <w:rPr>
          <w:b w:val="0"/>
        </w:rPr>
        <w:t xml:space="preserve"> is exactly the kind of work I want to learn from."</w:t>
      </w:r>
    </w:p>
    <w:p>
      <w:pPr>
        <w:pStyle w:val="Heading2"/>
      </w:pPr>
      <w:r>
        <w:t>Example answers for marketing roles</w:t>
      </w:r>
    </w:p>
    <w:p>
      <w:r>
        <w:rPr>
          <w:b w:val="0"/>
        </w:rPr>
        <w:t xml:space="preserve">"I'm finishing my degree in </w:t>
      </w:r>
      <w:r>
        <w:rPr>
          <w:b/>
        </w:rPr>
        <w:t>[subject]</w:t>
      </w:r>
      <w:r>
        <w:rPr>
          <w:b w:val="0"/>
        </w:rPr>
        <w:t xml:space="preserve"> at </w:t>
      </w:r>
      <w:r>
        <w:rPr>
          <w:b/>
        </w:rPr>
        <w:t>[school]</w:t>
      </w:r>
      <w:r>
        <w:rPr>
          <w:b w:val="0"/>
        </w:rPr>
        <w:t xml:space="preserve">, and the part I've enjoyed most is </w:t>
      </w:r>
      <w:r>
        <w:rPr>
          <w:b/>
        </w:rPr>
        <w:t>[class or project]</w:t>
      </w:r>
      <w:r>
        <w:rPr>
          <w:b w:val="0"/>
        </w:rPr>
        <w:t>, where I [what you did and a result, e.g. built a social plan for a local business that grew its followers from [x] to [y]].</w:t>
      </w:r>
    </w:p>
    <w:p/>
    <w:p>
      <w:r>
        <w:rPr>
          <w:b w:val="0"/>
        </w:rPr>
        <w:t xml:space="preserve">Outside class I've </w:t>
      </w:r>
      <w:r>
        <w:rPr>
          <w:b/>
        </w:rPr>
        <w:t>[job, club or side project]</w:t>
      </w:r>
      <w:r>
        <w:rPr>
          <w:b w:val="0"/>
        </w:rPr>
        <w:t xml:space="preserve">, which taught me </w:t>
      </w:r>
      <w:r>
        <w:rPr>
          <w:b/>
        </w:rPr>
        <w:t>[skill that matters for this role]</w:t>
      </w:r>
      <w:r>
        <w:rPr>
          <w:b w:val="0"/>
        </w:rPr>
        <w:t>.</w:t>
      </w:r>
    </w:p>
    <w:p/>
    <w:p>
      <w:r>
        <w:rPr>
          <w:b w:val="0"/>
        </w:rPr>
        <w:t xml:space="preserve">I'm applying for this internship because I want to learn </w:t>
      </w:r>
      <w:r>
        <w:rPr>
          <w:b/>
        </w:rPr>
        <w:t>[area]</w:t>
      </w:r>
      <w:r>
        <w:rPr>
          <w:b w:val="0"/>
        </w:rPr>
        <w:t xml:space="preserve"> at a team that </w:t>
      </w:r>
      <w:r>
        <w:rPr>
          <w:b/>
        </w:rPr>
        <w:t>[specific thing about the company]</w:t>
      </w:r>
      <w:r>
        <w:rPr>
          <w:b w:val="0"/>
        </w:rPr>
        <w:t xml:space="preserve">, and I'd bring </w:t>
      </w:r>
      <w:r>
        <w:rPr>
          <w:b/>
        </w:rPr>
        <w:t>[one strength]</w:t>
      </w:r>
      <w:r>
        <w:rPr>
          <w:b w:val="0"/>
        </w:rPr>
        <w:t xml:space="preserve"> from day one."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