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Self Evaluation Examples for Your Performance Review</w:t>
      </w:r>
    </w:p>
    <w:p>
      <w:r>
        <w:t>Templates from https://knowtheroom.ai/guides/self-evaluation-examples/ · Replace everything in [brackets].</w:t>
      </w:r>
    </w:p>
    <w:p>
      <w:pPr>
        <w:pStyle w:val="Heading2"/>
      </w:pPr>
      <w:r>
        <w:t>Self evaluation examples for results and achievements</w:t>
      </w:r>
    </w:p>
    <w:p>
      <w:r>
        <w:rPr>
          <w:b w:val="0"/>
        </w:rPr>
        <w:t xml:space="preserve">Results: In </w:t>
      </w:r>
      <w:r>
        <w:rPr>
          <w:b/>
        </w:rPr>
        <w:t>[period]</w:t>
      </w:r>
      <w:r>
        <w:rPr>
          <w:b w:val="0"/>
        </w:rPr>
        <w:t xml:space="preserve">, I led </w:t>
      </w:r>
      <w:r>
        <w:rPr>
          <w:b/>
        </w:rPr>
        <w:t>[campaign / program]</w:t>
      </w:r>
      <w:r>
        <w:rPr>
          <w:b w:val="0"/>
        </w:rPr>
        <w:t>, which [result with number: grew qualified pipeline by [X]%, cut cost per acquisition from $[X] to $[Y], lifted email revenue [X]%]. I [your specific part: built the audience strategy, rewrote the onboarding sequence, ran the A/B tests].</w:t>
      </w:r>
    </w:p>
    <w:p>
      <w:pPr>
        <w:pStyle w:val="Heading2"/>
      </w:pPr>
      <w:r>
        <w:t>Self evaluation examples for areas of improvement</w:t>
      </w:r>
    </w:p>
    <w:p>
      <w:r>
        <w:rPr>
          <w:b w:val="0"/>
        </w:rPr>
        <w:t xml:space="preserve">Area to grow: </w:t>
      </w:r>
      <w:r>
        <w:rPr>
          <w:b/>
        </w:rPr>
        <w:t>[Specific skill, e.g. presenting to senior leadership / forecasting / delegating]</w:t>
      </w:r>
      <w:r>
        <w:rPr>
          <w:b w:val="0"/>
        </w:rPr>
        <w:t xml:space="preserve">. This mattered this year when </w:t>
      </w:r>
      <w:r>
        <w:rPr>
          <w:b/>
        </w:rPr>
        <w:t>[short example]</w:t>
      </w:r>
      <w:r>
        <w:rPr>
          <w:b w:val="0"/>
        </w:rPr>
        <w:t xml:space="preserve">. I've started [action: taking the QBR presentation, a forecasting course, handing weekly reporting to </w:t>
      </w:r>
      <w:r>
        <w:rPr>
          <w:b/>
        </w:rPr>
        <w:t>[name]</w:t>
      </w:r>
      <w:r>
        <w:rPr>
          <w:b w:val="0"/>
        </w:rPr>
        <w:t xml:space="preserve">], and I'd like </w:t>
      </w:r>
      <w:r>
        <w:rPr>
          <w:b/>
        </w:rPr>
        <w:t>[support: feedback after each exec readout, a stretch project]</w:t>
      </w:r>
      <w:r>
        <w:rPr>
          <w:b w:val="0"/>
        </w:rPr>
        <w:t xml:space="preserve"> next period.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