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Salary Negotiation: How to Negotiate a Job Offer (With Scripts)</w:t>
      </w:r>
    </w:p>
    <w:p>
      <w:r>
        <w:t>Templates from https://knowtheroom.ai/guides/salary-negotiation/ · Replace everything in [brackets].</w:t>
      </w:r>
    </w:p>
    <w:p>
      <w:pPr>
        <w:pStyle w:val="Heading2"/>
      </w:pPr>
      <w:r>
        <w:t>Step 2: Handle the salary question early</w:t>
      </w:r>
    </w:p>
    <w:p>
      <w:r>
        <w:rPr>
          <w:b w:val="0"/>
        </w:rPr>
        <w:t>I'm still learning about the scope of the role, so I'd like to understand the full package before naming a number. Can you share the range you've budgeted for this position?</w:t>
      </w:r>
    </w:p>
    <w:p>
      <w:pPr>
        <w:pStyle w:val="Heading2"/>
      </w:pPr>
      <w:r>
        <w:t>Step 2: Handle the salary question early</w:t>
      </w:r>
    </w:p>
    <w:p>
      <w:r>
        <w:rPr>
          <w:b w:val="0"/>
        </w:rPr>
        <w:t xml:space="preserve">Based on what I've seen for similar </w:t>
      </w:r>
      <w:r>
        <w:rPr>
          <w:b/>
        </w:rPr>
        <w:t>[Role]</w:t>
      </w:r>
      <w:r>
        <w:rPr>
          <w:b w:val="0"/>
        </w:rPr>
        <w:t xml:space="preserve"> roles in </w:t>
      </w:r>
      <w:r>
        <w:rPr>
          <w:b/>
        </w:rPr>
        <w:t>[city or remote]</w:t>
      </w:r>
      <w:r>
        <w:rPr>
          <w:b w:val="0"/>
        </w:rPr>
        <w:t xml:space="preserve">, I'm looking for something in the range of </w:t>
      </w:r>
      <w:r>
        <w:rPr>
          <w:b/>
        </w:rPr>
        <w:t>[researched range]</w:t>
      </w:r>
      <w:r>
        <w:rPr>
          <w:b w:val="0"/>
        </w:rPr>
        <w:t>, depending on the full package and the scope.</w:t>
      </w:r>
    </w:p>
    <w:p>
      <w:pPr>
        <w:pStyle w:val="Heading2"/>
      </w:pPr>
      <w:r>
        <w:t>Step 3: Respond to the offer</w:t>
      </w:r>
    </w:p>
    <w:p>
      <w:r>
        <w:rPr>
          <w:b w:val="0"/>
        </w:rPr>
        <w:t xml:space="preserve">Thank you, I'm really excited about this. Could you send the full offer in writing? I'd like to review it properly and come back to you by </w:t>
      </w:r>
      <w:r>
        <w:rPr>
          <w:b/>
        </w:rPr>
        <w:t>[day]</w:t>
      </w:r>
      <w:r>
        <w:rPr>
          <w:b w:val="0"/>
        </w:rPr>
        <w:t>.</w:t>
      </w:r>
    </w:p>
    <w:p>
      <w:pPr>
        <w:pStyle w:val="Heading2"/>
      </w:pPr>
      <w:r>
        <w:t>Step 4: Make your counteroffer</w:t>
      </w:r>
    </w:p>
    <w:p>
      <w:r>
        <w:rPr>
          <w:b w:val="0"/>
        </w:rPr>
        <w:t>Thank you again for the offer. I'm keen to join and I'd like to make this work.</w:t>
      </w:r>
    </w:p>
    <w:p/>
    <w:p>
      <w:r>
        <w:rPr>
          <w:b w:val="0"/>
        </w:rPr>
        <w:t xml:space="preserve">Based on [the scope of the role / the market range for similar roles / my experience leading X], I was hoping for a base salary of </w:t>
      </w:r>
      <w:r>
        <w:rPr>
          <w:b/>
        </w:rPr>
        <w:t>[specific number]</w:t>
      </w:r>
      <w:r>
        <w:rPr>
          <w:b w:val="0"/>
        </w:rPr>
        <w:t>. If we can get there, I'm ready to accept.</w:t>
      </w:r>
    </w:p>
    <w:p>
      <w:pPr>
        <w:pStyle w:val="Heading2"/>
      </w:pPr>
      <w:r>
        <w:t>How do you write a salary negotiation email?</w:t>
      </w:r>
    </w:p>
    <w:p>
      <w:r>
        <w:rPr>
          <w:b w:val="0"/>
        </w:rPr>
        <w:t xml:space="preserve">Subject: </w:t>
      </w:r>
      <w:r>
        <w:rPr>
          <w:b/>
        </w:rPr>
        <w:t>[Your name]</w:t>
      </w:r>
      <w:r>
        <w:rPr>
          <w:b w:val="0"/>
        </w:rPr>
        <w:t xml:space="preserve"> – offer for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 for the </w:t>
      </w:r>
      <w:r>
        <w:rPr>
          <w:b/>
        </w:rPr>
        <w:t>[Role]</w:t>
      </w:r>
      <w:r>
        <w:rPr>
          <w:b w:val="0"/>
        </w:rPr>
        <w:t xml:space="preserve"> position. I've enjoyed every conversation with the team and I'm excited about </w:t>
      </w:r>
      <w:r>
        <w:rPr>
          <w:b/>
        </w:rPr>
        <w:t>[one specific thing: the brand relaunch, building out the lifecycle program]</w:t>
      </w:r>
      <w:r>
        <w:rPr>
          <w:b w:val="0"/>
        </w:rPr>
        <w:t>.</w:t>
      </w:r>
    </w:p>
    <w:p/>
    <w:p>
      <w:r>
        <w:rPr>
          <w:b w:val="0"/>
        </w:rPr>
        <w:t xml:space="preserve">Having reviewed the full offer, I'd like to ask for a base salary of </w:t>
      </w:r>
      <w:r>
        <w:rPr>
          <w:b/>
        </w:rPr>
        <w:t>[specific number]</w:t>
      </w:r>
      <w:r>
        <w:rPr>
          <w:b w:val="0"/>
        </w:rPr>
        <w:t xml:space="preserve">. The role covers [scope you learned in the interviews, e.g. paid social, CRM and the agency relationship], which is the scope I'm running today, and </w:t>
      </w:r>
      <w:r>
        <w:rPr>
          <w:b/>
        </w:rPr>
        <w:t>[one result: I grew organic sign-ups from X to Y at Company]</w:t>
      </w:r>
      <w:r>
        <w:rPr>
          <w:b w:val="0"/>
        </w:rPr>
        <w:t>.</w:t>
      </w:r>
    </w:p>
    <w:p/>
    <w:p>
      <w:r>
        <w:rPr>
          <w:b w:val="0"/>
        </w:rPr>
        <w:t xml:space="preserve">If we can reach </w:t>
      </w:r>
      <w:r>
        <w:rPr>
          <w:b/>
        </w:rPr>
        <w:t>[specific number]</w:t>
      </w:r>
      <w:r>
        <w:rPr>
          <w:b w:val="0"/>
        </w:rPr>
        <w:t xml:space="preserve">, I'm ready to accept and can start on </w:t>
      </w:r>
      <w:r>
        <w:rPr>
          <w:b/>
        </w:rPr>
        <w:t>[date]</w:t>
      </w:r>
      <w:r>
        <w:rPr>
          <w:b w:val="0"/>
        </w:rPr>
        <w:t>. Happy to talk it through on a call if that's easier.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What if they say no to your counteroffer?</w:t>
      </w:r>
    </w:p>
    <w:p>
      <w:r>
        <w:rPr>
          <w:b w:val="0"/>
        </w:rPr>
        <w:t xml:space="preserve">Thanks for checking, I appreciate it. Since the base is fixed, would you be open to </w:t>
      </w:r>
      <w:r>
        <w:rPr>
          <w:b/>
        </w:rPr>
        <w:t>[a sign-on bonus of X / a pay review at six months against agreed goals]</w:t>
      </w:r>
      <w:r>
        <w:rPr>
          <w:b w:val="0"/>
        </w:rPr>
        <w:t>? If so, I'm happy to accept.</w:t>
      </w:r>
    </w:p>
    <w:p>
      <w:pPr>
        <w:pStyle w:val="Heading2"/>
      </w:pPr>
      <w:r>
        <w:t>Step 5: Negotiate the whole package</w:t>
      </w:r>
    </w:p>
    <w:p>
      <w:r>
        <w:rPr>
          <w:b w:val="0"/>
        </w:rPr>
        <w:t>I understand the base salary is fixed at this level. Would there be flexibility on [a sign-on bonus of X / an extra week of leave / a six-month review against agreed goals]? That would close the gap for me.</w:t>
      </w:r>
    </w:p>
    <w:p>
      <w:pPr>
        <w:pStyle w:val="Heading2"/>
      </w:pPr>
      <w:r>
        <w:t>Step 6: Close it out</w:t>
      </w:r>
    </w:p>
    <w:p>
      <w:r>
        <w:rPr>
          <w:b w:val="0"/>
        </w:rPr>
        <w:t xml:space="preserve">Thank you, I'm happy to accept at </w:t>
      </w:r>
      <w:r>
        <w:rPr>
          <w:b/>
        </w:rPr>
        <w:t>[agreed terms]</w:t>
      </w:r>
      <w:r>
        <w:rPr>
          <w:b w:val="0"/>
        </w:rPr>
        <w:t>. Could you send the updated offer letter? Once I have it, I'll sign and confirm my start date.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