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Salary Negotiation Email: 7 Templates for Every Step</w:t>
      </w:r>
    </w:p>
    <w:p>
      <w:r>
        <w:t>Templates from https://knowtheroom.ai/guides/salary-negotiation-email/ · Replace everything in [brackets].</w:t>
      </w:r>
    </w:p>
    <w:p>
      <w:pPr>
        <w:pStyle w:val="Heading2"/>
      </w:pPr>
      <w:r>
        <w:t>Thank them and ask for time and the full offer</w:t>
      </w:r>
    </w:p>
    <w:p>
      <w:r>
        <w:rPr>
          <w:b w:val="0"/>
        </w:rPr>
        <w:t xml:space="preserve">Subject: Re: Offer for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you, I'm really pleased to get the offer for </w:t>
      </w:r>
      <w:r>
        <w:rPr>
          <w:b/>
        </w:rPr>
        <w:t>[Role]</w:t>
      </w:r>
      <w:r>
        <w:rPr>
          <w:b w:val="0"/>
        </w:rPr>
        <w:t>, and I enjoyed meeting the team.</w:t>
      </w:r>
    </w:p>
    <w:p/>
    <w:p>
      <w:r>
        <w:rPr>
          <w:b w:val="0"/>
        </w:rPr>
        <w:t xml:space="preserve">Could you send the full details in writing, including base, bonus, equity, benefits and the start date? I'd like to review everything properly and will come back to you by </w:t>
      </w:r>
      <w:r>
        <w:rPr>
          <w:b/>
        </w:rPr>
        <w:t>[day, usually 2–3 business days]</w:t>
      </w:r>
      <w:r>
        <w:rPr>
          <w:b w:val="0"/>
        </w:rPr>
        <w:t>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Ask questions before you counter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>Thanks for sending the offer through. A few questions before I respond:</w:t>
      </w:r>
    </w:p>
    <w:p/>
    <w:p>
      <w:r>
        <w:rPr>
          <w:b w:val="0"/>
        </w:rPr>
        <w:t>- How is the bonus calculated, and what has it paid out in recent years?</w:t>
      </w:r>
    </w:p>
    <w:p>
      <w:r>
        <w:rPr>
          <w:b w:val="0"/>
        </w:rPr>
        <w:t>- What's the vesting schedule for the equity, and is there a cliff?</w:t>
      </w:r>
    </w:p>
    <w:p>
      <w:r>
        <w:rPr>
          <w:b w:val="0"/>
        </w:rPr>
        <w:t>- Where does this offer sit in the salary range for the role?</w:t>
      </w:r>
    </w:p>
    <w:p/>
    <w:p>
      <w:r>
        <w:rPr>
          <w:b w:val="0"/>
        </w:rPr>
        <w:t>Happy to cover these on a quick call if that's easier.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Counter the base salary</w:t>
      </w:r>
    </w:p>
    <w:p>
      <w:r>
        <w:rPr>
          <w:b w:val="0"/>
        </w:rPr>
        <w:t xml:space="preserve">Subject: </w:t>
      </w:r>
      <w:r>
        <w:rPr>
          <w:b/>
        </w:rPr>
        <w:t>[Your name]</w:t>
      </w:r>
      <w:r>
        <w:rPr>
          <w:b w:val="0"/>
        </w:rPr>
        <w:t xml:space="preserve"> – offer for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again for the offer. The more I learn about </w:t>
      </w:r>
      <w:r>
        <w:rPr>
          <w:b/>
        </w:rPr>
        <w:t>[the brand relaunch / building the lifecycle program]</w:t>
      </w:r>
      <w:r>
        <w:rPr>
          <w:b w:val="0"/>
        </w:rPr>
        <w:t>, the more excited I am about the role.</w:t>
      </w:r>
    </w:p>
    <w:p/>
    <w:p>
      <w:r>
        <w:rPr>
          <w:b w:val="0"/>
        </w:rPr>
        <w:t xml:space="preserve">Based on the scope we discussed, </w:t>
      </w:r>
      <w:r>
        <w:rPr>
          <w:b/>
        </w:rPr>
        <w:t>[owning paid social, CRM and the agency relationship]</w:t>
      </w:r>
      <w:r>
        <w:rPr>
          <w:b w:val="0"/>
        </w:rPr>
        <w:t xml:space="preserve">, and my results running the same scope at </w:t>
      </w:r>
      <w:r>
        <w:rPr>
          <w:b/>
        </w:rPr>
        <w:t>[Company]</w:t>
      </w:r>
      <w:r>
        <w:rPr>
          <w:b w:val="0"/>
        </w:rPr>
        <w:t xml:space="preserve">, I'd like to ask for a base salary of </w:t>
      </w:r>
      <w:r>
        <w:rPr>
          <w:b/>
        </w:rPr>
        <w:t>[specific number]</w:t>
      </w:r>
      <w:r>
        <w:rPr>
          <w:b w:val="0"/>
        </w:rPr>
        <w:t>.</w:t>
      </w:r>
    </w:p>
    <w:p/>
    <w:p>
      <w:r>
        <w:rPr>
          <w:b w:val="0"/>
        </w:rPr>
        <w:t xml:space="preserve">If we can get there, I'm ready to accept and can start on </w:t>
      </w:r>
      <w:r>
        <w:rPr>
          <w:b/>
        </w:rPr>
        <w:t>[date]</w:t>
      </w:r>
      <w:r>
        <w:rPr>
          <w:b w:val="0"/>
        </w:rPr>
        <w:t>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Ask for a sign-on bonus or more equity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>Thanks for checking on the base. I understand it's set for this level.</w:t>
      </w:r>
    </w:p>
    <w:p/>
    <w:p>
      <w:r>
        <w:rPr>
          <w:b w:val="0"/>
        </w:rPr>
        <w:t xml:space="preserve">I'd be leaving [a bonus that pays out in </w:t>
      </w:r>
      <w:r>
        <w:rPr>
          <w:b/>
        </w:rPr>
        <w:t>[month]</w:t>
      </w:r>
      <w:r>
        <w:rPr>
          <w:b w:val="0"/>
        </w:rPr>
        <w:t xml:space="preserve"> / unvested equity] at my current company. Would you be open to [a sign-on bonus of </w:t>
      </w:r>
      <w:r>
        <w:rPr>
          <w:b/>
        </w:rPr>
        <w:t>[amount]</w:t>
      </w:r>
      <w:r>
        <w:rPr>
          <w:b w:val="0"/>
        </w:rPr>
        <w:t xml:space="preserve"> / an additional </w:t>
      </w:r>
      <w:r>
        <w:rPr>
          <w:b/>
        </w:rPr>
        <w:t>[number]</w:t>
      </w:r>
      <w:r>
        <w:rPr>
          <w:b w:val="0"/>
        </w:rPr>
        <w:t xml:space="preserve"> options or RSUs] to bridge that? With that in place, I'm happy to accept.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Follow up when you haven't heard back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Just checking in on my note from </w:t>
      </w:r>
      <w:r>
        <w:rPr>
          <w:b/>
        </w:rPr>
        <w:t>[day]</w:t>
      </w:r>
      <w:r>
        <w:rPr>
          <w:b w:val="0"/>
        </w:rPr>
        <w:t xml:space="preserve"> about the offer. I'm still very interested in the role and happy to talk it through if helpful. Is there any update on your side?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Accept after negotiating</w:t>
      </w:r>
    </w:p>
    <w:p>
      <w:r>
        <w:rPr>
          <w:b w:val="0"/>
        </w:rPr>
        <w:t xml:space="preserve">Subject: Re: Offer for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working on this with me. I'm delighted to accept the offer for </w:t>
      </w:r>
      <w:r>
        <w:rPr>
          <w:b/>
        </w:rPr>
        <w:t>[Role]</w:t>
      </w:r>
      <w:r>
        <w:rPr>
          <w:b w:val="0"/>
        </w:rPr>
        <w:t>.</w:t>
      </w:r>
    </w:p>
    <w:p/>
    <w:p>
      <w:r>
        <w:rPr>
          <w:b w:val="0"/>
        </w:rPr>
        <w:t>To confirm what we agreed:</w:t>
      </w:r>
    </w:p>
    <w:p>
      <w:r>
        <w:rPr>
          <w:b w:val="0"/>
        </w:rPr>
        <w:t xml:space="preserve">- Base salary: </w:t>
      </w:r>
      <w:r>
        <w:rPr>
          <w:b/>
        </w:rPr>
        <w:t>[amount]</w:t>
      </w:r>
    </w:p>
    <w:p>
      <w:r>
        <w:rPr>
          <w:b w:val="0"/>
        </w:rPr>
        <w:t xml:space="preserve">- [Sign-on bonus: </w:t>
      </w:r>
      <w:r>
        <w:rPr>
          <w:b/>
        </w:rPr>
        <w:t>[amount]</w:t>
      </w:r>
      <w:r>
        <w:rPr>
          <w:b w:val="0"/>
        </w:rPr>
        <w:t xml:space="preserve">, paid </w:t>
      </w:r>
      <w:r>
        <w:rPr>
          <w:b/>
        </w:rPr>
        <w:t>[when]</w:t>
      </w:r>
      <w:r>
        <w:rPr>
          <w:b w:val="0"/>
        </w:rPr>
        <w:t>]</w:t>
      </w:r>
    </w:p>
    <w:p>
      <w:r>
        <w:rPr>
          <w:b w:val="0"/>
        </w:rPr>
        <w:t xml:space="preserve">- [Equity: </w:t>
      </w:r>
      <w:r>
        <w:rPr>
          <w:b/>
        </w:rPr>
        <w:t>[amount and type]</w:t>
      </w:r>
      <w:r>
        <w:rPr>
          <w:b w:val="0"/>
        </w:rPr>
        <w:t>]</w:t>
      </w:r>
    </w:p>
    <w:p>
      <w:r>
        <w:rPr>
          <w:b w:val="0"/>
        </w:rPr>
        <w:t xml:space="preserve">- Start date: </w:t>
      </w:r>
      <w:r>
        <w:rPr>
          <w:b/>
        </w:rPr>
        <w:t>[date]</w:t>
      </w:r>
    </w:p>
    <w:p/>
    <w:p>
      <w:r>
        <w:rPr>
          <w:b w:val="0"/>
        </w:rPr>
        <w:t>I'll look out for the updated offer letter. I'm really looking forward to joining the team.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Decline after negotiating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>Thank you for all the work you put into this offer, and for being so open throughout. After a lot of thought, I've decided it isn't the right move for me at this point, so I'm going to decline.</w:t>
      </w:r>
    </w:p>
    <w:p/>
    <w:p>
      <w:r>
        <w:rPr>
          <w:b w:val="0"/>
        </w:rPr>
        <w:t xml:space="preserve">I really enjoyed meeting </w:t>
      </w:r>
      <w:r>
        <w:rPr>
          <w:b/>
        </w:rPr>
        <w:t>[hiring manager]</w:t>
      </w:r>
      <w:r>
        <w:rPr>
          <w:b w:val="0"/>
        </w:rPr>
        <w:t xml:space="preserve"> and the team, and I'd love to stay in touch.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