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"What Are Your Salary Expectations?" (With Scripts)</w:t>
      </w:r>
    </w:p>
    <w:p>
      <w:r>
        <w:t>Templates from https://kunskap.app/guides/salary-expectations/ · Replace everything in [brackets].</w:t>
      </w:r>
    </w:p>
    <w:p>
      <w:pPr>
        <w:pStyle w:val="Heading2"/>
      </w:pPr>
      <w:r>
        <w:t>Step 1: Ask for their range</w:t>
      </w:r>
    </w:p>
    <w:p>
      <w:r>
        <w:rPr>
          <w:b w:val="0"/>
        </w:rPr>
        <w:t>Before I put a number on it, could you tell me the range budgeted for this role? That'll tell us both quickly whether we're in the same place.</w:t>
      </w:r>
    </w:p>
    <w:p>
      <w:pPr>
        <w:pStyle w:val="Heading2"/>
      </w:pPr>
      <w:r>
        <w:t>Step 1: Ask for their range</w:t>
      </w:r>
    </w:p>
    <w:p>
      <w:r>
        <w:rPr>
          <w:b w:val="0"/>
        </w:rPr>
        <w:t>That range works for me, depending on the full package. Can you tell me how bonus and equity are handled for this role?</w:t>
      </w:r>
    </w:p>
    <w:p>
      <w:pPr>
        <w:pStyle w:val="Heading2"/>
      </w:pPr>
      <w:r>
        <w:t>Step 2: If they push for your number</w:t>
      </w:r>
    </w:p>
    <w:p>
      <w:r>
        <w:rPr>
          <w:b w:val="0"/>
        </w:rPr>
        <w:t xml:space="preserve">For </w:t>
      </w:r>
      <w:r>
        <w:rPr>
          <w:b/>
        </w:rPr>
        <w:t>[Role]</w:t>
      </w:r>
      <w:r>
        <w:rPr>
          <w:b w:val="0"/>
        </w:rPr>
        <w:t xml:space="preserve"> roles with the scope you've described, in </w:t>
      </w:r>
      <w:r>
        <w:rPr>
          <w:b/>
        </w:rPr>
        <w:t>[city / remote]</w:t>
      </w:r>
      <w:r>
        <w:rPr>
          <w:b w:val="0"/>
        </w:rPr>
        <w:t xml:space="preserve">, my research puts it at </w:t>
      </w:r>
      <w:r>
        <w:rPr>
          <w:b/>
        </w:rPr>
        <w:t>[your researched range]</w:t>
      </w:r>
      <w:r>
        <w:rPr>
          <w:b w:val="0"/>
        </w:rPr>
        <w:t>. That's where I'd expect to be, and I'm open on how the package is put together.</w:t>
      </w:r>
    </w:p>
    <w:p>
      <w:pPr>
        <w:pStyle w:val="Heading2"/>
      </w:pPr>
      <w:r>
        <w:t>Step 3: If their range is below yours</w:t>
      </w:r>
    </w:p>
    <w:p>
      <w:r>
        <w:rPr>
          <w:b w:val="0"/>
        </w:rPr>
        <w:t xml:space="preserve">That's a bit below what I've been seeing for roles with this scope. I'm still very interested, so I'd be open to talking about it if the role includes </w:t>
      </w:r>
      <w:r>
        <w:rPr>
          <w:b/>
        </w:rPr>
        <w:t>[the larger scope: managing the team, owning the budget]</w:t>
      </w:r>
      <w:r>
        <w:rPr>
          <w:b w:val="0"/>
        </w:rPr>
        <w:t>, or if there's flexibility in other parts of the package.</w:t>
      </w:r>
    </w:p>
    <w:p>
      <w:pPr>
        <w:pStyle w:val="Heading2"/>
      </w:pPr>
      <w:r>
        <w:t>If they ask what you earn now</w:t>
      </w:r>
    </w:p>
    <w:p>
      <w:r>
        <w:rPr>
          <w:b w:val="0"/>
        </w:rPr>
        <w:t xml:space="preserve">I'd rather focus on what this role is worth, since the scope is different from my current job. Based on that, I'm looking at </w:t>
      </w:r>
      <w:r>
        <w:rPr>
          <w:b/>
        </w:rPr>
        <w:t>[your range]</w:t>
      </w:r>
      <w:r>
        <w:rPr>
          <w:b w:val="0"/>
        </w:rPr>
        <w:t>.</w:t>
      </w:r>
    </w:p>
    <w:p>
      <w:pPr>
        <w:pStyle w:val="Heading2"/>
      </w:pPr>
      <w:r>
        <w:t>What about later rounds?</w:t>
      </w:r>
    </w:p>
    <w:p>
      <w:r>
        <w:rPr>
          <w:b w:val="0"/>
        </w:rPr>
        <w:t xml:space="preserve">I've shared my range with </w:t>
      </w:r>
      <w:r>
        <w:rPr>
          <w:b/>
        </w:rPr>
        <w:t>[recruiter's name]</w:t>
      </w:r>
      <w:r>
        <w:rPr>
          <w:b w:val="0"/>
        </w:rPr>
        <w:t>, and from what we discussed it sounds like we're aligned. I'm happy to go into it more once we're further along.</w:t>
      </w:r>
    </w:p>
    <w:p>
      <w:pPr>
        <w:pStyle w:val="Heading2"/>
      </w:pPr>
      <w:r>
        <w:t>What about later rounds?</w:t>
      </w:r>
    </w:p>
    <w:p>
      <w:r>
        <w:rPr>
          <w:b w:val="0"/>
        </w:rPr>
        <w:t xml:space="preserve">From the conversations so far, the role sounds broader than I first understood: </w:t>
      </w:r>
      <w:r>
        <w:rPr>
          <w:b/>
        </w:rPr>
        <w:t>[what's changed]</w:t>
      </w:r>
      <w:r>
        <w:rPr>
          <w:b w:val="0"/>
        </w:rPr>
        <w:t>. I'd expect that to be reflected in the offer, so I wanted to mention it before you put one together.</w:t>
      </w:r>
    </w:p>
    <w:p>
      <w:pPr>
        <w:pStyle w:val="Heading2"/>
      </w:pPr>
      <w:r>
        <w:t>How do you answer salary expectations at the offer stage?</w:t>
      </w:r>
    </w:p>
    <w:p>
      <w:r>
        <w:rPr>
          <w:b w:val="0"/>
        </w:rPr>
        <w:t xml:space="preserve">Thank you, I'm really pleased to get this. Could you send the full offer in writing? I'd like to review it properly and come back to you by </w:t>
      </w:r>
      <w:r>
        <w:rPr>
          <w:b/>
        </w:rPr>
        <w:t>[day]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