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Resignation Letter: 5 Templates and How to Resign Well</w:t>
      </w:r>
    </w:p>
    <w:p>
      <w:r>
        <w:t>Templates from https://knowtheroom.ai/guides/resignation-letter/ · Replace everything in [brackets].</w:t>
      </w:r>
    </w:p>
    <w:p>
      <w:pPr>
        <w:pStyle w:val="Heading2"/>
      </w:pPr>
      <w:r>
        <w:t>Standard resignation letter</w:t>
      </w:r>
    </w:p>
    <w:p>
      <w:r>
        <w:rPr>
          <w:b w:val="0"/>
        </w:rPr>
        <w:t xml:space="preserve">Subject: Resignation: </w:t>
      </w:r>
      <w:r>
        <w:rPr>
          <w:b/>
        </w:rPr>
        <w:t>[Your name]</w:t>
      </w:r>
    </w:p>
    <w:p/>
    <w:p>
      <w:r>
        <w:rPr>
          <w:b w:val="0"/>
        </w:rPr>
        <w:t xml:space="preserve">Dear </w:t>
      </w:r>
      <w:r>
        <w:rPr>
          <w:b/>
        </w:rPr>
        <w:t>[Manager's name]</w:t>
      </w:r>
      <w:r>
        <w:rPr>
          <w:b w:val="0"/>
        </w:rPr>
        <w:t>,</w:t>
      </w:r>
    </w:p>
    <w:p/>
    <w:p>
      <w:r>
        <w:rPr>
          <w:b w:val="0"/>
        </w:rPr>
        <w:t xml:space="preserve">Please accept this letter as formal notice of my resignation from my position as </w:t>
      </w:r>
      <w:r>
        <w:rPr>
          <w:b/>
        </w:rPr>
        <w:t>[Job title]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>Thank you for the opportunities I've had here, especially [one specific thing: leading the spring campaign, building the content team, learning paid search from you]. I've learned a great deal and I'm grateful for your support.</w:t>
      </w:r>
    </w:p>
    <w:p/>
    <w:p>
      <w:r>
        <w:rPr>
          <w:b w:val="0"/>
        </w:rPr>
        <w:t>Over the coming weeks I'll make sure my work is handed over properly. Please let me know how I can help most.</w:t>
      </w:r>
    </w:p>
    <w:p/>
    <w:p>
      <w:r>
        <w:rPr>
          <w:b w:val="0"/>
        </w:rPr>
        <w:t>Sincerely,</w:t>
      </w:r>
    </w:p>
    <w:p>
      <w:r>
        <w:rPr>
          <w:b/>
        </w:rPr>
        <w:t>[Your name]</w:t>
      </w:r>
    </w:p>
    <w:p>
      <w:pPr>
        <w:pStyle w:val="Heading2"/>
      </w:pPr>
      <w:r>
        <w:t>Short resignation letter</w:t>
      </w:r>
    </w:p>
    <w:p>
      <w:r>
        <w:rPr>
          <w:b w:val="0"/>
        </w:rPr>
        <w:t xml:space="preserve">Subject: Resignation: </w:t>
      </w:r>
      <w:r>
        <w:rPr>
          <w:b/>
        </w:rPr>
        <w:t>[Your name]</w:t>
      </w:r>
    </w:p>
    <w:p/>
    <w:p>
      <w:r>
        <w:rPr>
          <w:b w:val="0"/>
        </w:rPr>
        <w:t xml:space="preserve">Hi </w:t>
      </w:r>
      <w:r>
        <w:rPr>
          <w:b/>
        </w:rPr>
        <w:t>[Manager's name]</w:t>
      </w:r>
      <w:r>
        <w:rPr>
          <w:b w:val="0"/>
        </w:rPr>
        <w:t>,</w:t>
      </w:r>
    </w:p>
    <w:p/>
    <w:p>
      <w:r>
        <w:rPr>
          <w:b w:val="0"/>
        </w:rPr>
        <w:t xml:space="preserve">As we discussed today, I'm resigning from my role as </w:t>
      </w:r>
      <w:r>
        <w:rPr>
          <w:b/>
        </w:rPr>
        <w:t>[Job title]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 xml:space="preserve">Thank you for everything. I'll have a handover plan to you by </w:t>
      </w:r>
      <w:r>
        <w:rPr>
          <w:b/>
        </w:rPr>
        <w:t>[day]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Resignation letter with gratitude</w:t>
      </w:r>
    </w:p>
    <w:p>
      <w:r>
        <w:rPr>
          <w:b w:val="0"/>
        </w:rPr>
        <w:t xml:space="preserve">Subject: Resignation: </w:t>
      </w:r>
      <w:r>
        <w:rPr>
          <w:b/>
        </w:rPr>
        <w:t>[Your name]</w:t>
      </w:r>
    </w:p>
    <w:p/>
    <w:p>
      <w:r>
        <w:rPr>
          <w:b w:val="0"/>
        </w:rPr>
        <w:t xml:space="preserve">Dear </w:t>
      </w:r>
      <w:r>
        <w:rPr>
          <w:b/>
        </w:rPr>
        <w:t>[Manager's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to confirm my resignation from my position as </w:t>
      </w:r>
      <w:r>
        <w:rPr>
          <w:b/>
        </w:rPr>
        <w:t>[Job title]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 xml:space="preserve">This wasn't an easy decision. You gave me [a specific chance: my first team to manage, the brand refresh, room to test new channels], and I've grown more here than anywhere else. I'll miss working with </w:t>
      </w:r>
      <w:r>
        <w:rPr>
          <w:b/>
        </w:rPr>
        <w:t>[team or people]</w:t>
      </w:r>
      <w:r>
        <w:rPr>
          <w:b w:val="0"/>
        </w:rPr>
        <w:t>.</w:t>
      </w:r>
    </w:p>
    <w:p/>
    <w:p>
      <w:r>
        <w:rPr>
          <w:b w:val="0"/>
        </w:rPr>
        <w:t xml:space="preserve">I'm committed to a smooth handover and I'm happy to help train whoever takes on </w:t>
      </w:r>
      <w:r>
        <w:rPr>
          <w:b/>
        </w:rPr>
        <w:t>[your main responsibilities]</w:t>
      </w:r>
      <w:r>
        <w:rPr>
          <w:b w:val="0"/>
        </w:rPr>
        <w:t>. I hope we stay in touch.</w:t>
      </w:r>
    </w:p>
    <w:p/>
    <w:p>
      <w:r>
        <w:rPr>
          <w:b w:val="0"/>
        </w:rPr>
        <w:t>With thanks,</w:t>
      </w:r>
    </w:p>
    <w:p>
      <w:r>
        <w:rPr>
          <w:b/>
        </w:rPr>
        <w:t>[Your name]</w:t>
      </w:r>
    </w:p>
    <w:p>
      <w:pPr>
        <w:pStyle w:val="Heading2"/>
      </w:pPr>
      <w:r>
        <w:t>Leaving for a new marketing role</w:t>
      </w:r>
    </w:p>
    <w:p>
      <w:r>
        <w:rPr>
          <w:b w:val="0"/>
        </w:rPr>
        <w:t xml:space="preserve">Subject: Resignation: </w:t>
      </w:r>
      <w:r>
        <w:rPr>
          <w:b/>
        </w:rPr>
        <w:t>[Your name]</w:t>
      </w:r>
    </w:p>
    <w:p/>
    <w:p>
      <w:r>
        <w:rPr>
          <w:b w:val="0"/>
        </w:rPr>
        <w:t xml:space="preserve">Dear </w:t>
      </w:r>
      <w:r>
        <w:rPr>
          <w:b/>
        </w:rPr>
        <w:t>[Manager's name]</w:t>
      </w:r>
      <w:r>
        <w:rPr>
          <w:b w:val="0"/>
        </w:rPr>
        <w:t>,</w:t>
      </w:r>
    </w:p>
    <w:p/>
    <w:p>
      <w:r>
        <w:rPr>
          <w:b w:val="0"/>
        </w:rPr>
        <w:t xml:space="preserve">Please accept this as my formal resignation from my role as </w:t>
      </w:r>
      <w:r>
        <w:rPr>
          <w:b/>
        </w:rPr>
        <w:t>[Job title]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 xml:space="preserve">I've accepted a </w:t>
      </w:r>
      <w:r>
        <w:rPr>
          <w:b/>
        </w:rPr>
        <w:t>[new role title]</w:t>
      </w:r>
      <w:r>
        <w:rPr>
          <w:b w:val="0"/>
        </w:rPr>
        <w:t xml:space="preserve"> position, where I'll be [one line: leading the brand team, moving into product marketing, working in a new category]. It's a step I've been working toward, and the experience I've had here on </w:t>
      </w:r>
      <w:r>
        <w:rPr>
          <w:b/>
        </w:rPr>
        <w:t>[specific work]</w:t>
      </w:r>
      <w:r>
        <w:rPr>
          <w:b w:val="0"/>
        </w:rPr>
        <w:t xml:space="preserve"> is a big part of why I'm ready for it.</w:t>
      </w:r>
    </w:p>
    <w:p/>
    <w:p>
      <w:r>
        <w:rPr>
          <w:b w:val="0"/>
        </w:rPr>
        <w:t xml:space="preserve">Thank you for your support. I'll make sure </w:t>
      </w:r>
      <w:r>
        <w:rPr>
          <w:b/>
        </w:rPr>
        <w:t>[main projects]</w:t>
      </w:r>
      <w:r>
        <w:rPr>
          <w:b w:val="0"/>
        </w:rPr>
        <w:t xml:space="preserve"> are documented and handed over before I go.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Resigning mid-campaign, with a handover plan</w:t>
      </w:r>
    </w:p>
    <w:p>
      <w:r>
        <w:rPr>
          <w:b w:val="0"/>
        </w:rPr>
        <w:t xml:space="preserve">Subject: Resignation and handover plan: </w:t>
      </w:r>
      <w:r>
        <w:rPr>
          <w:b/>
        </w:rPr>
        <w:t>[Your name]</w:t>
      </w:r>
    </w:p>
    <w:p/>
    <w:p>
      <w:r>
        <w:rPr>
          <w:b w:val="0"/>
        </w:rPr>
        <w:t xml:space="preserve">Dear </w:t>
      </w:r>
      <w:r>
        <w:rPr>
          <w:b/>
        </w:rPr>
        <w:t>[Manager's name]</w:t>
      </w:r>
      <w:r>
        <w:rPr>
          <w:b w:val="0"/>
        </w:rPr>
        <w:t>,</w:t>
      </w:r>
    </w:p>
    <w:p/>
    <w:p>
      <w:r>
        <w:rPr>
          <w:b w:val="0"/>
        </w:rPr>
        <w:t xml:space="preserve">As we discussed, I'm resigning from my position as </w:t>
      </w:r>
      <w:r>
        <w:rPr>
          <w:b/>
        </w:rPr>
        <w:t>[Job title]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 xml:space="preserve">I know the timing overlaps with </w:t>
      </w:r>
      <w:r>
        <w:rPr>
          <w:b/>
        </w:rPr>
        <w:t>[the campaign or launch]</w:t>
      </w:r>
      <w:r>
        <w:rPr>
          <w:b w:val="0"/>
        </w:rPr>
        <w:t>. Before I leave, I plan to:</w:t>
      </w:r>
    </w:p>
    <w:p/>
    <w:p>
      <w:r>
        <w:rPr>
          <w:b w:val="0"/>
        </w:rPr>
        <w:t xml:space="preserve">- Finish </w:t>
      </w:r>
      <w:r>
        <w:rPr>
          <w:b/>
        </w:rPr>
        <w:t>[the deliverable you can complete]</w:t>
      </w:r>
      <w:r>
        <w:rPr>
          <w:b w:val="0"/>
        </w:rPr>
        <w:t xml:space="preserve">, due </w:t>
      </w:r>
      <w:r>
        <w:rPr>
          <w:b/>
        </w:rPr>
        <w:t>[date]</w:t>
      </w:r>
    </w:p>
    <w:p>
      <w:r>
        <w:rPr>
          <w:b w:val="0"/>
        </w:rPr>
        <w:t xml:space="preserve">- Document </w:t>
      </w:r>
      <w:r>
        <w:rPr>
          <w:b/>
        </w:rPr>
        <w:t>[the campaign plan, channel settings, agency contacts, reporting dashboards]</w:t>
      </w:r>
      <w:r>
        <w:rPr>
          <w:b w:val="0"/>
        </w:rPr>
        <w:t xml:space="preserve"> in </w:t>
      </w:r>
      <w:r>
        <w:rPr>
          <w:b/>
        </w:rPr>
        <w:t>[shared folder or tool]</w:t>
      </w:r>
    </w:p>
    <w:p>
      <w:r>
        <w:rPr>
          <w:b w:val="0"/>
        </w:rPr>
        <w:t xml:space="preserve">- Introduce </w:t>
      </w:r>
      <w:r>
        <w:rPr>
          <w:b/>
        </w:rPr>
        <w:t>[colleague or agency lead]</w:t>
      </w:r>
      <w:r>
        <w:rPr>
          <w:b w:val="0"/>
        </w:rPr>
        <w:t xml:space="preserve"> to </w:t>
      </w:r>
      <w:r>
        <w:rPr>
          <w:b/>
        </w:rPr>
        <w:t>[key partners]</w:t>
      </w:r>
      <w:r>
        <w:rPr>
          <w:b w:val="0"/>
        </w:rPr>
        <w:t xml:space="preserve"> and walk them through </w:t>
      </w:r>
      <w:r>
        <w:rPr>
          <w:b/>
        </w:rPr>
        <w:t>[open work]</w:t>
      </w:r>
    </w:p>
    <w:p>
      <w:r>
        <w:rPr>
          <w:b w:val="0"/>
        </w:rPr>
        <w:t xml:space="preserve">- Transfer ownership of </w:t>
      </w:r>
      <w:r>
        <w:rPr>
          <w:b/>
        </w:rPr>
        <w:t>[accounts, ad platforms, social logins, tools]</w:t>
      </w:r>
      <w:r>
        <w:rPr>
          <w:b w:val="0"/>
        </w:rPr>
        <w:t xml:space="preserve"> to </w:t>
      </w:r>
      <w:r>
        <w:rPr>
          <w:b/>
        </w:rPr>
        <w:t>[the person you agree on]</w:t>
      </w:r>
    </w:p>
    <w:p/>
    <w:p>
      <w:r>
        <w:rPr>
          <w:b w:val="0"/>
        </w:rPr>
        <w:t xml:space="preserve">Thank you for the last </w:t>
      </w:r>
      <w:r>
        <w:rPr>
          <w:b/>
        </w:rPr>
        <w:t>[time period]</w:t>
      </w:r>
      <w:r>
        <w:rPr>
          <w:b w:val="0"/>
        </w:rPr>
        <w:t xml:space="preserve">. I've valued </w:t>
      </w:r>
      <w:r>
        <w:rPr>
          <w:b/>
        </w:rPr>
        <w:t>[something specific]</w:t>
      </w:r>
      <w:r>
        <w:rPr>
          <w:b w:val="0"/>
        </w:rPr>
        <w:t>, and I want the campaign to go well after I've gone.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to start a resignation letter</w:t>
      </w:r>
    </w:p>
    <w:p>
      <w:r>
        <w:rPr>
          <w:b w:val="0"/>
        </w:rPr>
        <w:t xml:space="preserve">Please accept this letter as formal notice of my resignation from my role as </w:t>
      </w:r>
      <w:r>
        <w:rPr>
          <w:b/>
        </w:rPr>
        <w:t>[Job title]</w:t>
      </w:r>
      <w:r>
        <w:rPr>
          <w:b w:val="0"/>
        </w:rPr>
        <w:t xml:space="preserve">, effective </w:t>
      </w:r>
      <w:r>
        <w:rPr>
          <w:b/>
        </w:rPr>
        <w:t>[last day]</w:t>
      </w:r>
      <w:r>
        <w:rPr>
          <w:b w:val="0"/>
        </w:rPr>
        <w:t>.</w:t>
      </w:r>
    </w:p>
    <w:p/>
    <w:p>
      <w:r>
        <w:rPr>
          <w:b w:val="0"/>
        </w:rPr>
        <w:t xml:space="preserve">I'm writing to let you know that I'm resigning from my position as </w:t>
      </w:r>
      <w:r>
        <w:rPr>
          <w:b/>
        </w:rPr>
        <w:t>[Job title]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 xml:space="preserve">As we discussed today, I'm resigning as </w:t>
      </w:r>
      <w:r>
        <w:rPr>
          <w:b/>
        </w:rPr>
        <w:t>[Job title]</w:t>
      </w:r>
      <w:r>
        <w:rPr>
          <w:b w:val="0"/>
        </w:rPr>
        <w:t xml:space="preserve">, and my last day will be </w:t>
      </w:r>
      <w:r>
        <w:rPr>
          <w:b/>
        </w:rPr>
        <w:t>[date]</w:t>
      </w:r>
      <w:r>
        <w:rPr>
          <w:b w:val="0"/>
        </w:rPr>
        <w:t>.</w:t>
      </w:r>
    </w:p>
    <w:p>
      <w:pPr>
        <w:pStyle w:val="Heading2"/>
      </w:pPr>
      <w:r>
        <w:t>How do you resign in person?</w:t>
      </w:r>
    </w:p>
    <w:p>
      <w:r>
        <w:rPr>
          <w:b w:val="0"/>
        </w:rPr>
        <w:t xml:space="preserve">I wanted to tell you first: I've accepted a role at another company, and I'm resigning. My last day would be </w:t>
      </w:r>
      <w:r>
        <w:rPr>
          <w:b/>
        </w:rPr>
        <w:t>[date]</w:t>
      </w:r>
      <w:r>
        <w:rPr>
          <w:b w:val="0"/>
        </w:rPr>
        <w:t xml:space="preserve">, which gives </w:t>
      </w:r>
      <w:r>
        <w:rPr>
          <w:b/>
        </w:rPr>
        <w:t>[two weeks / the notice in my contract]</w:t>
      </w:r>
      <w:r>
        <w:rPr>
          <w:b w:val="0"/>
        </w:rPr>
        <w:t>.</w:t>
      </w:r>
    </w:p>
    <w:p/>
    <w:p>
      <w:r>
        <w:rPr>
          <w:b w:val="0"/>
        </w:rPr>
        <w:t xml:space="preserve">I've really valued [something true: working on the relaunch with you, how much you've let me run the social program]. I want to leave things in good shape, so I'll put together a handover plan for </w:t>
      </w:r>
      <w:r>
        <w:rPr>
          <w:b/>
        </w:rPr>
        <w:t>[main projects]</w:t>
      </w:r>
      <w:r>
        <w:rPr>
          <w:b w:val="0"/>
        </w:rPr>
        <w:t xml:space="preserve"> by </w:t>
      </w:r>
      <w:r>
        <w:rPr>
          <w:b/>
        </w:rPr>
        <w:t>[day]</w:t>
      </w:r>
      <w:r>
        <w:rPr>
          <w:b w:val="0"/>
        </w:rPr>
        <w:t>.</w:t>
      </w:r>
    </w:p>
    <w:p/>
    <w:p>
      <w:r>
        <w:rPr>
          <w:b w:val="0"/>
        </w:rPr>
        <w:t>I'll send you a short letter today to confirm.</w:t>
      </w:r>
    </w:p>
    <w:p>
      <w:pPr>
        <w:pStyle w:val="Heading2"/>
      </w:pPr>
      <w:r>
        <w:t>What if your employer makes a counteroffer?</w:t>
      </w:r>
    </w:p>
    <w:p>
      <w:r>
        <w:rPr>
          <w:b w:val="0"/>
        </w:rPr>
        <w:t xml:space="preserve">Thank you, I appreciate it, and it means a lot that you'd want me to stay. I've made my decision and I've committed to the new role, so my last day is still </w:t>
      </w:r>
      <w:r>
        <w:rPr>
          <w:b/>
        </w:rPr>
        <w:t>[date]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