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Reference Check Questions: What Your References Will Be Asked</w:t>
      </w:r>
    </w:p>
    <w:p>
      <w:r>
        <w:t>Templates from https://knowtheroom.ai/guides/reference-check-questions/ · Replace everything in [brackets].</w:t>
      </w:r>
    </w:p>
    <w:p>
      <w:pPr>
        <w:pStyle w:val="Heading2"/>
      </w:pPr>
      <w:r>
        <w:t>Template: asking someone to be a reference</w:t>
      </w:r>
    </w:p>
    <w:p>
      <w:r>
        <w:rPr>
          <w:b w:val="0"/>
        </w:rPr>
        <w:t>Subject: Would you be a reference for me?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hope you're well. I'm in the final stages for a </w:t>
      </w:r>
      <w:r>
        <w:rPr>
          <w:b/>
        </w:rPr>
        <w:t>[Role]</w:t>
      </w:r>
      <w:r>
        <w:rPr>
          <w:b w:val="0"/>
        </w:rPr>
        <w:t xml:space="preserve"> position at </w:t>
      </w:r>
      <w:r>
        <w:rPr>
          <w:b/>
        </w:rPr>
        <w:t>[Company]</w:t>
      </w:r>
      <w:r>
        <w:rPr>
          <w:b w:val="0"/>
        </w:rPr>
        <w:t>, and they've asked for references.</w:t>
      </w:r>
    </w:p>
    <w:p/>
    <w:p>
      <w:r>
        <w:rPr>
          <w:b w:val="0"/>
        </w:rPr>
        <w:t xml:space="preserve">Would you feel comfortable being one? You saw my work on </w:t>
      </w:r>
      <w:r>
        <w:rPr>
          <w:b/>
        </w:rPr>
        <w:t>[project]</w:t>
      </w:r>
      <w:r>
        <w:rPr>
          <w:b w:val="0"/>
        </w:rPr>
        <w:t xml:space="preserve"> more closely than anyone, and that's the experience most relevant to this role. If now's not a good time, no problem at all.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Template: briefing a reference</w:t>
      </w:r>
    </w:p>
    <w:p>
      <w:r>
        <w:rPr>
          <w:b w:val="0"/>
        </w:rPr>
        <w:t xml:space="preserve">Subject: Reference for </w:t>
      </w:r>
      <w:r>
        <w:rPr>
          <w:b/>
        </w:rPr>
        <w:t>[Company]</w:t>
      </w:r>
      <w:r>
        <w:rPr>
          <w:b w:val="0"/>
        </w:rPr>
        <w:t>: what to expect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again for agreeing to this. </w:t>
      </w:r>
      <w:r>
        <w:rPr>
          <w:b/>
        </w:rPr>
        <w:t>[Hiring manager's name]</w:t>
      </w:r>
      <w:r>
        <w:rPr>
          <w:b w:val="0"/>
        </w:rPr>
        <w:t xml:space="preserve">, </w:t>
      </w:r>
      <w:r>
        <w:rPr>
          <w:b/>
        </w:rPr>
        <w:t>[their title]</w:t>
      </w:r>
      <w:r>
        <w:rPr>
          <w:b w:val="0"/>
        </w:rPr>
        <w:t xml:space="preserve">, may call or email in the next </w:t>
      </w:r>
      <w:r>
        <w:rPr>
          <w:b/>
        </w:rPr>
        <w:t>[few days]</w:t>
      </w:r>
      <w:r>
        <w:rPr>
          <w:b w:val="0"/>
        </w:rPr>
        <w:t xml:space="preserve">. Your number is </w:t>
      </w:r>
      <w:r>
        <w:rPr>
          <w:b/>
        </w:rPr>
        <w:t>[number]</w:t>
      </w:r>
      <w:r>
        <w:rPr>
          <w:b w:val="0"/>
        </w:rPr>
        <w:t>; let me know if you'd prefer email.</w:t>
      </w:r>
    </w:p>
    <w:p/>
    <w:p>
      <w:r>
        <w:rPr>
          <w:b w:val="0"/>
        </w:rPr>
        <w:t xml:space="preserve">The role: </w:t>
      </w:r>
      <w:r>
        <w:rPr>
          <w:b/>
        </w:rPr>
        <w:t>[Role]</w:t>
      </w:r>
      <w:r>
        <w:rPr>
          <w:b w:val="0"/>
        </w:rPr>
        <w:t xml:space="preserve">, leading </w:t>
      </w:r>
      <w:r>
        <w:rPr>
          <w:b/>
        </w:rPr>
        <w:t>[one line on scope]</w:t>
      </w:r>
      <w:r>
        <w:rPr>
          <w:b w:val="0"/>
        </w:rPr>
        <w:t>. The job description is attached.</w:t>
      </w:r>
    </w:p>
    <w:p/>
    <w:p>
      <w:r>
        <w:rPr>
          <w:b w:val="0"/>
        </w:rPr>
        <w:t>It would help most if you could speak to: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, where we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How I worked with </w:t>
      </w:r>
      <w:r>
        <w:rPr>
          <w:b/>
        </w:rPr>
        <w:t>[team, e.g. the sales team]</w:t>
      </w:r>
      <w:r>
        <w:rPr>
          <w:b w:val="0"/>
        </w:rPr>
        <w:t xml:space="preserve"> on </w:t>
      </w:r>
      <w:r>
        <w:rPr>
          <w:b/>
        </w:rPr>
        <w:t>[thing]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[Anything they raised in interviews, e.g. how I manage agencies.]</w:t>
      </w:r>
    </w:p>
    <w:p/>
    <w:p>
      <w:r>
        <w:rPr>
          <w:b w:val="0"/>
        </w:rPr>
        <w:t xml:space="preserve">They may also ask about areas I've worked on. I'd say </w:t>
      </w:r>
      <w:r>
        <w:rPr>
          <w:b/>
        </w:rPr>
        <w:t>[honest development area]</w:t>
      </w:r>
      <w:r>
        <w:rPr>
          <w:b w:val="0"/>
        </w:rPr>
        <w:t xml:space="preserve">, and I've been working on it by </w:t>
      </w:r>
      <w:r>
        <w:rPr>
          <w:b/>
        </w:rPr>
        <w:t>[what you did]</w:t>
      </w:r>
      <w:r>
        <w:rPr>
          <w:b w:val="0"/>
        </w:rPr>
        <w:t>.</w:t>
      </w:r>
    </w:p>
    <w:p/>
    <w:p>
      <w:r>
        <w:rPr>
          <w:b w:val="0"/>
        </w:rPr>
        <w:t>Thank you for doing this. I'll let you know how it goes.</w:t>
      </w:r>
    </w:p>
    <w:p/>
    <w:p>
      <w:r>
        <w:rPr>
          <w:b/>
        </w:rPr>
        <w:t>[Your name]</w:t>
      </w:r>
    </w:p>
    <w:p>
      <w:pPr>
        <w:pStyle w:val="Heading2"/>
      </w:pPr>
      <w:r>
        <w:t>Template: reference list</w:t>
      </w:r>
    </w:p>
    <w:p>
      <w:r>
        <w:rPr>
          <w:b w:val="0"/>
        </w:rPr>
        <w:t xml:space="preserve">References for </w:t>
      </w:r>
      <w:r>
        <w:rPr>
          <w:b/>
        </w:rPr>
        <w:t>[Your name]</w:t>
      </w:r>
    </w:p>
    <w:p/>
    <w:p>
      <w:r>
        <w:rPr>
          <w:b/>
        </w:rPr>
        <w:t>[Name]</w:t>
      </w:r>
      <w:r>
        <w:rPr>
          <w:b w:val="0"/>
        </w:rPr>
        <w:t xml:space="preserve">, </w:t>
      </w:r>
      <w:r>
        <w:rPr>
          <w:b/>
        </w:rPr>
        <w:t>[Title]</w:t>
      </w:r>
      <w:r>
        <w:rPr>
          <w:b w:val="0"/>
        </w:rPr>
        <w:t xml:space="preserve">, </w:t>
      </w:r>
      <w:r>
        <w:rPr>
          <w:b/>
        </w:rPr>
        <w:t>[Company]</w:t>
      </w:r>
    </w:p>
    <w:p>
      <w:r>
        <w:rPr>
          <w:b w:val="0"/>
        </w:rPr>
        <w:t xml:space="preserve">Relationship: </w:t>
      </w:r>
      <w:r>
        <w:rPr>
          <w:b/>
        </w:rPr>
        <w:t>[their role and yours, e.g. my manager at Company, 2022 to 2025]</w:t>
      </w:r>
    </w:p>
    <w:p>
      <w:r>
        <w:rPr>
          <w:b/>
        </w:rPr>
        <w:t>[Email]</w:t>
      </w:r>
      <w:r>
        <w:rPr>
          <w:b w:val="0"/>
        </w:rPr>
        <w:t xml:space="preserve">, </w:t>
      </w:r>
      <w:r>
        <w:rPr>
          <w:b/>
        </w:rPr>
        <w:t>[Phone]</w:t>
      </w:r>
    </w:p>
    <w:p>
      <w:pPr>
        <w:pStyle w:val="Heading2"/>
      </w:pPr>
      <w:r>
        <w:t>How do you answer reference check questions as a reference?</w:t>
      </w:r>
    </w:p>
    <w:p>
      <w:r>
        <w:rPr>
          <w:b w:val="0"/>
        </w:rPr>
        <w:t xml:space="preserve">What was </w:t>
      </w:r>
      <w:r>
        <w:rPr>
          <w:b/>
        </w:rPr>
        <w:t>[Name]</w:t>
      </w:r>
      <w:r>
        <w:rPr>
          <w:b w:val="0"/>
        </w:rPr>
        <w:t>'s biggest contribution?</w:t>
      </w:r>
    </w:p>
    <w:p>
      <w:r>
        <w:rPr>
          <w:b w:val="0"/>
        </w:rPr>
        <w:t>"</w:t>
      </w:r>
      <w:r>
        <w:rPr>
          <w:b/>
        </w:rPr>
        <w:t>[Name]</w:t>
      </w:r>
      <w:r>
        <w:rPr>
          <w:b w:val="0"/>
        </w:rPr>
        <w:t xml:space="preserve"> rebuilt our </w:t>
      </w:r>
      <w:r>
        <w:rPr>
          <w:b/>
        </w:rPr>
        <w:t>[email program / launch process]</w:t>
      </w:r>
      <w:r>
        <w:rPr>
          <w:b w:val="0"/>
        </w:rPr>
        <w:t xml:space="preserve">. Before, </w:t>
      </w:r>
      <w:r>
        <w:rPr>
          <w:b/>
        </w:rPr>
        <w:t>[the problem]</w:t>
      </w:r>
      <w:r>
        <w:rPr>
          <w:b w:val="0"/>
        </w:rPr>
        <w:t xml:space="preserve">; after, </w:t>
      </w:r>
      <w:r>
        <w:rPr>
          <w:b/>
        </w:rPr>
        <w:t>[the result]</w:t>
      </w:r>
      <w:r>
        <w:rPr>
          <w:b w:val="0"/>
        </w:rPr>
        <w:t xml:space="preserve">. I saw it closely because </w:t>
      </w:r>
      <w:r>
        <w:rPr>
          <w:b/>
        </w:rPr>
        <w:t>[your role]</w:t>
      </w:r>
      <w:r>
        <w:rPr>
          <w:b w:val="0"/>
        </w:rPr>
        <w:t>."</w:t>
      </w:r>
    </w:p>
    <w:p/>
    <w:p>
      <w:r>
        <w:rPr>
          <w:b w:val="0"/>
        </w:rPr>
        <w:t>Where did they need support?</w:t>
      </w:r>
    </w:p>
    <w:p>
      <w:r>
        <w:rPr>
          <w:b w:val="0"/>
        </w:rPr>
        <w:t xml:space="preserve">"Early on, </w:t>
      </w:r>
      <w:r>
        <w:rPr>
          <w:b/>
        </w:rPr>
        <w:t>[a real development area, e.g. pushing back on senior stakeholders]</w:t>
      </w:r>
      <w:r>
        <w:rPr>
          <w:b w:val="0"/>
        </w:rPr>
        <w:t xml:space="preserve">. They worked on it by </w:t>
      </w:r>
      <w:r>
        <w:rPr>
          <w:b/>
        </w:rPr>
        <w:t>[what they did]</w:t>
      </w:r>
      <w:r>
        <w:rPr>
          <w:b w:val="0"/>
        </w:rPr>
        <w:t xml:space="preserve">, and by </w:t>
      </w:r>
      <w:r>
        <w:rPr>
          <w:b/>
        </w:rPr>
        <w:t>[time]</w:t>
      </w:r>
      <w:r>
        <w:rPr>
          <w:b w:val="0"/>
        </w:rPr>
        <w:t xml:space="preserve"> </w:t>
      </w:r>
      <w:r>
        <w:rPr>
          <w:b/>
        </w:rPr>
        <w:t>[how it showed]</w:t>
      </w:r>
      <w:r>
        <w:rPr>
          <w:b w:val="0"/>
        </w:rPr>
        <w:t>."</w:t>
      </w:r>
    </w:p>
    <w:p/>
    <w:p>
      <w:r>
        <w:rPr>
          <w:b w:val="0"/>
        </w:rPr>
        <w:t>Would you hire them again?</w:t>
      </w:r>
    </w:p>
    <w:p>
      <w:r>
        <w:rPr>
          <w:b w:val="0"/>
        </w:rPr>
        <w:t xml:space="preserve">"Yes, without hesitation, especially for </w:t>
      </w:r>
      <w:r>
        <w:rPr>
          <w:b/>
        </w:rPr>
        <w:t>[type of role]</w:t>
      </w:r>
      <w:r>
        <w:rPr>
          <w:b w:val="0"/>
        </w:rPr>
        <w:t xml:space="preserve">, because </w:t>
      </w:r>
      <w:r>
        <w:rPr>
          <w:b/>
        </w:rPr>
        <w:t>[one reason]</w:t>
      </w:r>
      <w:r>
        <w:rPr>
          <w:b w:val="0"/>
        </w:rPr>
        <w:t>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