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Questions to Ask at the End of an Interview, by Interviewer and Round</w:t>
      </w:r>
    </w:p>
    <w:p>
      <w:r>
        <w:t>Templates from https://knowtheroom.ai/guides/questions-to-ask-at-the-end-of-an-interview/ · Replace everything in [brackets].</w:t>
      </w:r>
    </w:p>
    <w:p>
      <w:pPr>
        <w:pStyle w:val="Heading2"/>
      </w:pPr>
      <w:r>
        <w:t>How should you answer "do you have any questions for us"?</w:t>
      </w:r>
    </w:p>
    <w:p>
      <w:r>
        <w:rPr>
          <w:b w:val="0"/>
        </w:rPr>
        <w:t xml:space="preserve">Yes, a couple. You mentioned </w:t>
      </w:r>
      <w:r>
        <w:rPr>
          <w:b/>
        </w:rPr>
        <w:t>[something they said earlier]</w:t>
      </w:r>
      <w:r>
        <w:rPr>
          <w:b w:val="0"/>
        </w:rPr>
        <w:t xml:space="preserve">, and I'd like to go back to that. </w:t>
      </w:r>
      <w:r>
        <w:rPr>
          <w:b/>
        </w:rPr>
        <w:t>[Your question.]</w:t>
      </w:r>
    </w:p>
    <w:p>
      <w:pPr>
        <w:pStyle w:val="Heading2"/>
      </w:pPr>
      <w:r>
        <w:t>Which questions to ask senior leaders in the final round</w:t>
      </w:r>
    </w:p>
    <w:p>
      <w:r>
        <w:rPr>
          <w:b w:val="0"/>
        </w:rPr>
        <w:t xml:space="preserve">I noticed [a specific change: a new campaign, a price change, a shift in where they advertise, a competitor's move]. How is the team thinking about </w:t>
      </w:r>
      <w:r>
        <w:rPr>
          <w:b/>
        </w:rPr>
        <w:t>[the consequence for marketing]</w:t>
      </w:r>
      <w:r>
        <w:rPr>
          <w:b w:val="0"/>
        </w:rPr>
        <w:t>?</w:t>
      </w:r>
    </w:p>
    <w:p>
      <w:pPr>
        <w:pStyle w:val="Heading2"/>
      </w:pPr>
      <w:r>
        <w:t>What to ask on a panel</w:t>
      </w:r>
    </w:p>
    <w:p>
      <w:r>
        <w:rPr>
          <w:b/>
        </w:rPr>
        <w:t>[Name]</w:t>
      </w:r>
      <w:r>
        <w:rPr>
          <w:b w:val="0"/>
        </w:rPr>
        <w:t xml:space="preserve">, you mentioned you run </w:t>
      </w:r>
      <w:r>
        <w:rPr>
          <w:b/>
        </w:rPr>
        <w:t>[their area]</w:t>
      </w:r>
      <w:r>
        <w:rPr>
          <w:b w:val="0"/>
        </w:rPr>
        <w:t>. How does that team work with this role day to day?</w:t>
      </w:r>
    </w:p>
    <w:p>
      <w:pPr>
        <w:pStyle w:val="Heading2"/>
      </w:pPr>
      <w:r>
        <w:t>The question to ask at the very end</w:t>
      </w:r>
    </w:p>
    <w:p>
      <w:r>
        <w:rPr>
          <w:b w:val="0"/>
        </w:rPr>
        <w:t>Is there anything about my experience that you'd like me to say more about, or anything that gives you pause?</w:t>
      </w:r>
    </w:p>
    <w:p>
      <w:pPr>
        <w:pStyle w:val="Heading2"/>
      </w:pPr>
      <w:r>
        <w:t>The question to ask at the very end</w:t>
      </w:r>
    </w:p>
    <w:p>
      <w:r>
        <w:rPr>
          <w:b w:val="0"/>
        </w:rPr>
        <w:t>What are the next steps from here, and when should I expect to hear?</w:t>
      </w:r>
    </w:p>
    <w:p>
      <w:pPr>
        <w:pStyle w:val="Heading2"/>
      </w:pPr>
      <w:r>
        <w:t>The question to ask at the very end</w:t>
      </w:r>
    </w:p>
    <w:p>
      <w:r>
        <w:rPr>
          <w:b w:val="0"/>
        </w:rPr>
        <w:t xml:space="preserve">Thank you, this has made me more interested in the role, especially </w:t>
      </w:r>
      <w:r>
        <w:rPr>
          <w:b/>
        </w:rPr>
        <w:t>[something they said about the work]</w:t>
      </w:r>
      <w:r>
        <w:rPr>
          <w:b w:val="0"/>
        </w:rPr>
        <w:t>. I'd love to keep talking.</w:t>
      </w:r>
    </w:p>
    <w:p>
      <w:pPr>
        <w:pStyle w:val="Heading2"/>
      </w:pPr>
      <w:r>
        <w:t>What if they've already answered all your questions?</w:t>
      </w:r>
    </w:p>
    <w:p>
      <w:r>
        <w:rPr>
          <w:b w:val="0"/>
        </w:rPr>
        <w:t xml:space="preserve">You covered most of what I was going to ask, especially </w:t>
      </w:r>
      <w:r>
        <w:rPr>
          <w:b/>
        </w:rPr>
        <w:t>[topic]</w:t>
      </w:r>
      <w:r>
        <w:rPr>
          <w:b w:val="0"/>
        </w:rPr>
        <w:t xml:space="preserve">. I'm curious about one part of that: </w:t>
      </w:r>
      <w:r>
        <w:rPr>
          <w:b/>
        </w:rPr>
        <w:t>[a narrower question on the same topic]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