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Phone Screen Interview Questions: What Recruiters Ask and How to Answer</w:t>
      </w:r>
    </w:p>
    <w:p>
      <w:r>
        <w:t>Templates from https://knowtheroom.ai/guides/phone-screen-interview-questions/ · Replace everything in [brackets].</w:t>
      </w:r>
    </w:p>
    <w:p>
      <w:pPr>
        <w:pStyle w:val="Heading2"/>
      </w:pPr>
      <w:r>
        <w:t>"Why are you leaving your current job?" (or "why did you leave?")</w:t>
      </w:r>
    </w:p>
    <w:p>
      <w:r>
        <w:rPr>
          <w:b w:val="0"/>
        </w:rPr>
        <w:t xml:space="preserve">"I've been at </w:t>
      </w:r>
      <w:r>
        <w:rPr>
          <w:b/>
        </w:rPr>
        <w:t>[Company]</w:t>
      </w:r>
      <w:r>
        <w:rPr>
          <w:b w:val="0"/>
        </w:rPr>
        <w:t xml:space="preserve"> for </w:t>
      </w:r>
      <w:r>
        <w:rPr>
          <w:b/>
        </w:rPr>
        <w:t>[time]</w:t>
      </w:r>
      <w:r>
        <w:rPr>
          <w:b w:val="0"/>
        </w:rPr>
        <w:t xml:space="preserve"> and built </w:t>
      </w:r>
      <w:r>
        <w:rPr>
          <w:b/>
        </w:rPr>
        <w:t>[one result]</w:t>
      </w:r>
      <w:r>
        <w:rPr>
          <w:b w:val="0"/>
        </w:rPr>
        <w:t xml:space="preserve">. The next step I want is </w:t>
      </w:r>
      <w:r>
        <w:rPr>
          <w:b/>
        </w:rPr>
        <w:t>[scope or challenge this role offers]</w:t>
      </w:r>
      <w:r>
        <w:rPr>
          <w:b w:val="0"/>
        </w:rPr>
        <w:t>, and that isn't available there right now."</w:t>
      </w:r>
    </w:p>
    <w:p>
      <w:pPr>
        <w:pStyle w:val="Heading2"/>
      </w:pPr>
      <w:r>
        <w:t>"What are your salary expectations?"</w:t>
      </w:r>
    </w:p>
    <w:p>
      <w:r>
        <w:rPr>
          <w:b w:val="0"/>
        </w:rPr>
        <w:t xml:space="preserve">"Based on the scope and what I've seen for similar roles, I'm looking at </w:t>
      </w:r>
      <w:r>
        <w:rPr>
          <w:b/>
        </w:rPr>
        <w:t>[range]</w:t>
      </w:r>
      <w:r>
        <w:rPr>
          <w:b w:val="0"/>
        </w:rPr>
        <w:t>. I'm flexible depending on the whole package. What's the budgeted range for this role?"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