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Panel Interview Tips: How to Prepare and What to Do in the Room</w:t>
      </w:r>
    </w:p>
    <w:p>
      <w:r>
        <w:t>Templates from https://knowtheroom.ai/guides/panel-interview-tips/ · Replace everything in [brackets].</w:t>
      </w:r>
    </w:p>
    <w:p>
      <w:pPr>
        <w:pStyle w:val="Heading2"/>
      </w:pPr>
      <w:r>
        <w:t>How to prepare for a panel interview</w:t>
      </w:r>
    </w:p>
    <w:p>
      <w:r>
        <w:rPr>
          <w:b w:val="0"/>
        </w:rPr>
        <w:t xml:space="preserve">Panelist: </w:t>
      </w:r>
      <w:r>
        <w:rPr>
          <w:b/>
        </w:rPr>
        <w:t>[Name, title]</w:t>
      </w:r>
    </w:p>
    <w:p>
      <w:r>
        <w:rPr>
          <w:b w:val="0"/>
        </w:rPr>
        <w:t xml:space="preserve">What they care about: </w:t>
      </w:r>
      <w:r>
        <w:rPr>
          <w:b/>
        </w:rPr>
        <w:t>[their likely concern]</w:t>
      </w:r>
    </w:p>
    <w:p>
      <w:r>
        <w:rPr>
          <w:b w:val="0"/>
        </w:rPr>
        <w:t xml:space="preserve">My example: </w:t>
      </w:r>
      <w:r>
        <w:rPr>
          <w:b/>
        </w:rPr>
        <w:t>[situation, what I did, result]</w:t>
      </w:r>
    </w:p>
    <w:p>
      <w:r>
        <w:rPr>
          <w:b w:val="0"/>
        </w:rPr>
        <w:t xml:space="preserve">My question for them: </w:t>
      </w:r>
      <w:r>
        <w:rPr>
          <w:b/>
        </w:rPr>
        <w:t>[one question about their work]</w:t>
      </w:r>
    </w:p>
    <w:p>
      <w:pPr>
        <w:pStyle w:val="Heading2"/>
      </w:pPr>
      <w:r>
        <w:t>How to finish a panel interview</w:t>
      </w:r>
    </w:p>
    <w:p>
      <w:r>
        <w:rPr>
          <w:b w:val="0"/>
        </w:rPr>
        <w:t xml:space="preserve">Thank you all for your time. I've enjoyed hearing about </w:t>
      </w:r>
      <w:r>
        <w:rPr>
          <w:b/>
        </w:rPr>
        <w:t>[one thing from the conversation]</w:t>
      </w:r>
      <w:r>
        <w:rPr>
          <w:b w:val="0"/>
        </w:rPr>
        <w:t>. Could you tell me what the next steps look like and when I might hear?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