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Take-Home Assignments: Formats, How Much to Do and How to Present</w:t>
      </w:r>
    </w:p>
    <w:p>
      <w:r>
        <w:t>Templates from https://knowtheroom.ai/guides/marketing-take-home-assignment/ · Replace everything in [brackets].</w:t>
      </w:r>
    </w:p>
    <w:p>
      <w:pPr>
        <w:pStyle w:val="Heading2"/>
      </w:pPr>
      <w:r>
        <w:t>How do you structure the answer?</w:t>
      </w:r>
    </w:p>
    <w:p>
      <w:r>
        <w:rPr>
          <w:b w:val="0"/>
        </w:rPr>
        <w:t xml:space="preserve">1. The ask: </w:t>
      </w:r>
      <w:r>
        <w:rPr>
          <w:b/>
        </w:rPr>
        <w:t>[the brief in one line, and the decision your answer helps them make]</w:t>
      </w:r>
    </w:p>
    <w:p>
      <w:r>
        <w:rPr>
          <w:b w:val="0"/>
        </w:rPr>
        <w:t xml:space="preserve">2. My recommendation: </w:t>
      </w:r>
      <w:r>
        <w:rPr>
          <w:b/>
        </w:rPr>
        <w:t>[one sentence: what you'd do and why]</w:t>
      </w:r>
    </w:p>
    <w:p>
      <w:r>
        <w:rPr>
          <w:b w:val="0"/>
        </w:rPr>
        <w:t xml:space="preserve">3. What I found: </w:t>
      </w:r>
      <w:r>
        <w:rPr>
          <w:b/>
        </w:rPr>
        <w:t>[two or three facts, each with a source]</w:t>
      </w:r>
    </w:p>
    <w:p>
      <w:r>
        <w:rPr>
          <w:b w:val="0"/>
        </w:rPr>
        <w:t xml:space="preserve">4. The insight: </w:t>
      </w:r>
      <w:r>
        <w:rPr>
          <w:b/>
        </w:rPr>
        <w:t>[the one thing that shapes the recommendation]</w:t>
      </w:r>
    </w:p>
    <w:p>
      <w:r>
        <w:rPr>
          <w:b w:val="0"/>
        </w:rPr>
        <w:t xml:space="preserve">5. How it works: </w:t>
      </w:r>
      <w:r>
        <w:rPr>
          <w:b/>
        </w:rPr>
        <w:t>[audience, message, channels, timing, rough split of effort]</w:t>
      </w:r>
    </w:p>
    <w:p>
      <w:r>
        <w:rPr>
          <w:b w:val="0"/>
        </w:rPr>
        <w:t xml:space="preserve">6. How we'd measure it: </w:t>
      </w:r>
      <w:r>
        <w:rPr>
          <w:b/>
        </w:rPr>
        <w:t>[two or three KPIs, baseline if known, target]</w:t>
      </w:r>
    </w:p>
    <w:p>
      <w:r>
        <w:rPr>
          <w:b w:val="0"/>
        </w:rPr>
        <w:t xml:space="preserve">7. What I'd do first: </w:t>
      </w:r>
      <w:r>
        <w:rPr>
          <w:b/>
        </w:rPr>
        <w:t>[the first 30-90 days, including what you'd test]</w:t>
      </w:r>
    </w:p>
    <w:p>
      <w:r>
        <w:rPr>
          <w:b w:val="0"/>
        </w:rPr>
        <w:t xml:space="preserve">8. Assumptions and what I'd check: </w:t>
      </w:r>
      <w:r>
        <w:rPr>
          <w:b/>
        </w:rPr>
        <w:t>[what you assumed, and the data that would change your mind]</w:t>
      </w:r>
    </w:p>
    <w:p>
      <w:pPr>
        <w:pStyle w:val="Heading2"/>
      </w:pPr>
      <w:r>
        <w:t>When should you push back on an unpaid take-home?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Thanks for sending the assignment. I'm keen to do it well. Before I start, I want to check scope: as written it looks like </w:t>
      </w:r>
      <w:r>
        <w:rPr>
          <w:b/>
        </w:rPr>
        <w:t>[estimate of the time it would take]</w:t>
      </w:r>
      <w:r>
        <w:rPr>
          <w:b w:val="0"/>
        </w:rPr>
        <w:t xml:space="preserve">, and the brief mentions </w:t>
      </w:r>
      <w:r>
        <w:rPr>
          <w:b/>
        </w:rPr>
        <w:t>[part that looks like live work]</w:t>
      </w:r>
      <w:r>
        <w:rPr>
          <w:b w:val="0"/>
        </w:rPr>
        <w:t>.</w:t>
      </w:r>
    </w:p>
    <w:p/>
    <w:p>
      <w:r>
        <w:rPr>
          <w:b w:val="0"/>
        </w:rPr>
        <w:t xml:space="preserve">Would a focused version on </w:t>
      </w:r>
      <w:r>
        <w:rPr>
          <w:b/>
        </w:rPr>
        <w:t>[the part that matters most]</w:t>
      </w:r>
      <w:r>
        <w:rPr>
          <w:b w:val="0"/>
        </w:rPr>
        <w:t xml:space="preserve"> work, in around </w:t>
      </w:r>
      <w:r>
        <w:rPr>
          <w:b/>
        </w:rPr>
        <w:t>[time]</w:t>
      </w:r>
      <w:r>
        <w:rPr>
          <w:b w:val="0"/>
        </w:rPr>
        <w:t xml:space="preserve">? I'm also happy to walk the panel through </w:t>
      </w:r>
      <w:r>
        <w:rPr>
          <w:b/>
        </w:rPr>
        <w:t>[a similar project I've done]</w:t>
      </w:r>
      <w:r>
        <w:rPr>
          <w:b w:val="0"/>
        </w:rPr>
        <w:t xml:space="preserve"> if that would help.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