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Marketing Budget Template: How to Build, Track and Defend One</w:t>
      </w:r>
    </w:p>
    <w:p>
      <w:r>
        <w:t>Templates from https://knowtheroom.ai/guides/marketing-budget-template/ · Replace everything in [brackets].</w:t>
      </w:r>
    </w:p>
    <w:p>
      <w:pPr>
        <w:pStyle w:val="Heading2"/>
      </w:pPr>
      <w:r>
        <w:t>Marketing budget template</w:t>
      </w:r>
    </w:p>
    <w:p>
      <w:r>
        <w:rPr>
          <w:b w:val="0"/>
        </w:rPr>
        <w:t xml:space="preserve">MARKETING BUDGET: </w:t>
      </w:r>
      <w:r>
        <w:rPr>
          <w:b/>
        </w:rPr>
        <w:t>[Company / team]</w:t>
      </w:r>
      <w:r>
        <w:rPr>
          <w:b w:val="0"/>
        </w:rPr>
        <w:t xml:space="preserve">, </w:t>
      </w:r>
      <w:r>
        <w:rPr>
          <w:b/>
        </w:rPr>
        <w:t>[fiscal year]</w:t>
      </w:r>
    </w:p>
    <w:p>
      <w:r>
        <w:rPr>
          <w:b w:val="0"/>
        </w:rPr>
        <w:t xml:space="preserve">Owner: </w:t>
      </w:r>
      <w:r>
        <w:rPr>
          <w:b/>
        </w:rPr>
        <w:t>[name, title]</w:t>
      </w:r>
      <w:r>
        <w:rPr>
          <w:b w:val="0"/>
        </w:rPr>
        <w:t xml:space="preserve">   Approved by: </w:t>
      </w:r>
      <w:r>
        <w:rPr>
          <w:b/>
        </w:rPr>
        <w:t>[name, title]</w:t>
      </w:r>
      <w:r>
        <w:rPr>
          <w:b w:val="0"/>
        </w:rPr>
        <w:t xml:space="preserve">   Last updated: </w:t>
      </w:r>
      <w:r>
        <w:rPr>
          <w:b/>
        </w:rPr>
        <w:t>[date]</w:t>
      </w:r>
    </w:p>
    <w:p/>
    <w:p>
      <w:r>
        <w:rPr>
          <w:b w:val="0"/>
        </w:rPr>
        <w:t xml:space="preserve">Business goal: [e.g. grow new customers in </w:t>
      </w:r>
      <w:r>
        <w:rPr>
          <w:b/>
        </w:rPr>
        <w:t>[segment]</w:t>
      </w:r>
      <w:r>
        <w:rPr>
          <w:b w:val="0"/>
        </w:rPr>
        <w:t xml:space="preserve"> / build pipeline for </w:t>
      </w:r>
      <w:r>
        <w:rPr>
          <w:b/>
        </w:rPr>
        <w:t>[product]</w:t>
      </w:r>
      <w:r>
        <w:rPr>
          <w:b w:val="0"/>
        </w:rPr>
        <w:t>]</w:t>
      </w:r>
    </w:p>
    <w:p>
      <w:r>
        <w:rPr>
          <w:b w:val="0"/>
        </w:rPr>
        <w:t xml:space="preserve">Marketing KPIs: </w:t>
      </w:r>
      <w:r>
        <w:rPr>
          <w:b/>
        </w:rPr>
        <w:t>[2-4 KPIs with baseline and target]</w:t>
      </w:r>
    </w:p>
    <w:p/>
    <w:p>
      <w:r>
        <w:rPr>
          <w:b w:val="0"/>
        </w:rPr>
        <w:t>1. WORKING MEDIA (money that reaches the audience)</w:t>
      </w:r>
    </w:p>
    <w:p>
      <w:r>
        <w:rPr>
          <w:b w:val="0"/>
        </w:rPr>
        <w:t>| Line item | Program / goal | Q1 plan | Q1 actual | Q2 plan | Q2 actual | Q3 plan | Q3 actual | Q4 plan | Q4 actual | Expected result |</w:t>
      </w:r>
    </w:p>
    <w:p>
      <w:r>
        <w:rPr>
          <w:b w:val="0"/>
        </w:rPr>
        <w:t xml:space="preserve">| Paid search | </w:t>
      </w:r>
      <w:r>
        <w:rPr>
          <w:b/>
        </w:rPr>
        <w:t>[program]</w:t>
      </w:r>
      <w:r>
        <w:rPr>
          <w:b w:val="0"/>
        </w:rPr>
        <w:t xml:space="preserve"> | | | | | | | | | </w:t>
      </w:r>
      <w:r>
        <w:rPr>
          <w:b/>
        </w:rPr>
        <w:t>[KPI it should move]</w:t>
      </w:r>
      <w:r>
        <w:rPr>
          <w:b w:val="0"/>
        </w:rPr>
        <w:t xml:space="preserve"> |</w:t>
      </w:r>
    </w:p>
    <w:p>
      <w:r>
        <w:rPr>
          <w:b w:val="0"/>
        </w:rPr>
        <w:t xml:space="preserve">| Paid social | </w:t>
      </w:r>
      <w:r>
        <w:rPr>
          <w:b/>
        </w:rPr>
        <w:t>[program]</w:t>
      </w:r>
      <w:r>
        <w:rPr>
          <w:b w:val="0"/>
        </w:rPr>
        <w:t xml:space="preserve"> | | | | | | | | | |</w:t>
      </w:r>
    </w:p>
    <w:p>
      <w:r>
        <w:rPr>
          <w:b w:val="0"/>
        </w:rPr>
        <w:t xml:space="preserve">| Creators / influencers | </w:t>
      </w:r>
      <w:r>
        <w:rPr>
          <w:b/>
        </w:rPr>
        <w:t>[program]</w:t>
      </w:r>
      <w:r>
        <w:rPr>
          <w:b w:val="0"/>
        </w:rPr>
        <w:t xml:space="preserve"> | | | | | | | | | |</w:t>
      </w:r>
    </w:p>
    <w:p>
      <w:r>
        <w:rPr>
          <w:b w:val="0"/>
        </w:rPr>
        <w:t xml:space="preserve">| </w:t>
      </w:r>
      <w:r>
        <w:rPr>
          <w:b/>
        </w:rPr>
        <w:t>[TV / audio / out-of-home / retail media]</w:t>
      </w:r>
      <w:r>
        <w:rPr>
          <w:b w:val="0"/>
        </w:rPr>
        <w:t xml:space="preserve"> | </w:t>
      </w:r>
      <w:r>
        <w:rPr>
          <w:b/>
        </w:rPr>
        <w:t>[program]</w:t>
      </w:r>
      <w:r>
        <w:rPr>
          <w:b w:val="0"/>
        </w:rPr>
        <w:t xml:space="preserve"> | | | | | | | | | |</w:t>
      </w:r>
    </w:p>
    <w:p>
      <w:r>
        <w:rPr>
          <w:b w:val="0"/>
        </w:rPr>
        <w:t xml:space="preserve">| Sponsorships and events | </w:t>
      </w:r>
      <w:r>
        <w:rPr>
          <w:b/>
        </w:rPr>
        <w:t>[program]</w:t>
      </w:r>
      <w:r>
        <w:rPr>
          <w:b w:val="0"/>
        </w:rPr>
        <w:t xml:space="preserve"> | | | | | | | | | |</w:t>
      </w:r>
    </w:p>
    <w:p/>
    <w:p>
      <w:r>
        <w:rPr>
          <w:b w:val="0"/>
        </w:rPr>
        <w:t>2. NON-WORKING (making the work)</w:t>
      </w:r>
    </w:p>
    <w:p>
      <w:r>
        <w:rPr>
          <w:b w:val="0"/>
        </w:rPr>
        <w:t xml:space="preserve">| Creative production | </w:t>
      </w:r>
      <w:r>
        <w:rPr>
          <w:b/>
        </w:rPr>
        <w:t>[campaign]</w:t>
      </w:r>
      <w:r>
        <w:rPr>
          <w:b w:val="0"/>
        </w:rPr>
        <w:t xml:space="preserve"> | ... |</w:t>
      </w:r>
    </w:p>
    <w:p>
      <w:r>
        <w:rPr>
          <w:b w:val="0"/>
        </w:rPr>
        <w:t xml:space="preserve">| Agency fees | </w:t>
      </w:r>
      <w:r>
        <w:rPr>
          <w:b/>
        </w:rPr>
        <w:t>[agency, scope]</w:t>
      </w:r>
      <w:r>
        <w:rPr>
          <w:b w:val="0"/>
        </w:rPr>
        <w:t xml:space="preserve"> | ... |</w:t>
      </w:r>
    </w:p>
    <w:p>
      <w:r>
        <w:rPr>
          <w:b w:val="0"/>
        </w:rPr>
        <w:t xml:space="preserve">| Content and freelancers | </w:t>
      </w:r>
      <w:r>
        <w:rPr>
          <w:b/>
        </w:rPr>
        <w:t>[scope]</w:t>
      </w:r>
      <w:r>
        <w:rPr>
          <w:b w:val="0"/>
        </w:rPr>
        <w:t xml:space="preserve"> | ... |</w:t>
      </w:r>
    </w:p>
    <w:p>
      <w:r>
        <w:rPr>
          <w:b w:val="0"/>
        </w:rPr>
        <w:t xml:space="preserve">| Research and brand tracking | </w:t>
      </w:r>
      <w:r>
        <w:rPr>
          <w:b/>
        </w:rPr>
        <w:t>[study]</w:t>
      </w:r>
      <w:r>
        <w:rPr>
          <w:b w:val="0"/>
        </w:rPr>
        <w:t xml:space="preserve"> | ... |</w:t>
      </w:r>
    </w:p>
    <w:p/>
    <w:p>
      <w:r>
        <w:rPr>
          <w:b w:val="0"/>
        </w:rPr>
        <w:t>3. TECHNOLOGY AND DATA</w:t>
      </w:r>
    </w:p>
    <w:p>
      <w:r>
        <w:rPr>
          <w:b w:val="0"/>
        </w:rPr>
        <w:t xml:space="preserve">| </w:t>
      </w:r>
      <w:r>
        <w:rPr>
          <w:b/>
        </w:rPr>
        <w:t>[Marketing automation / analytics / social tools]</w:t>
      </w:r>
      <w:r>
        <w:rPr>
          <w:b w:val="0"/>
        </w:rPr>
        <w:t xml:space="preserve"> | </w:t>
      </w:r>
      <w:r>
        <w:rPr>
          <w:b/>
        </w:rPr>
        <w:t>[tool, seats]</w:t>
      </w:r>
      <w:r>
        <w:rPr>
          <w:b w:val="0"/>
        </w:rPr>
        <w:t xml:space="preserve"> | ... |</w:t>
      </w:r>
    </w:p>
    <w:p/>
    <w:p>
      <w:r>
        <w:rPr>
          <w:b w:val="0"/>
        </w:rPr>
        <w:t>4. PEOPLE (if marketing headcount sits in this budget)</w:t>
      </w:r>
    </w:p>
    <w:p>
      <w:r>
        <w:rPr>
          <w:b w:val="0"/>
        </w:rPr>
        <w:t xml:space="preserve">| </w:t>
      </w:r>
      <w:r>
        <w:rPr>
          <w:b/>
        </w:rPr>
        <w:t>[Role]</w:t>
      </w:r>
      <w:r>
        <w:rPr>
          <w:b w:val="0"/>
        </w:rPr>
        <w:t xml:space="preserve"> | </w:t>
      </w:r>
      <w:r>
        <w:rPr>
          <w:b/>
        </w:rPr>
        <w:t>[new or existing, start date]</w:t>
      </w:r>
      <w:r>
        <w:rPr>
          <w:b w:val="0"/>
        </w:rPr>
        <w:t xml:space="preserve"> | ... |</w:t>
      </w:r>
    </w:p>
    <w:p/>
    <w:p>
      <w:r>
        <w:rPr>
          <w:b w:val="0"/>
        </w:rPr>
        <w:t>5. RESERVE</w:t>
      </w:r>
    </w:p>
    <w:p>
      <w:r>
        <w:rPr>
          <w:b w:val="0"/>
        </w:rPr>
        <w:t xml:space="preserve">| Test-and-learn fund | </w:t>
      </w:r>
      <w:r>
        <w:rPr>
          <w:b/>
        </w:rPr>
        <w:t>[what would qualify]</w:t>
      </w:r>
      <w:r>
        <w:rPr>
          <w:b w:val="0"/>
        </w:rPr>
        <w:t xml:space="preserve"> | ... |</w:t>
      </w:r>
    </w:p>
    <w:p>
      <w:r>
        <w:rPr>
          <w:b w:val="0"/>
        </w:rPr>
        <w:t xml:space="preserve">| Contingency | </w:t>
      </w:r>
      <w:r>
        <w:rPr>
          <w:b/>
        </w:rPr>
        <w:t>[rules for releasing it]</w:t>
      </w:r>
      <w:r>
        <w:rPr>
          <w:b w:val="0"/>
        </w:rPr>
        <w:t xml:space="preserve"> | ... |</w:t>
      </w:r>
    </w:p>
    <w:p/>
    <w:p>
      <w:r>
        <w:rPr>
          <w:b w:val="0"/>
        </w:rPr>
        <w:t>TOTALS: plan, actual, variance, variance % per quarter</w:t>
      </w:r>
    </w:p>
    <w:p/>
    <w:p>
      <w:r>
        <w:rPr>
          <w:b w:val="0"/>
        </w:rPr>
        <w:t xml:space="preserve">Assumptions: </w:t>
      </w:r>
      <w:r>
        <w:rPr>
          <w:b/>
        </w:rPr>
        <w:t>[costs you estimated and how]</w:t>
      </w:r>
    </w:p>
    <w:p>
      <w:r>
        <w:rPr>
          <w:b w:val="0"/>
        </w:rPr>
        <w:t xml:space="preserve">Risks: </w:t>
      </w:r>
      <w:r>
        <w:rPr>
          <w:b/>
        </w:rPr>
        <w:t>[what could change the plan]</w:t>
      </w:r>
    </w:p>
    <w:p>
      <w:pPr>
        <w:pStyle w:val="Heading2"/>
      </w:pPr>
      <w:r>
        <w:t>How do budget questions come up in marketing interviews?</w:t>
      </w:r>
    </w:p>
    <w:p>
      <w:r>
        <w:rPr>
          <w:b w:val="0"/>
        </w:rPr>
        <w:t xml:space="preserve">"At </w:t>
      </w:r>
      <w:r>
        <w:rPr>
          <w:b/>
        </w:rPr>
        <w:t>[company]</w:t>
      </w:r>
      <w:r>
        <w:rPr>
          <w:b w:val="0"/>
        </w:rPr>
        <w:t xml:space="preserve"> I owned a </w:t>
      </w:r>
      <w:r>
        <w:rPr>
          <w:b/>
        </w:rPr>
        <w:t>[annual / quarterly]</w:t>
      </w:r>
      <w:r>
        <w:rPr>
          <w:b w:val="0"/>
        </w:rPr>
        <w:t xml:space="preserve"> budget of </w:t>
      </w:r>
      <w:r>
        <w:rPr>
          <w:b/>
        </w:rPr>
        <w:t>[scale]</w:t>
      </w:r>
      <w:r>
        <w:rPr>
          <w:b w:val="0"/>
        </w:rPr>
        <w:t xml:space="preserve"> across </w:t>
      </w:r>
      <w:r>
        <w:rPr>
          <w:b/>
        </w:rPr>
        <w:t>[channels or programs]</w:t>
      </w:r>
      <w:r>
        <w:rPr>
          <w:b w:val="0"/>
        </w:rPr>
        <w:t>.</w:t>
      </w:r>
    </w:p>
    <w:p>
      <w:r>
        <w:rPr>
          <w:b w:val="0"/>
        </w:rPr>
        <w:t xml:space="preserve">I set it from </w:t>
      </w:r>
      <w:r>
        <w:rPr>
          <w:b/>
        </w:rPr>
        <w:t>[the goal]</w:t>
      </w:r>
      <w:r>
        <w:rPr>
          <w:b w:val="0"/>
        </w:rPr>
        <w:t xml:space="preserve">, funded </w:t>
      </w:r>
      <w:r>
        <w:rPr>
          <w:b/>
        </w:rPr>
        <w:t>[the proven programs]</w:t>
      </w:r>
      <w:r>
        <w:rPr>
          <w:b w:val="0"/>
        </w:rPr>
        <w:t xml:space="preserve"> first and kept </w:t>
      </w:r>
      <w:r>
        <w:rPr>
          <w:b/>
        </w:rPr>
        <w:t>[a share / an amount]</w:t>
      </w:r>
      <w:r>
        <w:rPr>
          <w:b w:val="0"/>
        </w:rPr>
        <w:t xml:space="preserve"> for tests.</w:t>
      </w:r>
    </w:p>
    <w:p>
      <w:r>
        <w:rPr>
          <w:b w:val="0"/>
        </w:rPr>
        <w:t xml:space="preserve">When </w:t>
      </w:r>
      <w:r>
        <w:rPr>
          <w:b/>
        </w:rPr>
        <w:t>[what happened: a cut, a channel underperforming, a new opportunity]</w:t>
      </w:r>
      <w:r>
        <w:rPr>
          <w:b w:val="0"/>
        </w:rPr>
        <w:t xml:space="preserve">, I </w:t>
      </w:r>
      <w:r>
        <w:rPr>
          <w:b/>
        </w:rPr>
        <w:t>[what you moved and why]</w:t>
      </w:r>
      <w:r>
        <w:rPr>
          <w:b w:val="0"/>
        </w:rPr>
        <w:t>.</w:t>
      </w:r>
    </w:p>
    <w:p>
      <w:r>
        <w:rPr>
          <w:b w:val="0"/>
        </w:rPr>
        <w:t xml:space="preserve">The result was </w:t>
      </w:r>
      <w:r>
        <w:rPr>
          <w:b/>
        </w:rPr>
        <w:t>[KPI change]</w:t>
      </w:r>
      <w:r>
        <w:rPr>
          <w:b w:val="0"/>
        </w:rPr>
        <w:t xml:space="preserve">, and the next year we </w:t>
      </w:r>
      <w:r>
        <w:rPr>
          <w:b/>
        </w:rPr>
        <w:t>[how the budget changed because of it]</w:t>
      </w:r>
      <w:r>
        <w:rPr>
          <w:b w:val="0"/>
        </w:rPr>
        <w:t>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