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Informational Interview Questions: What to Ask and How to Ask for One</w:t>
      </w:r>
    </w:p>
    <w:p>
      <w:r>
        <w:t>Templates from https://kunskap.app/guides/informational-interview-questions/ · Replace everything in [brackets].</w:t>
      </w:r>
    </w:p>
    <w:p>
      <w:pPr>
        <w:pStyle w:val="Heading2"/>
      </w:pPr>
      <w:r>
        <w:t>Template: LinkedIn connection note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I'm </w:t>
      </w:r>
      <w:r>
        <w:rPr>
          <w:b/>
        </w:rPr>
        <w:t>[moving into / working in]</w:t>
      </w:r>
      <w:r>
        <w:rPr>
          <w:b w:val="0"/>
        </w:rPr>
        <w:t xml:space="preserve"> </w:t>
      </w:r>
      <w:r>
        <w:rPr>
          <w:b/>
        </w:rPr>
        <w:t>[area of marketing]</w:t>
      </w:r>
      <w:r>
        <w:rPr>
          <w:b w:val="0"/>
        </w:rPr>
        <w:t xml:space="preserve"> and your post on </w:t>
      </w:r>
      <w:r>
        <w:rPr>
          <w:b/>
        </w:rPr>
        <w:t>[topic]</w:t>
      </w:r>
      <w:r>
        <w:rPr>
          <w:b w:val="0"/>
        </w:rPr>
        <w:t xml:space="preserve"> was useful. Would you be open to a few questions about your work at </w:t>
      </w:r>
      <w:r>
        <w:rPr>
          <w:b/>
        </w:rPr>
        <w:t>[Company]</w:t>
      </w:r>
      <w:r>
        <w:rPr>
          <w:b w:val="0"/>
        </w:rPr>
        <w:t>?</w:t>
      </w:r>
    </w:p>
    <w:p>
      <w:pPr>
        <w:pStyle w:val="Heading2"/>
      </w:pPr>
      <w:r>
        <w:t>Template: email or LinkedIn message</w:t>
      </w:r>
    </w:p>
    <w:p>
      <w:r>
        <w:rPr>
          <w:b w:val="0"/>
        </w:rPr>
        <w:t xml:space="preserve">Subject: Quick question about </w:t>
      </w:r>
      <w:r>
        <w:rPr>
          <w:b/>
        </w:rPr>
        <w:t>[team or role]</w:t>
      </w:r>
      <w:r>
        <w:rPr>
          <w:b w:val="0"/>
        </w:rPr>
        <w:t xml:space="preserve"> at </w:t>
      </w:r>
      <w:r>
        <w:rPr>
          <w:b/>
        </w:rPr>
        <w:t>[Company]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I'm [one line on who you are: e.g. a content coordinator at </w:t>
      </w:r>
      <w:r>
        <w:rPr>
          <w:b/>
        </w:rPr>
        <w:t>[Company]</w:t>
      </w:r>
      <w:r>
        <w:rPr>
          <w:b w:val="0"/>
        </w:rPr>
        <w:t>, or a teacher moving into marketing]. I'm trying to understand [specific thing: how lifecycle teams work at subscription companies / what brand managers at CPG companies actually own].</w:t>
      </w:r>
    </w:p>
    <w:p/>
    <w:p>
      <w:r>
        <w:rPr>
          <w:b w:val="0"/>
        </w:rPr>
        <w:t xml:space="preserve">I came across your </w:t>
      </w:r>
      <w:r>
        <w:rPr>
          <w:b/>
        </w:rPr>
        <w:t>[post / talk / work on campaign]</w:t>
      </w:r>
      <w:r>
        <w:rPr>
          <w:b w:val="0"/>
        </w:rPr>
        <w:t xml:space="preserve"> about </w:t>
      </w:r>
      <w:r>
        <w:rPr>
          <w:b/>
        </w:rPr>
        <w:t>[topic]</w:t>
      </w:r>
      <w:r>
        <w:rPr>
          <w:b w:val="0"/>
        </w:rPr>
        <w:t>, and you seem like the right person to ask.</w:t>
      </w:r>
    </w:p>
    <w:p/>
    <w:p>
      <w:r>
        <w:rPr>
          <w:b w:val="0"/>
        </w:rPr>
        <w:t xml:space="preserve">Would you be open to a 20-minute call in the next couple of weeks? I'll come with specific questions and keep it to time. If a call is too much, I'd be grateful for a reply to just one question: </w:t>
      </w:r>
      <w:r>
        <w:rPr>
          <w:b/>
        </w:rPr>
        <w:t>[your single best question]</w:t>
      </w:r>
      <w:r>
        <w:rPr>
          <w:b w:val="0"/>
        </w:rPr>
        <w:t>.</w:t>
      </w:r>
    </w:p>
    <w:p/>
    <w:p>
      <w:r>
        <w:rPr>
          <w:b w:val="0"/>
        </w:rPr>
        <w:t>Thanks,</w:t>
      </w:r>
    </w:p>
    <w:p>
      <w:r>
        <w:rPr>
          <w:b/>
        </w:rPr>
        <w:t>[Your name]</w:t>
      </w:r>
    </w:p>
    <w:p>
      <w:r>
        <w:rPr>
          <w:b/>
        </w:rPr>
        <w:t>[LinkedIn URL]</w:t>
      </w:r>
    </w:p>
    <w:p>
      <w:pPr>
        <w:pStyle w:val="Heading2"/>
      </w:pPr>
      <w:r>
        <w:t>Template: when someone introduced you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[Mutual contact]</w:t>
      </w:r>
      <w:r>
        <w:rPr>
          <w:b w:val="0"/>
        </w:rPr>
        <w:t xml:space="preserve"> suggested I get in touch. They mentioned you </w:t>
      </w:r>
      <w:r>
        <w:rPr>
          <w:b/>
        </w:rPr>
        <w:t>[lead / built / moved into]</w:t>
      </w:r>
      <w:r>
        <w:rPr>
          <w:b w:val="0"/>
        </w:rPr>
        <w:t xml:space="preserve"> </w:t>
      </w:r>
      <w:r>
        <w:rPr>
          <w:b/>
        </w:rPr>
        <w:t>[thing]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I'm </w:t>
      </w:r>
      <w:r>
        <w:rPr>
          <w:b/>
        </w:rPr>
        <w:t>[one line on you]</w:t>
      </w:r>
      <w:r>
        <w:rPr>
          <w:b w:val="0"/>
        </w:rPr>
        <w:t xml:space="preserve">, and I'm deciding whether to </w:t>
      </w:r>
      <w:r>
        <w:rPr>
          <w:b/>
        </w:rPr>
        <w:t>[move into / focus on]</w:t>
      </w:r>
      <w:r>
        <w:rPr>
          <w:b w:val="0"/>
        </w:rPr>
        <w:t xml:space="preserve"> </w:t>
      </w:r>
      <w:r>
        <w:rPr>
          <w:b/>
        </w:rPr>
        <w:t>[area]</w:t>
      </w:r>
      <w:r>
        <w:rPr>
          <w:b w:val="0"/>
        </w:rPr>
        <w:t>. Would you have 20 minutes in the next few weeks for a few questions? Happy to work around your schedule.</w:t>
      </w:r>
    </w:p>
    <w:p/>
    <w:p>
      <w:r>
        <w:rPr>
          <w:b w:val="0"/>
        </w:rPr>
        <w:t>Thank you,</w:t>
      </w:r>
    </w:p>
    <w:p>
      <w:r>
        <w:rPr>
          <w:b/>
        </w:rPr>
        <w:t>[Your name]</w:t>
      </w:r>
    </w:p>
    <w:p>
      <w:pPr>
        <w:pStyle w:val="Heading2"/>
      </w:pPr>
      <w:r>
        <w:t>Template: one polite follow-up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 xml:space="preserve">, following up on my note in case it got buried. Completely understand if now's not a good time. If you have a moment for one question, it's this: </w:t>
      </w:r>
      <w:r>
        <w:rPr>
          <w:b/>
        </w:rPr>
        <w:t>[question]</w:t>
      </w:r>
      <w:r>
        <w:rPr>
          <w:b w:val="0"/>
        </w:rPr>
        <w:t>.</w:t>
      </w:r>
    </w:p>
    <w:p>
      <w:pPr>
        <w:pStyle w:val="Heading2"/>
      </w:pPr>
      <w:r>
        <w:t>What should you send after an informational interview?</w:t>
      </w:r>
    </w:p>
    <w:p>
      <w:r>
        <w:rPr>
          <w:b w:val="0"/>
        </w:rPr>
        <w:t xml:space="preserve">Subject: Thank you, </w:t>
      </w:r>
      <w:r>
        <w:rPr>
          <w:b/>
        </w:rPr>
        <w:t>[Name]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time today. Your point about </w:t>
      </w:r>
      <w:r>
        <w:rPr>
          <w:b/>
        </w:rPr>
        <w:t>[specific thing they said]</w:t>
      </w:r>
      <w:r>
        <w:rPr>
          <w:b w:val="0"/>
        </w:rPr>
        <w:t xml:space="preserve"> changed how I'm thinking about </w:t>
      </w:r>
      <w:r>
        <w:rPr>
          <w:b/>
        </w:rPr>
        <w:t>[your search or next step]</w:t>
      </w:r>
      <w:r>
        <w:rPr>
          <w:b w:val="0"/>
        </w:rPr>
        <w:t>.</w:t>
      </w:r>
    </w:p>
    <w:p/>
    <w:p>
      <w:r>
        <w:rPr>
          <w:b w:val="0"/>
        </w:rPr>
        <w:t xml:space="preserve">I'm going to </w:t>
      </w:r>
      <w:r>
        <w:rPr>
          <w:b/>
        </w:rPr>
        <w:t>[action you'll take because of the conversation]</w:t>
      </w:r>
      <w:r>
        <w:rPr>
          <w:b w:val="0"/>
        </w:rPr>
        <w:t xml:space="preserve">, and I'll reach out to </w:t>
      </w:r>
      <w:r>
        <w:rPr>
          <w:b/>
        </w:rPr>
        <w:t>[person they suggested]</w:t>
      </w:r>
      <w:r>
        <w:rPr>
          <w:b w:val="0"/>
        </w:rPr>
        <w:t xml:space="preserve"> as you recommended.</w:t>
      </w:r>
    </w:p>
    <w:p/>
    <w:p>
      <w:r>
        <w:rPr>
          <w:b w:val="0"/>
        </w:rPr>
        <w:t>I'll let you know how it goes. Thanks again,</w:t>
      </w:r>
    </w:p>
    <w:p>
      <w:r>
        <w:rPr>
          <w:b/>
        </w:rPr>
        <w:t>[Your name]</w:t>
      </w:r>
    </w:p>
    <w:p>
      <w:pPr>
        <w:pStyle w:val="Heading2"/>
      </w:pPr>
      <w:r>
        <w:t>What should you send after an informational interview?</w:t>
      </w:r>
    </w:p>
    <w:p>
      <w:r>
        <w:rPr>
          <w:b w:val="0"/>
        </w:rPr>
        <w:t>Subject: Following up on your advice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A quick update since we spoke in </w:t>
      </w:r>
      <w:r>
        <w:rPr>
          <w:b/>
        </w:rPr>
        <w:t>[month]</w:t>
      </w:r>
      <w:r>
        <w:rPr>
          <w:b w:val="0"/>
        </w:rPr>
        <w:t xml:space="preserve">: I </w:t>
      </w:r>
      <w:r>
        <w:rPr>
          <w:b/>
        </w:rPr>
        <w:t>[did the thing they suggested]</w:t>
      </w:r>
      <w:r>
        <w:rPr>
          <w:b w:val="0"/>
        </w:rPr>
        <w:t xml:space="preserve">, and [what happened: e.g. I've started building a small SEO project / I've applied for a role on the brand team at </w:t>
      </w:r>
      <w:r>
        <w:rPr>
          <w:b/>
        </w:rPr>
        <w:t>[Company]</w:t>
      </w:r>
      <w:r>
        <w:rPr>
          <w:b w:val="0"/>
        </w:rPr>
        <w:t>].</w:t>
      </w:r>
    </w:p>
    <w:p/>
    <w:p>
      <w:r>
        <w:rPr>
          <w:b w:val="0"/>
        </w:rPr>
        <w:t>Thanks again for pointing me in the right direction.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