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Would You Describe Yourself? Answers and Words to Use</w:t>
      </w:r>
    </w:p>
    <w:p>
      <w:r>
        <w:t>Templates from https://knowtheroom.ai/guides/how-would-you-describe-yourself/ · Replace everything in [brackets].</w:t>
      </w:r>
    </w:p>
    <w:p>
      <w:pPr>
        <w:pStyle w:val="Heading2"/>
      </w:pPr>
      <w:r>
        <w:t>How should you answer "how would you describe yourself"?</w:t>
      </w:r>
    </w:p>
    <w:p>
      <w:r>
        <w:rPr>
          <w:b w:val="0"/>
        </w:rPr>
        <w:t xml:space="preserve">I'd describe myself as </w:t>
      </w:r>
      <w:r>
        <w:rPr>
          <w:b/>
        </w:rPr>
        <w:t>[word one]</w:t>
      </w:r>
      <w:r>
        <w:rPr>
          <w:b w:val="0"/>
        </w:rPr>
        <w:t xml:space="preserve">, </w:t>
      </w:r>
      <w:r>
        <w:rPr>
          <w:b/>
        </w:rPr>
        <w:t>[word two]</w:t>
      </w:r>
      <w:r>
        <w:rPr>
          <w:b w:val="0"/>
        </w:rPr>
        <w:t xml:space="preserve"> and </w:t>
      </w:r>
      <w:r>
        <w:rPr>
          <w:b/>
        </w:rPr>
        <w:t>[word three]</w:t>
      </w:r>
      <w:r>
        <w:rPr>
          <w:b w:val="0"/>
        </w:rPr>
        <w:t>.</w:t>
      </w:r>
    </w:p>
    <w:p/>
    <w:p>
      <w:r>
        <w:rPr>
          <w:b/>
        </w:rPr>
        <w:t>[Word one]</w:t>
      </w:r>
      <w:r>
        <w:rPr>
          <w:b w:val="0"/>
        </w:rPr>
        <w:t xml:space="preserve"> shows up in [quick example, e.g. how I start every campaign by reading customer reviews and sales call notes]. </w:t>
      </w:r>
      <w:r>
        <w:rPr>
          <w:b/>
        </w:rPr>
        <w:t>[Word two]</w:t>
      </w:r>
      <w:r>
        <w:rPr>
          <w:b w:val="0"/>
        </w:rPr>
        <w:t xml:space="preserve"> is </w:t>
      </w:r>
      <w:r>
        <w:rPr>
          <w:b/>
        </w:rPr>
        <w:t>[example]</w:t>
      </w:r>
      <w:r>
        <w:rPr>
          <w:b w:val="0"/>
        </w:rPr>
        <w:t xml:space="preserve">. And people I work with would probably say </w:t>
      </w:r>
      <w:r>
        <w:rPr>
          <w:b/>
        </w:rPr>
        <w:t>[word three]</w:t>
      </w:r>
      <w:r>
        <w:rPr>
          <w:b w:val="0"/>
        </w:rPr>
        <w:t xml:space="preserve">, because </w:t>
      </w:r>
      <w:r>
        <w:rPr>
          <w:b/>
        </w:rPr>
        <w:t>[example]</w:t>
      </w:r>
      <w:r>
        <w:rPr>
          <w:b w:val="0"/>
        </w:rPr>
        <w:t>.</w:t>
      </w:r>
    </w:p>
    <w:p/>
    <w:p>
      <w:r>
        <w:rPr>
          <w:b w:val="0"/>
        </w:rPr>
        <w:t xml:space="preserve">For this role, where </w:t>
      </w:r>
      <w:r>
        <w:rPr>
          <w:b/>
        </w:rPr>
        <w:t>[what the job needs]</w:t>
      </w:r>
      <w:r>
        <w:rPr>
          <w:b w:val="0"/>
        </w:rPr>
        <w:t>, I think that mix is useful.</w:t>
      </w:r>
    </w:p>
    <w:p>
      <w:pPr>
        <w:pStyle w:val="Heading2"/>
      </w:pPr>
      <w:r>
        <w:t>How do you describe yourself in three words?</w:t>
      </w:r>
    </w:p>
    <w:p>
      <w:r>
        <w:rPr>
          <w:b w:val="0"/>
        </w:rPr>
        <w:t>Curious, organized and calm under pressure.</w:t>
      </w:r>
    </w:p>
    <w:p/>
    <w:p>
      <w:r>
        <w:rPr>
          <w:b w:val="0"/>
        </w:rPr>
        <w:t xml:space="preserve">Curious, because </w:t>
      </w:r>
      <w:r>
        <w:rPr>
          <w:b/>
        </w:rPr>
        <w:t>[example]</w:t>
      </w:r>
      <w:r>
        <w:rPr>
          <w:b w:val="0"/>
        </w:rPr>
        <w:t xml:space="preserve">. Organized, because </w:t>
      </w:r>
      <w:r>
        <w:rPr>
          <w:b/>
        </w:rPr>
        <w:t>[example]</w:t>
      </w:r>
      <w:r>
        <w:rPr>
          <w:b w:val="0"/>
        </w:rPr>
        <w:t xml:space="preserve">. And calm, because </w:t>
      </w:r>
      <w:r>
        <w:rPr>
          <w:b/>
        </w:rPr>
        <w:t>[example from a deadline, launch or crisis]</w:t>
      </w:r>
      <w:r>
        <w:rPr>
          <w:b w:val="0"/>
        </w:rPr>
        <w:t>.</w:t>
      </w:r>
    </w:p>
    <w:p>
      <w:pPr>
        <w:pStyle w:val="Heading2"/>
      </w:pPr>
      <w:r>
        <w:t>Social media manager</w:t>
      </w:r>
    </w:p>
    <w:p>
      <w:r>
        <w:rPr>
          <w:b w:val="0"/>
        </w:rPr>
        <w:t xml:space="preserve">I'd say I'm curious, quick and calm. Curious, because I spend real time in our comments and DMs, and that's where most of my best content ideas come from. Quick, because [example, e.g. we turned around a trend response in under two hours that became our most-shared post of the year]. And calm, because when </w:t>
      </w:r>
      <w:r>
        <w:rPr>
          <w:b/>
        </w:rPr>
        <w:t>[a negative post or crisis]</w:t>
      </w:r>
      <w:r>
        <w:rPr>
          <w:b w:val="0"/>
        </w:rPr>
        <w:t xml:space="preserve"> happened, I </w:t>
      </w:r>
      <w:r>
        <w:rPr>
          <w:b/>
        </w:rPr>
        <w:t>[what you did]</w:t>
      </w:r>
      <w:r>
        <w:rPr>
          <w:b w:val="0"/>
        </w:rPr>
        <w:t>.</w:t>
      </w:r>
    </w:p>
    <w:p>
      <w:pPr>
        <w:pStyle w:val="Heading2"/>
      </w:pPr>
      <w:r>
        <w:t>Growth or performance marketer</w:t>
      </w:r>
    </w:p>
    <w:p>
      <w:r>
        <w:rPr>
          <w:b w:val="0"/>
        </w:rPr>
        <w:t xml:space="preserve">Analytical, impatient and honest. Analytical because I start with the numbers; impatient because I'd rather run a small test this week than debate it for a month, which is how we </w:t>
      </w:r>
      <w:r>
        <w:rPr>
          <w:b/>
        </w:rPr>
        <w:t>[result]</w:t>
      </w:r>
      <w:r>
        <w:rPr>
          <w:b w:val="0"/>
        </w:rPr>
        <w:t>. And honest, because I report the tests that failed as clearly as the ones that worked.</w:t>
      </w:r>
    </w:p>
    <w:p>
      <w:pPr>
        <w:pStyle w:val="Heading2"/>
      </w:pPr>
      <w:r>
        <w:t>Brand manager</w:t>
      </w:r>
    </w:p>
    <w:p>
      <w:r>
        <w:rPr>
          <w:b w:val="0"/>
        </w:rPr>
        <w:t xml:space="preserve">I'd describe myself as a careful listener and a clear writer. On </w:t>
      </w:r>
      <w:r>
        <w:rPr>
          <w:b/>
        </w:rPr>
        <w:t>[project]</w:t>
      </w:r>
      <w:r>
        <w:rPr>
          <w:b w:val="0"/>
        </w:rPr>
        <w:t xml:space="preserve">, I </w:t>
      </w:r>
      <w:r>
        <w:rPr>
          <w:b/>
        </w:rPr>
        <w:t>[talked to customers / read the research]</w:t>
      </w:r>
      <w:r>
        <w:rPr>
          <w:b w:val="0"/>
        </w:rPr>
        <w:t xml:space="preserve"> and noticed </w:t>
      </w:r>
      <w:r>
        <w:rPr>
          <w:b/>
        </w:rPr>
        <w:t>[insight]</w:t>
      </w:r>
      <w:r>
        <w:rPr>
          <w:b w:val="0"/>
        </w:rPr>
        <w:t xml:space="preserve">. I then turned that into a one-page brief that </w:t>
      </w:r>
      <w:r>
        <w:rPr>
          <w:b/>
        </w:rPr>
        <w:t>[the agency or team]</w:t>
      </w:r>
      <w:r>
        <w:rPr>
          <w:b w:val="0"/>
        </w:rPr>
        <w:t xml:space="preserve"> used for the whole campaign, which </w:t>
      </w:r>
      <w:r>
        <w:rPr>
          <w:b/>
        </w:rPr>
        <w:t>[result]</w:t>
      </w:r>
      <w:r>
        <w:rPr>
          <w:b w:val="0"/>
        </w:rPr>
        <w:t>.</w:t>
      </w:r>
    </w:p>
    <w:p>
      <w:pPr>
        <w:pStyle w:val="Heading2"/>
      </w:pPr>
      <w:r>
        <w:t>Entry level</w:t>
      </w:r>
    </w:p>
    <w:p>
      <w:r>
        <w:rPr>
          <w:b w:val="0"/>
        </w:rPr>
        <w:t xml:space="preserve">Organized, eager to learn and reliable. In </w:t>
      </w:r>
      <w:r>
        <w:rPr>
          <w:b/>
        </w:rPr>
        <w:t>[internship or school role]</w:t>
      </w:r>
      <w:r>
        <w:rPr>
          <w:b w:val="0"/>
        </w:rPr>
        <w:t xml:space="preserve"> I </w:t>
      </w:r>
      <w:r>
        <w:rPr>
          <w:b/>
        </w:rPr>
        <w:t>[example of organization]</w:t>
      </w:r>
      <w:r>
        <w:rPr>
          <w:b w:val="0"/>
        </w:rPr>
        <w:t xml:space="preserve">. I taught myself </w:t>
      </w:r>
      <w:r>
        <w:rPr>
          <w:b/>
        </w:rPr>
        <w:t>[skill or tool]</w:t>
      </w:r>
      <w:r>
        <w:rPr>
          <w:b w:val="0"/>
        </w:rPr>
        <w:t xml:space="preserve"> in </w:t>
      </w:r>
      <w:r>
        <w:rPr>
          <w:b/>
        </w:rPr>
        <w:t>[time]</w:t>
      </w:r>
      <w:r>
        <w:rPr>
          <w:b w:val="0"/>
        </w:rPr>
        <w:t xml:space="preserve"> for </w:t>
      </w:r>
      <w:r>
        <w:rPr>
          <w:b/>
        </w:rPr>
        <w:t>[project]</w:t>
      </w:r>
      <w:r>
        <w:rPr>
          <w:b w:val="0"/>
        </w:rPr>
        <w:t xml:space="preserve">. And I've never missed a deadline in </w:t>
      </w:r>
      <w:r>
        <w:rPr>
          <w:b/>
        </w:rPr>
        <w:t>[context]</w:t>
      </w:r>
      <w:r>
        <w:rPr>
          <w:b w:val="0"/>
        </w:rPr>
        <w:t xml:space="preserve">, even when </w:t>
      </w:r>
      <w:r>
        <w:rPr>
          <w:b/>
        </w:rPr>
        <w:t>[challenge]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