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Respond to a Rejection Email (With 5 Templates)</w:t>
      </w:r>
    </w:p>
    <w:p>
      <w:r>
        <w:t>Templates from https://knowtheroom.ai/guides/how-to-respond-to-a-rejection-email/ · Replace everything in [brackets].</w:t>
      </w:r>
    </w:p>
    <w:p>
      <w:pPr>
        <w:pStyle w:val="Heading2"/>
      </w:pPr>
      <w:r>
        <w:t>After a recruiter or phone screen</w:t>
      </w:r>
    </w:p>
    <w:p>
      <w:r>
        <w:rPr>
          <w:b w:val="0"/>
        </w:rPr>
        <w:t xml:space="preserve">Subject: Re: </w:t>
      </w:r>
      <w:r>
        <w:rPr>
          <w:b/>
        </w:rPr>
        <w:t>[Role]</w:t>
      </w:r>
      <w:r>
        <w:rPr>
          <w:b w:val="0"/>
        </w:rPr>
        <w:t xml:space="preserve"> at </w:t>
      </w:r>
      <w:r>
        <w:rPr>
          <w:b/>
        </w:rPr>
        <w:t>[Company]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Thanks for letting me know, and for the time you spent with me. I enjoyed hearing about </w:t>
      </w:r>
      <w:r>
        <w:rPr>
          <w:b/>
        </w:rPr>
        <w:t>[the team or the role's priorities]</w:t>
      </w:r>
      <w:r>
        <w:rPr>
          <w:b w:val="0"/>
        </w:rPr>
        <w:t>.</w:t>
      </w:r>
    </w:p>
    <w:p/>
    <w:p>
      <w:r>
        <w:rPr>
          <w:b w:val="0"/>
        </w:rPr>
        <w:t xml:space="preserve">If another role comes up that suits my background in </w:t>
      </w:r>
      <w:r>
        <w:rPr>
          <w:b/>
        </w:rPr>
        <w:t>[your area: paid social, lifecycle, brand]</w:t>
      </w:r>
      <w:r>
        <w:rPr>
          <w:b w:val="0"/>
        </w:rPr>
        <w:t>, I'd be glad to hear from you.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After a hiring manager interview</w:t>
      </w:r>
    </w:p>
    <w:p>
      <w:r>
        <w:rPr>
          <w:b w:val="0"/>
        </w:rPr>
        <w:t xml:space="preserve">Subject: Re: </w:t>
      </w:r>
      <w:r>
        <w:rPr>
          <w:b/>
        </w:rPr>
        <w:t>[Role]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>Thank you for letting me know, and for the conversation last week. Your thoughts on [something they said: where the brand needs to go next, how the team works with sales] have stayed with me.</w:t>
      </w:r>
    </w:p>
    <w:p/>
    <w:p>
      <w:r>
        <w:rPr>
          <w:b w:val="0"/>
        </w:rPr>
        <w:t>If you have a few minutes, I'd value any feedback on where I fell short for this role. And if something opens up on the team in future, I'd be glad to be considered.</w:t>
      </w:r>
    </w:p>
    <w:p/>
    <w:p>
      <w:r>
        <w:rPr>
          <w:b w:val="0"/>
        </w:rPr>
        <w:t>All the best,</w:t>
      </w:r>
    </w:p>
    <w:p>
      <w:r>
        <w:rPr>
          <w:b/>
        </w:rPr>
        <w:t>[Your name]</w:t>
      </w:r>
    </w:p>
    <w:p>
      <w:pPr>
        <w:pStyle w:val="Heading2"/>
      </w:pPr>
      <w:r>
        <w:t>After the final round</w:t>
      </w:r>
    </w:p>
    <w:p>
      <w:r>
        <w:rPr>
          <w:b w:val="0"/>
        </w:rPr>
        <w:t xml:space="preserve">Subject: Re: </w:t>
      </w:r>
      <w:r>
        <w:rPr>
          <w:b/>
        </w:rPr>
        <w:t>[Role]</w:t>
      </w:r>
      <w:r>
        <w:rPr>
          <w:b w:val="0"/>
        </w:rPr>
        <w:t>: final round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Thank you for telling me, and please pass my thanks on to </w:t>
      </w:r>
      <w:r>
        <w:rPr>
          <w:b/>
        </w:rPr>
        <w:t>[names]</w:t>
      </w:r>
      <w:r>
        <w:rPr>
          <w:b w:val="0"/>
        </w:rPr>
        <w:t xml:space="preserve"> for their time in the final round. I enjoyed working through </w:t>
      </w:r>
      <w:r>
        <w:rPr>
          <w:b/>
        </w:rPr>
        <w:t>[the case / the presentation]</w:t>
      </w:r>
      <w:r>
        <w:rPr>
          <w:b w:val="0"/>
        </w:rPr>
        <w:t xml:space="preserve"> with the team.</w:t>
      </w:r>
    </w:p>
    <w:p/>
    <w:p>
      <w:r>
        <w:rPr>
          <w:b w:val="0"/>
        </w:rPr>
        <w:t xml:space="preserve">I'm disappointed, of course, because I was excited about </w:t>
      </w:r>
      <w:r>
        <w:rPr>
          <w:b/>
        </w:rPr>
        <w:t>[the specific work]</w:t>
      </w:r>
      <w:r>
        <w:rPr>
          <w:b w:val="0"/>
        </w:rPr>
        <w:t>. If the situation changes, or a similar role opens, I'd be very glad to talk again.</w:t>
      </w:r>
    </w:p>
    <w:p/>
    <w:p>
      <w:r>
        <w:rPr>
          <w:b w:val="0"/>
        </w:rPr>
        <w:t xml:space="preserve">If you're able to share feedback on the </w:t>
      </w:r>
      <w:r>
        <w:rPr>
          <w:b/>
        </w:rPr>
        <w:t>[presentation / final interviews]</w:t>
      </w:r>
      <w:r>
        <w:rPr>
          <w:b w:val="0"/>
        </w:rPr>
        <w:t>, I'd find it genuinely useful.</w:t>
      </w:r>
    </w:p>
    <w:p/>
    <w:p>
      <w:r>
        <w:rPr>
          <w:b w:val="0"/>
        </w:rPr>
        <w:t>Thank you again,</w:t>
      </w:r>
    </w:p>
    <w:p>
      <w:r>
        <w:rPr>
          <w:b/>
        </w:rPr>
        <w:t>[Your name]</w:t>
      </w:r>
    </w:p>
    <w:p>
      <w:pPr>
        <w:pStyle w:val="Heading2"/>
      </w:pPr>
      <w:r>
        <w:t>When you were rejected for an internal role</w:t>
      </w:r>
    </w:p>
    <w:p>
      <w:r>
        <w:rPr>
          <w:b w:val="0"/>
        </w:rPr>
        <w:t xml:space="preserve">Subject: Re: </w:t>
      </w:r>
      <w:r>
        <w:rPr>
          <w:b/>
        </w:rPr>
        <w:t>[Role]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>Thanks for telling me, and for considering me. I learned a lot from the process.</w:t>
      </w:r>
    </w:p>
    <w:p/>
    <w:p>
      <w:r>
        <w:rPr>
          <w:b w:val="0"/>
        </w:rPr>
        <w:t>Could we find 20 minutes in the next few weeks to talk about what would make me a stronger candidate for a role like this next time? I'd like to work on it.</w:t>
      </w:r>
    </w:p>
    <w:p/>
    <w:p>
      <w:r>
        <w:rPr>
          <w:b w:val="0"/>
        </w:rPr>
        <w:t>Thanks,</w:t>
      </w:r>
    </w:p>
    <w:p>
      <w:r>
        <w:rPr>
          <w:b/>
        </w:rPr>
        <w:t>[Your name]</w:t>
      </w:r>
    </w:p>
    <w:p>
      <w:pPr>
        <w:pStyle w:val="Heading2"/>
      </w:pPr>
      <w:r>
        <w:t>When you're rejected but want to stay in touch</w:t>
      </w:r>
    </w:p>
    <w:p>
      <w:r>
        <w:rPr>
          <w:b w:val="0"/>
        </w:rPr>
        <w:t xml:space="preserve">Subject: Re: </w:t>
      </w:r>
      <w:r>
        <w:rPr>
          <w:b/>
        </w:rPr>
        <w:t>[Role]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Thank you for the update, and for a thoughtful process. I came away with a lot of respect for what the team is doing with </w:t>
      </w:r>
      <w:r>
        <w:rPr>
          <w:b/>
        </w:rPr>
        <w:t>[the brand, the channel, the launch]</w:t>
      </w:r>
      <w:r>
        <w:rPr>
          <w:b w:val="0"/>
        </w:rPr>
        <w:t>.</w:t>
      </w:r>
    </w:p>
    <w:p/>
    <w:p>
      <w:r>
        <w:rPr>
          <w:b w:val="0"/>
        </w:rPr>
        <w:t xml:space="preserve">I'd like to stay in touch, and I'll connect with you on LinkedIn. If I can ever be useful, such as a perspective on </w:t>
      </w:r>
      <w:r>
        <w:rPr>
          <w:b/>
        </w:rPr>
        <w:t>[an area you know well]</w:t>
      </w:r>
      <w:r>
        <w:rPr>
          <w:b w:val="0"/>
        </w:rPr>
        <w:t>, let me know.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How do you ask for feedback after a rejection?</w:t>
      </w:r>
    </w:p>
    <w:p>
      <w:r>
        <w:rPr>
          <w:b w:val="0"/>
        </w:rPr>
        <w:t xml:space="preserve">Thank you, that's really helpful. I hadn't thought about </w:t>
      </w:r>
      <w:r>
        <w:rPr>
          <w:b/>
        </w:rPr>
        <w:t>[the point they made]</w:t>
      </w:r>
      <w:r>
        <w:rPr>
          <w:b w:val="0"/>
        </w:rPr>
        <w:t xml:space="preserve"> that way, and I'll work on it.</w:t>
      </w:r>
    </w:p>
    <w:p>
      <w:pPr>
        <w:pStyle w:val="Heading2"/>
      </w:pPr>
      <w:r>
        <w:t>Reaching back out months later</w:t>
      </w:r>
    </w:p>
    <w:p>
      <w:r>
        <w:rPr>
          <w:b w:val="0"/>
        </w:rPr>
        <w:t xml:space="preserve">Subject: Re: </w:t>
      </w:r>
      <w:r>
        <w:rPr>
          <w:b/>
        </w:rPr>
        <w:t>[Role]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We spoke </w:t>
      </w:r>
      <w:r>
        <w:rPr>
          <w:b/>
        </w:rPr>
        <w:t>[month]</w:t>
      </w:r>
      <w:r>
        <w:rPr>
          <w:b w:val="0"/>
        </w:rPr>
        <w:t xml:space="preserve"> about the </w:t>
      </w:r>
      <w:r>
        <w:rPr>
          <w:b/>
        </w:rPr>
        <w:t>[old role]</w:t>
      </w:r>
      <w:r>
        <w:rPr>
          <w:b w:val="0"/>
        </w:rPr>
        <w:t xml:space="preserve">. I've just seen the </w:t>
      </w:r>
      <w:r>
        <w:rPr>
          <w:b/>
        </w:rPr>
        <w:t>[new role]</w:t>
      </w:r>
      <w:r>
        <w:rPr>
          <w:b w:val="0"/>
        </w:rPr>
        <w:t xml:space="preserve"> opening and wanted to let you know I've applied.</w:t>
      </w:r>
    </w:p>
    <w:p/>
    <w:p>
      <w:r>
        <w:rPr>
          <w:b w:val="0"/>
        </w:rPr>
        <w:t>Since we talked, I've [one relevant thing: led a product launch, taken on the paid search budget, finished the certification you mentioned]. I'd love to be considered.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What if they rejected you without an interview, or ghosted you?</w:t>
      </w:r>
    </w:p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Thanks for letting me know. I'm still very interested in </w:t>
      </w:r>
      <w:r>
        <w:rPr>
          <w:b/>
        </w:rPr>
        <w:t>[company]</w:t>
      </w:r>
      <w:r>
        <w:rPr>
          <w:b w:val="0"/>
        </w:rPr>
        <w:t xml:space="preserve">, so I'd be glad to be considered for future </w:t>
      </w:r>
      <w:r>
        <w:rPr>
          <w:b/>
        </w:rPr>
        <w:t>[area, e.g. social media or brand]</w:t>
      </w:r>
      <w:r>
        <w:rPr>
          <w:b w:val="0"/>
        </w:rPr>
        <w:t xml:space="preserve"> roles.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