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Reach Out to a Recruiter on LinkedIn (With Templates)</w:t>
      </w:r>
    </w:p>
    <w:p>
      <w:r>
        <w:t>Templates from https://knowtheroom.ai/guides/how-to-message-a-recruiter-on-linkedin/ · Replace everything in [brackets].</w:t>
      </w:r>
    </w:p>
    <w:p>
      <w:pPr>
        <w:pStyle w:val="Heading2"/>
      </w:pPr>
      <w:r>
        <w:t>Template: note after you applied</w:t>
      </w:r>
    </w:p>
    <w:p>
      <w:r>
        <w:rPr>
          <w:b w:val="0"/>
        </w:rPr>
        <w:t xml:space="preserve">Hi </w:t>
      </w:r>
      <w:r>
        <w:rPr>
          <w:b/>
        </w:rPr>
        <w:t>[Name]</w:t>
      </w:r>
      <w:r>
        <w:rPr>
          <w:b w:val="0"/>
        </w:rPr>
        <w:t xml:space="preserve">, I just applied for the </w:t>
      </w:r>
      <w:r>
        <w:rPr>
          <w:b/>
        </w:rPr>
        <w:t>[Role]</w:t>
      </w:r>
      <w:r>
        <w:rPr>
          <w:b w:val="0"/>
        </w:rPr>
        <w:t xml:space="preserve"> role at </w:t>
      </w:r>
      <w:r>
        <w:rPr>
          <w:b/>
        </w:rPr>
        <w:t>[Company]</w:t>
      </w:r>
      <w:r>
        <w:rPr>
          <w:b w:val="0"/>
        </w:rPr>
        <w:t xml:space="preserve">. I've spent [X] years in </w:t>
      </w:r>
      <w:r>
        <w:rPr>
          <w:b/>
        </w:rPr>
        <w:t>[area, e.g. lifecycle marketing at subscription apps]</w:t>
      </w:r>
      <w:r>
        <w:rPr>
          <w:b w:val="0"/>
        </w:rPr>
        <w:t>. Glad to share more if helpful.</w:t>
      </w:r>
    </w:p>
    <w:p>
      <w:pPr>
        <w:pStyle w:val="Heading2"/>
      </w:pPr>
      <w:r>
        <w:t>Template: note before a role is posted</w:t>
      </w:r>
    </w:p>
    <w:p>
      <w:r>
        <w:rPr>
          <w:b w:val="0"/>
        </w:rPr>
        <w:t xml:space="preserve">Hi </w:t>
      </w:r>
      <w:r>
        <w:rPr>
          <w:b/>
        </w:rPr>
        <w:t>[Name]</w:t>
      </w:r>
      <w:r>
        <w:rPr>
          <w:b w:val="0"/>
        </w:rPr>
        <w:t xml:space="preserve">, I'm a </w:t>
      </w:r>
      <w:r>
        <w:rPr>
          <w:b/>
        </w:rPr>
        <w:t>[title]</w:t>
      </w:r>
      <w:r>
        <w:rPr>
          <w:b w:val="0"/>
        </w:rPr>
        <w:t xml:space="preserve"> focused on </w:t>
      </w:r>
      <w:r>
        <w:rPr>
          <w:b/>
        </w:rPr>
        <w:t>[area]</w:t>
      </w:r>
      <w:r>
        <w:rPr>
          <w:b w:val="0"/>
        </w:rPr>
        <w:t xml:space="preserve"> and I follow </w:t>
      </w:r>
      <w:r>
        <w:rPr>
          <w:b/>
        </w:rPr>
        <w:t>[Company]</w:t>
      </w:r>
      <w:r>
        <w:rPr>
          <w:b w:val="0"/>
        </w:rPr>
        <w:t xml:space="preserve">'s </w:t>
      </w:r>
      <w:r>
        <w:rPr>
          <w:b/>
        </w:rPr>
        <w:t>[specific marketing: campaign, product launch]</w:t>
      </w:r>
      <w:r>
        <w:rPr>
          <w:b w:val="0"/>
        </w:rPr>
        <w:t xml:space="preserve">. If a </w:t>
      </w:r>
      <w:r>
        <w:rPr>
          <w:b/>
        </w:rPr>
        <w:t>[type of role]</w:t>
      </w:r>
      <w:r>
        <w:rPr>
          <w:b w:val="0"/>
        </w:rPr>
        <w:t xml:space="preserve"> opens, I'd love to be considered.</w:t>
      </w:r>
    </w:p>
    <w:p>
      <w:pPr>
        <w:pStyle w:val="Heading2"/>
      </w:pPr>
      <w:r>
        <w:t>Template: note to an agency or search recruiter</w:t>
      </w:r>
    </w:p>
    <w:p>
      <w:r>
        <w:rPr>
          <w:b w:val="0"/>
        </w:rPr>
        <w:t xml:space="preserve">Hi </w:t>
      </w:r>
      <w:r>
        <w:rPr>
          <w:b/>
        </w:rPr>
        <w:t>[Name]</w:t>
      </w:r>
      <w:r>
        <w:rPr>
          <w:b w:val="0"/>
        </w:rPr>
        <w:t xml:space="preserve">, I'm a </w:t>
      </w:r>
      <w:r>
        <w:rPr>
          <w:b/>
        </w:rPr>
        <w:t>[title]</w:t>
      </w:r>
      <w:r>
        <w:rPr>
          <w:b w:val="0"/>
        </w:rPr>
        <w:t xml:space="preserve"> in </w:t>
      </w:r>
      <w:r>
        <w:rPr>
          <w:b/>
        </w:rPr>
        <w:t>[city / remote]</w:t>
      </w:r>
      <w:r>
        <w:rPr>
          <w:b w:val="0"/>
        </w:rPr>
        <w:t xml:space="preserve"> looking at </w:t>
      </w:r>
      <w:r>
        <w:rPr>
          <w:b/>
        </w:rPr>
        <w:t>[level]</w:t>
      </w:r>
      <w:r>
        <w:rPr>
          <w:b w:val="0"/>
        </w:rPr>
        <w:t xml:space="preserve"> roles in </w:t>
      </w:r>
      <w:r>
        <w:rPr>
          <w:b/>
        </w:rPr>
        <w:t>[area, e.g. brand marketing at consumer companies]</w:t>
      </w:r>
      <w:r>
        <w:rPr>
          <w:b w:val="0"/>
        </w:rPr>
        <w:t>. I see you place marketing leaders. Open to connecting?</w:t>
      </w:r>
    </w:p>
    <w:p>
      <w:pPr>
        <w:pStyle w:val="Heading2"/>
      </w:pPr>
      <w:r>
        <w:t>What should you say in the message after they accept?</w:t>
      </w:r>
    </w:p>
    <w:p>
      <w:r>
        <w:rPr>
          <w:b w:val="0"/>
        </w:rPr>
        <w:t xml:space="preserve">Hi </w:t>
      </w:r>
      <w:r>
        <w:rPr>
          <w:b/>
        </w:rPr>
        <w:t>[Name]</w:t>
      </w:r>
      <w:r>
        <w:rPr>
          <w:b w:val="0"/>
        </w:rPr>
        <w:t>,</w:t>
      </w:r>
    </w:p>
    <w:p/>
    <w:p>
      <w:r>
        <w:rPr>
          <w:b w:val="0"/>
        </w:rPr>
        <w:t xml:space="preserve">Thanks for connecting. I applied for the </w:t>
      </w:r>
      <w:r>
        <w:rPr>
          <w:b/>
        </w:rPr>
        <w:t>[Role]</w:t>
      </w:r>
      <w:r>
        <w:rPr>
          <w:b w:val="0"/>
        </w:rPr>
        <w:t xml:space="preserve"> role on </w:t>
      </w:r>
      <w:r>
        <w:rPr>
          <w:b/>
        </w:rPr>
        <w:t>[date]</w:t>
      </w:r>
      <w:r>
        <w:rPr>
          <w:b w:val="0"/>
        </w:rPr>
        <w:t>.</w:t>
      </w:r>
    </w:p>
    <w:p/>
    <w:p>
      <w:r>
        <w:rPr>
          <w:b w:val="0"/>
        </w:rPr>
        <w:t>Two things that seem relevant to what the team needs:</w:t>
      </w:r>
    </w:p>
    <w:p>
      <w:r>
        <w:rPr>
          <w:b w:val="0"/>
        </w:rPr>
        <w:t xml:space="preserve">- At </w:t>
      </w:r>
      <w:r>
        <w:rPr>
          <w:b/>
        </w:rPr>
        <w:t>[Company]</w:t>
      </w:r>
      <w:r>
        <w:rPr>
          <w:b w:val="0"/>
        </w:rPr>
        <w:t>, I [result tied to the job description, e.g. grew email revenue / ran the launch of a new product line / rebuilt the content program around search].</w:t>
      </w:r>
    </w:p>
    <w:p>
      <w:r>
        <w:rPr>
          <w:b w:val="0"/>
        </w:rPr>
        <w:t>- I've [second relevant fact: managed agencies, worked with sales, owned a budget, worked in the same category].</w:t>
      </w:r>
    </w:p>
    <w:p/>
    <w:p>
      <w:r>
        <w:rPr>
          <w:b w:val="0"/>
        </w:rPr>
        <w:t>Would it be possible to have a short call about the role, or let me know who the best person to speak with is? My resume is attached to the application, and I'm happy to send it here too.</w:t>
      </w:r>
    </w:p>
    <w:p/>
    <w:p>
      <w:r>
        <w:rPr>
          <w:b w:val="0"/>
        </w:rPr>
        <w:t>Thanks,</w:t>
      </w:r>
    </w:p>
    <w:p>
      <w:r>
        <w:rPr>
          <w:b/>
        </w:rPr>
        <w:t>[Your name]</w:t>
      </w:r>
    </w:p>
    <w:p>
      <w:pPr>
        <w:pStyle w:val="Heading2"/>
      </w:pPr>
      <w:r>
        <w:t>Template: InMail or message when you can't connect</w:t>
      </w:r>
    </w:p>
    <w:p>
      <w:r>
        <w:rPr>
          <w:b w:val="0"/>
        </w:rPr>
        <w:t xml:space="preserve">Subject: </w:t>
      </w:r>
      <w:r>
        <w:rPr>
          <w:b/>
        </w:rPr>
        <w:t>[Role]</w:t>
      </w:r>
      <w:r>
        <w:rPr>
          <w:b w:val="0"/>
        </w:rPr>
        <w:t xml:space="preserve"> application: </w:t>
      </w:r>
      <w:r>
        <w:rPr>
          <w:b/>
        </w:rPr>
        <w:t>[your title]</w:t>
      </w:r>
      <w:r>
        <w:rPr>
          <w:b w:val="0"/>
        </w:rPr>
        <w:t xml:space="preserve">, </w:t>
      </w:r>
      <w:r>
        <w:rPr>
          <w:b/>
        </w:rPr>
        <w:t>[one-word specialty]</w:t>
      </w:r>
    </w:p>
    <w:p/>
    <w:p>
      <w:r>
        <w:rPr>
          <w:b w:val="0"/>
        </w:rPr>
        <w:t xml:space="preserve">Hi </w:t>
      </w:r>
      <w:r>
        <w:rPr>
          <w:b/>
        </w:rPr>
        <w:t>[Name]</w:t>
      </w:r>
      <w:r>
        <w:rPr>
          <w:b w:val="0"/>
        </w:rPr>
        <w:t>,</w:t>
      </w:r>
    </w:p>
    <w:p/>
    <w:p>
      <w:r>
        <w:rPr>
          <w:b w:val="0"/>
        </w:rPr>
        <w:t xml:space="preserve">I applied for the </w:t>
      </w:r>
      <w:r>
        <w:rPr>
          <w:b/>
        </w:rPr>
        <w:t>[Role]</w:t>
      </w:r>
      <w:r>
        <w:rPr>
          <w:b w:val="0"/>
        </w:rPr>
        <w:t xml:space="preserve"> role at </w:t>
      </w:r>
      <w:r>
        <w:rPr>
          <w:b/>
        </w:rPr>
        <w:t>[Company]</w:t>
      </w:r>
      <w:r>
        <w:rPr>
          <w:b w:val="0"/>
        </w:rPr>
        <w:t xml:space="preserve"> and wanted to introduce myself briefly. I'm a </w:t>
      </w:r>
      <w:r>
        <w:rPr>
          <w:b/>
        </w:rPr>
        <w:t>[title]</w:t>
      </w:r>
      <w:r>
        <w:rPr>
          <w:b w:val="0"/>
        </w:rPr>
        <w:t xml:space="preserve"> with experience in </w:t>
      </w:r>
      <w:r>
        <w:rPr>
          <w:b/>
        </w:rPr>
        <w:t>[area]</w:t>
      </w:r>
      <w:r>
        <w:rPr>
          <w:b w:val="0"/>
        </w:rPr>
        <w:t xml:space="preserve">, most recently at </w:t>
      </w:r>
      <w:r>
        <w:rPr>
          <w:b/>
        </w:rPr>
        <w:t>[Company]</w:t>
      </w:r>
      <w:r>
        <w:rPr>
          <w:b w:val="0"/>
        </w:rPr>
        <w:t xml:space="preserve">, where I </w:t>
      </w:r>
      <w:r>
        <w:rPr>
          <w:b/>
        </w:rPr>
        <w:t>[one result]</w:t>
      </w:r>
      <w:r>
        <w:rPr>
          <w:b w:val="0"/>
        </w:rPr>
        <w:t>.</w:t>
      </w:r>
    </w:p>
    <w:p/>
    <w:p>
      <w:r>
        <w:rPr>
          <w:b w:val="0"/>
        </w:rPr>
        <w:t xml:space="preserve">The role's focus on </w:t>
      </w:r>
      <w:r>
        <w:rPr>
          <w:b/>
        </w:rPr>
        <w:t>[specific thing from the posting]</w:t>
      </w:r>
      <w:r>
        <w:rPr>
          <w:b w:val="0"/>
        </w:rPr>
        <w:t xml:space="preserve"> is exactly the work I want to do more of. If it's helpful, I'm glad to have a quick call.</w:t>
      </w:r>
    </w:p>
    <w:p/>
    <w:p>
      <w:r>
        <w:rPr>
          <w:b w:val="0"/>
        </w:rPr>
        <w:t>Best,</w:t>
      </w:r>
    </w:p>
    <w:p>
      <w:r>
        <w:rPr>
          <w:b/>
        </w:rPr>
        <w:t>[Your name]</w:t>
      </w:r>
    </w:p>
    <w:p>
      <w:pPr>
        <w:pStyle w:val="Heading2"/>
      </w:pPr>
      <w:r>
        <w:t>How do you reach out when there's no open role?</w:t>
      </w:r>
    </w:p>
    <w:p>
      <w:r>
        <w:rPr>
          <w:b w:val="0"/>
        </w:rPr>
        <w:t xml:space="preserve">Hi </w:t>
      </w:r>
      <w:r>
        <w:rPr>
          <w:b/>
        </w:rPr>
        <w:t>[Name]</w:t>
      </w:r>
      <w:r>
        <w:rPr>
          <w:b w:val="0"/>
        </w:rPr>
        <w:t>,</w:t>
      </w:r>
    </w:p>
    <w:p/>
    <w:p>
      <w:r>
        <w:rPr>
          <w:b w:val="0"/>
        </w:rPr>
        <w:t xml:space="preserve">I'm a </w:t>
      </w:r>
      <w:r>
        <w:rPr>
          <w:b/>
        </w:rPr>
        <w:t>[title]</w:t>
      </w:r>
      <w:r>
        <w:rPr>
          <w:b w:val="0"/>
        </w:rPr>
        <w:t xml:space="preserve"> specializing in </w:t>
      </w:r>
      <w:r>
        <w:rPr>
          <w:b/>
        </w:rPr>
        <w:t>[area]</w:t>
      </w:r>
      <w:r>
        <w:rPr>
          <w:b w:val="0"/>
        </w:rPr>
        <w:t xml:space="preserve"> and I've been following </w:t>
      </w:r>
      <w:r>
        <w:rPr>
          <w:b/>
        </w:rPr>
        <w:t>[Company]</w:t>
      </w:r>
      <w:r>
        <w:rPr>
          <w:b w:val="0"/>
        </w:rPr>
        <w:t xml:space="preserve">'s marketing for a while, especially </w:t>
      </w:r>
      <w:r>
        <w:rPr>
          <w:b/>
        </w:rPr>
        <w:t>[specific thing: a campaign, a new market, a brand refresh]</w:t>
      </w:r>
      <w:r>
        <w:rPr>
          <w:b w:val="0"/>
        </w:rPr>
        <w:t>.</w:t>
      </w:r>
    </w:p>
    <w:p/>
    <w:p>
      <w:r>
        <w:rPr>
          <w:b w:val="0"/>
        </w:rPr>
        <w:t xml:space="preserve">I know there's nothing open on the team that fits right now. If a </w:t>
      </w:r>
      <w:r>
        <w:rPr>
          <w:b/>
        </w:rPr>
        <w:t>[Role type]</w:t>
      </w:r>
      <w:r>
        <w:rPr>
          <w:b w:val="0"/>
        </w:rPr>
        <w:t xml:space="preserve"> role comes up, I'd love to be considered. A short summary of my background: </w:t>
      </w:r>
      <w:r>
        <w:rPr>
          <w:b/>
        </w:rPr>
        <w:t>[one line with your strongest result]</w:t>
      </w:r>
      <w:r>
        <w:rPr>
          <w:b w:val="0"/>
        </w:rPr>
        <w:t>.</w:t>
      </w:r>
    </w:p>
    <w:p/>
    <w:p>
      <w:r>
        <w:rPr>
          <w:b w:val="0"/>
        </w:rPr>
        <w:t>Thanks for reading,</w:t>
      </w:r>
    </w:p>
    <w:p>
      <w:r>
        <w:rPr>
          <w:b/>
        </w:rPr>
        <w:t>[Your name]</w:t>
      </w:r>
    </w:p>
    <w:p>
      <w:pPr>
        <w:pStyle w:val="Heading2"/>
      </w:pPr>
      <w:r>
        <w:t>How do you follow up with a recruiter who doesn't reply?</w:t>
      </w:r>
    </w:p>
    <w:p>
      <w:r>
        <w:rPr>
          <w:b w:val="0"/>
        </w:rPr>
        <w:t xml:space="preserve">Hi </w:t>
      </w:r>
      <w:r>
        <w:rPr>
          <w:b/>
        </w:rPr>
        <w:t>[Name]</w:t>
      </w:r>
      <w:r>
        <w:rPr>
          <w:b w:val="0"/>
        </w:rPr>
        <w:t xml:space="preserve">, following up on the </w:t>
      </w:r>
      <w:r>
        <w:rPr>
          <w:b/>
        </w:rPr>
        <w:t>[Role]</w:t>
      </w:r>
      <w:r>
        <w:rPr>
          <w:b w:val="0"/>
        </w:rPr>
        <w:t xml:space="preserve"> role. Since I wrote, [new thing: I saw the team's launch of X / I finished a project on Y that's close to what the role covers]. Still very interested if there's a fit.</w:t>
      </w:r>
    </w:p>
    <w:p>
      <w:pPr>
        <w:pStyle w:val="Heading2"/>
      </w:pPr>
      <w:r>
        <w:t>How do you reach out when a recruiter viewed your profile?</w:t>
      </w:r>
    </w:p>
    <w:p>
      <w:r>
        <w:rPr>
          <w:b w:val="0"/>
        </w:rPr>
        <w:t xml:space="preserve">Hi </w:t>
      </w:r>
      <w:r>
        <w:rPr>
          <w:b/>
        </w:rPr>
        <w:t>[Name]</w:t>
      </w:r>
      <w:r>
        <w:rPr>
          <w:b w:val="0"/>
        </w:rPr>
        <w:t xml:space="preserve">, I saw you'd looked at my profile. I'm a </w:t>
      </w:r>
      <w:r>
        <w:rPr>
          <w:b/>
        </w:rPr>
        <w:t>[title]</w:t>
      </w:r>
      <w:r>
        <w:rPr>
          <w:b w:val="0"/>
        </w:rPr>
        <w:t xml:space="preserve"> focused on </w:t>
      </w:r>
      <w:r>
        <w:rPr>
          <w:b/>
        </w:rPr>
        <w:t>[area of marketing]</w:t>
      </w:r>
      <w:r>
        <w:rPr>
          <w:b w:val="0"/>
        </w:rPr>
        <w:t xml:space="preserve">, and the </w:t>
      </w:r>
      <w:r>
        <w:rPr>
          <w:b/>
        </w:rPr>
        <w:t>[role]</w:t>
      </w:r>
      <w:r>
        <w:rPr>
          <w:b w:val="0"/>
        </w:rPr>
        <w:t xml:space="preserve"> opening on your team looks like a close fit. Happy to share more if it's useful.</w:t>
      </w:r>
    </w:p>
    <w:p>
      <w:pPr>
        <w:pStyle w:val="Heading2"/>
      </w:pPr>
      <w:r>
        <w:t>How do you reply when a recruiter messages you first?</w:t>
      </w:r>
    </w:p>
    <w:p>
      <w:r>
        <w:rPr>
          <w:b w:val="0"/>
        </w:rPr>
        <w:t xml:space="preserve">Thanks for reaching out, </w:t>
      </w:r>
      <w:r>
        <w:rPr>
          <w:b/>
        </w:rPr>
        <w:t>[Name]</w:t>
      </w:r>
      <w:r>
        <w:rPr>
          <w:b w:val="0"/>
        </w:rPr>
        <w:t xml:space="preserve">. This one isn't quite right for me, since I'm focused on </w:t>
      </w:r>
      <w:r>
        <w:rPr>
          <w:b/>
        </w:rPr>
        <w:t>[level or area]</w:t>
      </w:r>
      <w:r>
        <w:rPr>
          <w:b w:val="0"/>
        </w:rPr>
        <w:t xml:space="preserve"> roles, but I'd love to hear about anything closer to </w:t>
      </w:r>
      <w:r>
        <w:rPr>
          <w:b/>
        </w:rPr>
        <w:t>[what you want]</w:t>
      </w:r>
      <w:r>
        <w:rPr>
          <w:b w:val="0"/>
        </w:rPr>
        <w:t xml:space="preserve">. Here's a short summary of my background: </w:t>
      </w:r>
      <w:r>
        <w:rPr>
          <w:b/>
        </w:rPr>
        <w:t>[one line]</w:t>
      </w:r>
      <w:r>
        <w:rPr>
          <w:b w:val="0"/>
        </w:rP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