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Follow Up After an Interview (With Timing and Templates)</w:t>
      </w:r>
    </w:p>
    <w:p>
      <w:r>
        <w:t>Templates from https://knowtheroom.ai/guides/how-to-follow-up-after-an-interview/ · Replace everything in [brackets].</w:t>
      </w:r>
    </w:p>
    <w:p>
      <w:pPr>
        <w:pStyle w:val="Heading2"/>
      </w:pPr>
      <w:r>
        <w:t>What should a follow-up email after an interview say?</w:t>
      </w:r>
    </w:p>
    <w:p>
      <w:r>
        <w:rPr>
          <w:b w:val="0"/>
        </w:rPr>
        <w:t xml:space="preserve">Subject: Re: </w:t>
      </w:r>
      <w:r>
        <w:rPr>
          <w:b/>
        </w:rPr>
        <w:t>[Role]</w:t>
      </w:r>
      <w:r>
        <w:rPr>
          <w:b w:val="0"/>
        </w:rPr>
        <w:t xml:space="preserve"> — checking in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I hope your week is going well. You mentioned the team hoped to decide on next steps by </w:t>
      </w:r>
      <w:r>
        <w:rPr>
          <w:b/>
        </w:rPr>
        <w:t>[date]</w:t>
      </w:r>
      <w:r>
        <w:rPr>
          <w:b w:val="0"/>
        </w:rPr>
        <w:t xml:space="preserve">, so I wanted to check in on the </w:t>
      </w:r>
      <w:r>
        <w:rPr>
          <w:b/>
        </w:rPr>
        <w:t>[Role]</w:t>
      </w:r>
      <w:r>
        <w:rPr>
          <w:b w:val="0"/>
        </w:rPr>
        <w:t xml:space="preserve"> process.</w:t>
      </w:r>
    </w:p>
    <w:p/>
    <w:p>
      <w:r>
        <w:rPr>
          <w:b w:val="0"/>
        </w:rPr>
        <w:t xml:space="preserve">I'm still very interested, especially after hearing about </w:t>
      </w:r>
      <w:r>
        <w:rPr>
          <w:b/>
        </w:rPr>
        <w:t>[one specific thing from the interview]</w:t>
      </w:r>
      <w:r>
        <w:rPr>
          <w:b w:val="0"/>
        </w:rPr>
        <w:t>. Happy to send anything that would help.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How do you follow up after a final interview?</w:t>
      </w:r>
    </w:p>
    <w:p>
      <w:r>
        <w:rPr>
          <w:b w:val="0"/>
        </w:rPr>
        <w:t xml:space="preserve">Subject: Re: </w:t>
      </w:r>
      <w:r>
        <w:rPr>
          <w:b/>
        </w:rPr>
        <w:t>[Role]</w:t>
      </w:r>
      <w:r>
        <w:rPr>
          <w:b w:val="0"/>
        </w:rPr>
        <w:t xml:space="preserve"> final round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Thanks again for organizing the final round on </w:t>
      </w:r>
      <w:r>
        <w:rPr>
          <w:b/>
        </w:rPr>
        <w:t>[day]</w:t>
      </w:r>
      <w:r>
        <w:rPr>
          <w:b w:val="0"/>
        </w:rPr>
        <w:t xml:space="preserve">. I enjoyed meeting </w:t>
      </w:r>
      <w:r>
        <w:rPr>
          <w:b/>
        </w:rPr>
        <w:t>[names]</w:t>
      </w:r>
      <w:r>
        <w:rPr>
          <w:b w:val="0"/>
        </w:rPr>
        <w:t xml:space="preserve"> and hearing more about </w:t>
      </w:r>
      <w:r>
        <w:rPr>
          <w:b/>
        </w:rPr>
        <w:t>[one specific plan or challenge]</w:t>
      </w:r>
      <w:r>
        <w:rPr>
          <w:b w:val="0"/>
        </w:rPr>
        <w:t>. I'm excited about the role and happy to provide references or anything else you need for next steps.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Following up when you have another offer</w:t>
      </w:r>
    </w:p>
    <w:p>
      <w:r>
        <w:rPr>
          <w:b w:val="0"/>
        </w:rPr>
        <w:t xml:space="preserve">Subject: </w:t>
      </w:r>
      <w:r>
        <w:rPr>
          <w:b/>
        </w:rPr>
        <w:t>[Role]</w:t>
      </w:r>
      <w:r>
        <w:rPr>
          <w:b w:val="0"/>
        </w:rPr>
        <w:t xml:space="preserve"> — timing update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I wanted to let you know I've received an offer from another company and need to respond by </w:t>
      </w:r>
      <w:r>
        <w:rPr>
          <w:b/>
        </w:rPr>
        <w:t>[date]</w:t>
      </w:r>
      <w:r>
        <w:rPr>
          <w:b w:val="0"/>
        </w:rPr>
        <w:t xml:space="preserve">. </w:t>
      </w:r>
      <w:r>
        <w:rPr>
          <w:b/>
        </w:rPr>
        <w:t>[Company]</w:t>
      </w:r>
      <w:r>
        <w:rPr>
          <w:b w:val="0"/>
        </w:rPr>
        <w:t xml:space="preserve"> is still my first choice, so I wanted to ask whether there's any chance of an update on the </w:t>
      </w:r>
      <w:r>
        <w:rPr>
          <w:b/>
        </w:rPr>
        <w:t>[Role]</w:t>
      </w:r>
      <w:r>
        <w:rPr>
          <w:b w:val="0"/>
        </w:rPr>
        <w:t xml:space="preserve"> process before then.</w:t>
      </w:r>
    </w:p>
    <w:p/>
    <w:p>
      <w:r>
        <w:rPr>
          <w:b w:val="0"/>
        </w:rPr>
        <w:t>I understand if the timing doesn't work. Thank you either way.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Sharing news that helps your case</w:t>
      </w:r>
    </w:p>
    <w:p>
      <w:r>
        <w:rPr>
          <w:b w:val="0"/>
        </w:rPr>
        <w:t xml:space="preserve">Subject: </w:t>
      </w:r>
      <w:r>
        <w:rPr>
          <w:b/>
        </w:rPr>
        <w:t>[Role]</w:t>
      </w:r>
      <w:r>
        <w:rPr>
          <w:b w:val="0"/>
        </w:rPr>
        <w:t xml:space="preserve"> — a quick follow-up on </w:t>
      </w:r>
      <w:r>
        <w:rPr>
          <w:b/>
        </w:rPr>
        <w:t>[topic]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When we spoke you asked about </w:t>
      </w:r>
      <w:r>
        <w:rPr>
          <w:b/>
        </w:rPr>
        <w:t>[topic]</w:t>
      </w:r>
      <w:r>
        <w:rPr>
          <w:b w:val="0"/>
        </w:rPr>
        <w:t xml:space="preserve">. I gave a short answer and wanted to add one thing: </w:t>
      </w:r>
      <w:r>
        <w:rPr>
          <w:b/>
        </w:rPr>
        <w:t>[two sentences with the better answer or the link]</w:t>
      </w:r>
      <w:r>
        <w:rPr>
          <w:b w:val="0"/>
        </w:rPr>
        <w:t>.</w:t>
      </w:r>
    </w:p>
    <w:p/>
    <w:p>
      <w:r>
        <w:rPr>
          <w:b w:val="0"/>
        </w:rPr>
        <w:t>Looking forward to hearing about next steps.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What to do when you hear nothing</w:t>
      </w:r>
    </w:p>
    <w:p>
      <w:r>
        <w:rPr>
          <w:b w:val="0"/>
        </w:rPr>
        <w:t xml:space="preserve">Subject: Re: </w:t>
      </w:r>
      <w:r>
        <w:rPr>
          <w:b/>
        </w:rPr>
        <w:t>[Role]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I haven't heard back about the </w:t>
      </w:r>
      <w:r>
        <w:rPr>
          <w:b/>
        </w:rPr>
        <w:t>[Role]</w:t>
      </w:r>
      <w:r>
        <w:rPr>
          <w:b w:val="0"/>
        </w:rPr>
        <w:t xml:space="preserve"> role, so I'll assume the team has moved forward. Thank you for your time and the conversations. If anything changes, or another role fits my background in </w:t>
      </w:r>
      <w:r>
        <w:rPr>
          <w:b/>
        </w:rPr>
        <w:t>[your area]</w:t>
      </w:r>
      <w:r>
        <w:rPr>
          <w:b w:val="0"/>
        </w:rPr>
        <w:t>, I'd be glad to hear from you.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