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How to Decline a Job Offer: 6 Email Templates and What to Say</w:t>
      </w:r>
    </w:p>
    <w:p>
      <w:r>
        <w:t>Templates from https://knowtheroom.ai/guides/how-to-decline-a-job-offer/ · Replace everything in [brackets].</w:t>
      </w:r>
    </w:p>
    <w:p>
      <w:pPr>
        <w:pStyle w:val="Heading2"/>
      </w:pPr>
      <w:r>
        <w:t>How to decline a job offer after accepting another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offering me the </w:t>
      </w:r>
      <w:r>
        <w:rPr>
          <w:b/>
        </w:rPr>
        <w:t>[Role]</w:t>
      </w:r>
      <w:r>
        <w:rPr>
          <w:b w:val="0"/>
        </w:rPr>
        <w:t xml:space="preserve"> role, and for the time you and the team put into the process. I enjoyed our conversations, especially [one specific thing: the discussion about the brand relaunch, meeting the content team].</w:t>
      </w:r>
    </w:p>
    <w:p/>
    <w:p>
      <w:r>
        <w:rPr>
          <w:b w:val="0"/>
        </w:rPr>
        <w:t>After a lot of thought, I've accepted another offer that's a closer match for where I want my career to go next, so I'm declining this one.</w:t>
      </w:r>
    </w:p>
    <w:p/>
    <w:p>
      <w:r>
        <w:rPr>
          <w:b w:val="0"/>
        </w:rPr>
        <w:t xml:space="preserve">I have a lot of respect for what you're building at </w:t>
      </w:r>
      <w:r>
        <w:rPr>
          <w:b/>
        </w:rPr>
        <w:t>[Company]</w:t>
      </w:r>
      <w:r>
        <w:rPr>
          <w:b w:val="0"/>
        </w:rPr>
        <w:t>, and I'd like to stay in touch.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How to decline a job offer because of salary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offer and for working with me on the package. I appreciate the effort you and </w:t>
      </w:r>
      <w:r>
        <w:rPr>
          <w:b/>
        </w:rPr>
        <w:t>[recruiter's name]</w:t>
      </w:r>
      <w:r>
        <w:rPr>
          <w:b w:val="0"/>
        </w:rPr>
        <w:t xml:space="preserve"> made.</w:t>
      </w:r>
    </w:p>
    <w:p/>
    <w:p>
      <w:r>
        <w:rPr>
          <w:b w:val="0"/>
        </w:rPr>
        <w:t>I've thought about it carefully, and the compensation isn't at a level I can accept for this role, so I'm going to decline. That's no reflection on the team or the work, which I was genuinely excited about.</w:t>
      </w:r>
    </w:p>
    <w:p/>
    <w:p>
      <w:r>
        <w:rPr>
          <w:b w:val="0"/>
        </w:rPr>
        <w:t>If the budget for the role changes, I'd be glad to talk again. Either way, thank you for your time.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How to decline a job offer that isn't the right fit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offering me the </w:t>
      </w:r>
      <w:r>
        <w:rPr>
          <w:b/>
        </w:rPr>
        <w:t>[Role]</w:t>
      </w:r>
      <w:r>
        <w:rPr>
          <w:b w:val="0"/>
        </w:rPr>
        <w:t xml:space="preserve"> position. I enjoyed meeting the team and learning about </w:t>
      </w:r>
      <w:r>
        <w:rPr>
          <w:b/>
        </w:rPr>
        <w:t>[a project or priority they discussed]</w:t>
      </w:r>
      <w:r>
        <w:rPr>
          <w:b w:val="0"/>
        </w:rPr>
        <w:t>.</w:t>
      </w:r>
    </w:p>
    <w:p/>
    <w:p>
      <w:r>
        <w:rPr>
          <w:b w:val="0"/>
        </w:rPr>
        <w:t xml:space="preserve">After thinking it through, I've realized the role isn't the right fit for what I'm looking for next. I'm looking for a role with more </w:t>
      </w:r>
      <w:r>
        <w:rPr>
          <w:b/>
        </w:rPr>
        <w:t>[ownership of brand strategy / people management / focus on one channel]</w:t>
      </w:r>
      <w:r>
        <w:rPr>
          <w:b w:val="0"/>
        </w:rPr>
        <w:t>, and I don't think it would be fair to you or the team to accept something I'm not sure about.</w:t>
      </w:r>
    </w:p>
    <w:p/>
    <w:p>
      <w:r>
        <w:rPr>
          <w:b w:val="0"/>
        </w:rPr>
        <w:t>Thank you again for your time and for the thoughtful process.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How to decline a job offer but keep the door open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 xml:space="preserve"> offer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>Thank you for the offer. Turning it down was a hard decision, because I liked the team and the work a lot.</w:t>
      </w:r>
    </w:p>
    <w:p/>
    <w:p>
      <w:r>
        <w:rPr>
          <w:b/>
        </w:rPr>
        <w:t>[Your one-line reason: I've committed to finishing the launch I'm leading at my current company / I've accepted a role that's a step up in scope.] So I'm declining this one, but I'd very much like to stay in touch.</w:t>
      </w:r>
    </w:p>
    <w:p/>
    <w:p>
      <w:r>
        <w:rPr>
          <w:b w:val="0"/>
        </w:rPr>
        <w:t xml:space="preserve">If another role opens on the </w:t>
      </w:r>
      <w:r>
        <w:rPr>
          <w:b/>
        </w:rPr>
        <w:t>[brand / growth / content]</w:t>
      </w:r>
      <w:r>
        <w:rPr>
          <w:b w:val="0"/>
        </w:rPr>
        <w:t xml:space="preserve"> team in the future, I'd be glad to hear about it. I'll connect with you on LinkedIn, and I hope our paths cross again.</w:t>
      </w:r>
    </w:p>
    <w:p/>
    <w:p>
      <w:r>
        <w:rPr>
          <w:b w:val="0"/>
        </w:rPr>
        <w:t>All the best,</w:t>
      </w:r>
    </w:p>
    <w:p>
      <w:r>
        <w:rPr>
          <w:b/>
        </w:rPr>
        <w:t>[Your name]</w:t>
      </w:r>
    </w:p>
    <w:p>
      <w:pPr>
        <w:pStyle w:val="Heading2"/>
      </w:pPr>
      <w:r>
        <w:t>A short email to the recruiter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 xml:space="preserve"> at </w:t>
      </w:r>
      <w:r>
        <w:rPr>
          <w:b/>
        </w:rPr>
        <w:t>[Company]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all your help through the process. I've decided to decline the </w:t>
      </w:r>
      <w:r>
        <w:rPr>
          <w:b/>
        </w:rPr>
        <w:t>[Role]</w:t>
      </w:r>
      <w:r>
        <w:rPr>
          <w:b w:val="0"/>
        </w:rPr>
        <w:t xml:space="preserve"> offer: </w:t>
      </w:r>
      <w:r>
        <w:rPr>
          <w:b/>
        </w:rPr>
        <w:t>[one-line reason]</w:t>
      </w:r>
      <w:r>
        <w:rPr>
          <w:b w:val="0"/>
        </w:rPr>
        <w:t xml:space="preserve">. Please pass my thanks on to </w:t>
      </w:r>
      <w:r>
        <w:rPr>
          <w:b/>
        </w:rPr>
        <w:t>[hiring manager]</w:t>
      </w:r>
      <w:r>
        <w:rPr>
          <w:b w:val="0"/>
        </w:rPr>
        <w:t xml:space="preserve"> and the team.</w:t>
      </w:r>
    </w:p>
    <w:p/>
    <w:p>
      <w:r>
        <w:rPr>
          <w:b w:val="0"/>
        </w:rPr>
        <w:t>I'd be glad to stay in touch about future roles.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Withdrawing before an offer arrives</w:t>
      </w:r>
    </w:p>
    <w:p>
      <w:r>
        <w:rPr>
          <w:b w:val="0"/>
        </w:rPr>
        <w:t xml:space="preserve">Subject: Withdrawing from the </w:t>
      </w:r>
      <w:r>
        <w:rPr>
          <w:b/>
        </w:rPr>
        <w:t>[Role]</w:t>
      </w:r>
      <w:r>
        <w:rPr>
          <w:b w:val="0"/>
        </w:rPr>
        <w:t xml:space="preserve"> process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considering me for the </w:t>
      </w:r>
      <w:r>
        <w:rPr>
          <w:b/>
        </w:rPr>
        <w:t>[Role]</w:t>
      </w:r>
      <w:r>
        <w:rPr>
          <w:b w:val="0"/>
        </w:rPr>
        <w:t xml:space="preserve"> role. I've accepted another position, so I'd like to withdraw from the process.</w:t>
      </w:r>
    </w:p>
    <w:p/>
    <w:p>
      <w:r>
        <w:rPr>
          <w:b w:val="0"/>
        </w:rPr>
        <w:t xml:space="preserve">I enjoyed meeting </w:t>
      </w:r>
      <w:r>
        <w:rPr>
          <w:b/>
        </w:rPr>
        <w:t>[names]</w:t>
      </w:r>
      <w:r>
        <w:rPr>
          <w:b w:val="0"/>
        </w:rPr>
        <w:t xml:space="preserve"> and learning about the team. Thank you for your time.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How to decline a job offer you already accepted</w:t>
      </w:r>
    </w:p>
    <w:p>
      <w:r>
        <w:rPr>
          <w:b w:val="0"/>
        </w:rPr>
        <w:t xml:space="preserve">Subject: </w:t>
      </w:r>
      <w:r>
        <w:rPr>
          <w:b/>
        </w:rPr>
        <w:t>[Role]</w:t>
      </w:r>
      <w:r>
        <w:rPr>
          <w:b w:val="0"/>
        </w:rPr>
        <w:t xml:space="preserve"> offer: an update from </w:t>
      </w:r>
      <w:r>
        <w:rPr>
          <w:b/>
        </w:rPr>
        <w:t>[Your name]</w:t>
      </w:r>
    </w:p>
    <w:p/>
    <w:p>
      <w:r>
        <w:rPr>
          <w:b w:val="0"/>
        </w:rPr>
        <w:t xml:space="preserve">Hi </w:t>
      </w:r>
      <w:r>
        <w:rPr>
          <w:b/>
        </w:rPr>
        <w:t>[Name]</w:t>
      </w:r>
      <w:r>
        <w:rPr>
          <w:b w:val="0"/>
        </w:rPr>
        <w:t>,</w:t>
      </w:r>
    </w:p>
    <w:p/>
    <w:p>
      <w:r>
        <w:rPr>
          <w:b w:val="0"/>
        </w:rPr>
        <w:t xml:space="preserve">Thank you for the call earlier. As I said, I'm very sorry to go back on my acceptance, but after a lot of thought I've decided not to join </w:t>
      </w:r>
      <w:r>
        <w:rPr>
          <w:b/>
        </w:rPr>
        <w:t>[Company]</w:t>
      </w:r>
      <w:r>
        <w:rPr>
          <w:b w:val="0"/>
        </w:rPr>
        <w:t>. [One-line reason, e.g. "A situation has changed at home and the timing no longer works."]</w:t>
      </w:r>
    </w:p>
    <w:p/>
    <w:p>
      <w:r>
        <w:rPr>
          <w:b w:val="0"/>
        </w:rPr>
        <w:t>I know this creates work for you and the team, and I apologize for that. I'm grateful for the time everyone spent with me, and I'd be glad to stay in touch if that's welcome.</w:t>
      </w:r>
    </w:p>
    <w:p/>
    <w:p>
      <w:r>
        <w:rPr>
          <w:b w:val="0"/>
        </w:rPr>
        <w:t>Best,</w:t>
      </w:r>
    </w:p>
    <w:p>
      <w:r>
        <w:rPr>
          <w:b/>
        </w:rPr>
        <w:t>[Your name]</w:t>
      </w:r>
    </w:p>
    <w:p>
      <w:pPr>
        <w:pStyle w:val="Heading2"/>
      </w:pPr>
      <w:r>
        <w:t>What if they make a counteroffer?</w:t>
      </w:r>
    </w:p>
    <w:p>
      <w:r>
        <w:rPr>
          <w:b w:val="0"/>
        </w:rPr>
        <w:t>Thank you for coming back with that. I really appreciate it, but my decision stands. I hope we get the chance to work together another time.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