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Ask for a Referral: Email and LinkedIn Templates</w:t>
      </w:r>
    </w:p>
    <w:p>
      <w:r>
        <w:t>Templates from https://knowtheroom.ai/guides/how-to-ask-for-a-referral/ · Replace everything in [brackets].</w:t>
      </w:r>
    </w:p>
    <w:p>
      <w:pPr>
        <w:pStyle w:val="Heading2"/>
      </w:pPr>
      <w:r>
        <w:t>To a close contact or friend</w:t>
      </w:r>
    </w:p>
    <w:p>
      <w:r>
        <w:rPr>
          <w:b w:val="0"/>
        </w:rPr>
        <w:t xml:space="preserve">Subject: Referral for the </w:t>
      </w:r>
      <w:r>
        <w:rPr>
          <w:b/>
        </w:rPr>
        <w:t>[Role]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>?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hope </w:t>
      </w:r>
      <w:r>
        <w:rPr>
          <w:b/>
        </w:rPr>
        <w:t>[something personal: the new job is going well / the move went OK]</w:t>
      </w:r>
      <w:r>
        <w:rPr>
          <w:b w:val="0"/>
        </w:rPr>
        <w:t xml:space="preserve">. I saw </w:t>
      </w:r>
      <w:r>
        <w:rPr>
          <w:b/>
        </w:rPr>
        <w:t>[Company]</w:t>
      </w:r>
      <w:r>
        <w:rPr>
          <w:b w:val="0"/>
        </w:rPr>
        <w:t xml:space="preserve"> is hiring a </w:t>
      </w:r>
      <w:r>
        <w:rPr>
          <w:b/>
        </w:rPr>
        <w:t>[Role]</w:t>
      </w:r>
      <w:r>
        <w:rPr>
          <w:b w:val="0"/>
        </w:rPr>
        <w:t xml:space="preserve"> and I'd love to apply: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 xml:space="preserve">It's close to what I've been doing at </w:t>
      </w:r>
      <w:r>
        <w:rPr>
          <w:b/>
        </w:rPr>
        <w:t>[Current company]</w:t>
      </w:r>
      <w:r>
        <w:rPr>
          <w:b w:val="0"/>
        </w:rPr>
        <w:t xml:space="preserve">, where I </w:t>
      </w:r>
      <w:r>
        <w:rPr>
          <w:b/>
        </w:rPr>
        <w:t>[one result that matches the role's top ask]</w:t>
      </w:r>
      <w:r>
        <w:rPr>
          <w:b w:val="0"/>
        </w:rPr>
        <w:t>. I've attached my resume.</w:t>
      </w:r>
    </w:p>
    <w:p/>
    <w:p>
      <w:r>
        <w:rPr>
          <w:b w:val="0"/>
        </w:rPr>
        <w:t>Would you be comfortable referring me? If so, here's a short note you can use:</w:t>
      </w:r>
    </w:p>
    <w:p/>
    <w:p>
      <w:r>
        <w:rPr>
          <w:b w:val="0"/>
        </w:rPr>
        <w:t>"</w:t>
      </w:r>
      <w:r>
        <w:rPr>
          <w:b/>
        </w:rPr>
        <w:t>[Your name]</w:t>
      </w:r>
      <w:r>
        <w:rPr>
          <w:b w:val="0"/>
        </w:rPr>
        <w:t xml:space="preserve"> is a </w:t>
      </w:r>
      <w:r>
        <w:rPr>
          <w:b/>
        </w:rPr>
        <w:t>[your role]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 who </w:t>
      </w:r>
      <w:r>
        <w:rPr>
          <w:b/>
        </w:rPr>
        <w:t>[one-line summary of the most relevant result]</w:t>
      </w:r>
      <w:r>
        <w:rPr>
          <w:b w:val="0"/>
        </w:rPr>
        <w:t xml:space="preserve">. I think they'd be a strong fit for the </w:t>
      </w:r>
      <w:r>
        <w:rPr>
          <w:b/>
        </w:rPr>
        <w:t>[Role]</w:t>
      </w:r>
      <w:r>
        <w:rPr>
          <w:b w:val="0"/>
        </w:rPr>
        <w:t xml:space="preserve"> role."</w:t>
      </w:r>
    </w:p>
    <w:p/>
    <w:p>
      <w:r>
        <w:rPr>
          <w:b w:val="0"/>
        </w:rPr>
        <w:t>No pressure at all if it's not the right time or you'd rather not. I'd also be glad to hear anything about the team before I apply.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To a former colleague or manager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 — would you refer me?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It's been a while since we worked together on </w:t>
      </w:r>
      <w:r>
        <w:rPr>
          <w:b/>
        </w:rPr>
        <w:t>[project]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I hope things are good at </w:t>
      </w:r>
      <w:r>
        <w:rPr>
          <w:b/>
        </w:rPr>
        <w:t>[their company]</w:t>
      </w:r>
      <w:r>
        <w:rPr>
          <w:b w:val="0"/>
        </w:rPr>
        <w:t>.</w:t>
      </w:r>
    </w:p>
    <w:p/>
    <w:p>
      <w:r>
        <w:rPr>
          <w:b w:val="0"/>
        </w:rPr>
        <w:t xml:space="preserve">I noticed </w:t>
      </w:r>
      <w:r>
        <w:rPr>
          <w:b/>
        </w:rPr>
        <w:t>[their company]</w:t>
      </w:r>
      <w:r>
        <w:rPr>
          <w:b w:val="0"/>
        </w:rPr>
        <w:t xml:space="preserve"> is hiring a </w:t>
      </w:r>
      <w:r>
        <w:rPr>
          <w:b/>
        </w:rPr>
        <w:t>[Role]</w:t>
      </w:r>
      <w:r>
        <w:rPr>
          <w:b w:val="0"/>
        </w:rPr>
        <w:t xml:space="preserve"> (</w:t>
      </w:r>
      <w:r>
        <w:rPr>
          <w:b/>
        </w:rPr>
        <w:t>[link]</w:t>
      </w:r>
      <w:r>
        <w:rPr>
          <w:b w:val="0"/>
        </w:rPr>
        <w:t xml:space="preserve">), and it looks like a strong fit. The role centers on </w:t>
      </w:r>
      <w:r>
        <w:rPr>
          <w:b/>
        </w:rPr>
        <w:t>[top ask from the posting]</w:t>
      </w:r>
      <w:r>
        <w:rPr>
          <w:b w:val="0"/>
        </w:rPr>
        <w:t xml:space="preserve">, which is what I've been doing since we worked together: </w:t>
      </w:r>
      <w:r>
        <w:rPr>
          <w:b/>
        </w:rPr>
        <w:t>[one result]</w:t>
      </w:r>
      <w:r>
        <w:rPr>
          <w:b w:val="0"/>
        </w:rPr>
        <w:t>.</w:t>
      </w:r>
    </w:p>
    <w:p/>
    <w:p>
      <w:r>
        <w:rPr>
          <w:b w:val="0"/>
        </w:rPr>
        <w:t>Would you be willing to refer me? I've attached my resume and a short blurb below in case it helps. If you're not close to the team or it's awkward, I completely understand, and I'd still value ten minutes to hear how marketing works there.</w:t>
      </w:r>
    </w:p>
    <w:p/>
    <w:p>
      <w:r>
        <w:rPr>
          <w:b w:val="0"/>
        </w:rPr>
        <w:t>"</w:t>
      </w:r>
      <w:r>
        <w:rPr>
          <w:b/>
        </w:rPr>
        <w:t>[Your name]</w:t>
      </w:r>
      <w:r>
        <w:rPr>
          <w:b w:val="0"/>
        </w:rPr>
        <w:t xml:space="preserve"> and I worked together on </w:t>
      </w:r>
      <w:r>
        <w:rPr>
          <w:b/>
        </w:rPr>
        <w:t>[project]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where they </w:t>
      </w:r>
      <w:r>
        <w:rPr>
          <w:b/>
        </w:rPr>
        <w:t>[what they did]</w:t>
      </w:r>
      <w:r>
        <w:rPr>
          <w:b w:val="0"/>
        </w:rPr>
        <w:t xml:space="preserve">. They're now </w:t>
      </w:r>
      <w:r>
        <w:rPr>
          <w:b/>
        </w:rPr>
        <w:t>[current role]</w:t>
      </w:r>
      <w:r>
        <w:rPr>
          <w:b w:val="0"/>
        </w:rPr>
        <w:t xml:space="preserve"> and would be a strong fit for the </w:t>
      </w:r>
      <w:r>
        <w:rPr>
          <w:b/>
        </w:rPr>
        <w:t>[Role]</w:t>
      </w:r>
      <w:r>
        <w:rPr>
          <w:b w:val="0"/>
        </w:rPr>
        <w:t xml:space="preserve"> role."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To a loose connection</w:t>
      </w:r>
    </w:p>
    <w:p>
      <w:r>
        <w:rPr>
          <w:b w:val="0"/>
        </w:rPr>
        <w:t xml:space="preserve">Subject: Quick question about marketing at </w:t>
      </w:r>
      <w:r>
        <w:rPr>
          <w:b/>
        </w:rPr>
        <w:t>[Company]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 xml:space="preserve">[How you're connected: we were both at </w:t>
      </w:r>
      <w:r>
        <w:rPr>
          <w:b/>
        </w:rPr>
        <w:t>[school / company]</w:t>
      </w:r>
      <w:r>
        <w:rPr>
          <w:b w:val="0"/>
        </w:rPr>
        <w:t xml:space="preserve">, or </w:t>
      </w:r>
      <w:r>
        <w:rPr>
          <w:b/>
        </w:rPr>
        <w:t>[mutual contact]</w:t>
      </w:r>
      <w:r>
        <w:rPr>
          <w:b w:val="0"/>
        </w:rPr>
        <w:t xml:space="preserve"> suggested I reach out.] I'm a </w:t>
      </w:r>
      <w:r>
        <w:rPr>
          <w:b/>
        </w:rPr>
        <w:t>[your role]</w:t>
      </w:r>
      <w:r>
        <w:rPr>
          <w:b w:val="0"/>
        </w:rPr>
        <w:t xml:space="preserve"> and I'm applying for the </w:t>
      </w:r>
      <w:r>
        <w:rPr>
          <w:b/>
        </w:rPr>
        <w:t>[Role]</w:t>
      </w:r>
      <w:r>
        <w:rPr>
          <w:b w:val="0"/>
        </w:rPr>
        <w:t xml:space="preserve"> role on your team: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>Before I apply, would you be open to a 15-minute call about how the team works? I'd value your view on what the role really needs.</w:t>
      </w:r>
    </w:p>
    <w:p/>
    <w:p>
      <w:r>
        <w:rPr>
          <w:b w:val="0"/>
        </w:rPr>
        <w:t>Thanks either way,</w:t>
      </w:r>
    </w:p>
    <w:p>
      <w:r>
        <w:rPr>
          <w:b/>
        </w:rPr>
        <w:t>[Your name]</w:t>
      </w:r>
    </w:p>
    <w:p>
      <w:pPr>
        <w:pStyle w:val="Heading2"/>
      </w:pPr>
      <w:r>
        <w:t>Connection note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I'm a </w:t>
      </w:r>
      <w:r>
        <w:rPr>
          <w:b/>
        </w:rPr>
        <w:t>[your role]</w:t>
      </w:r>
      <w:r>
        <w:rPr>
          <w:b w:val="0"/>
        </w:rPr>
        <w:t xml:space="preserve"> applying for the </w:t>
      </w:r>
      <w:r>
        <w:rPr>
          <w:b/>
        </w:rPr>
        <w:t>[Role]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[Mutual contact]</w:t>
      </w:r>
      <w:r>
        <w:rPr>
          <w:b w:val="0"/>
        </w:rPr>
        <w:t xml:space="preserve"> suggested I reach out. Would you be open to a quick chat about the team?</w:t>
      </w:r>
    </w:p>
    <w:p>
      <w:pPr>
        <w:pStyle w:val="Heading2"/>
      </w:pPr>
      <w:r>
        <w:t>Message to an existing connection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hope you're well. I'm applying for the </w:t>
      </w:r>
      <w:r>
        <w:rPr>
          <w:b/>
        </w:rPr>
        <w:t>[Role]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 xml:space="preserve"> (</w:t>
      </w:r>
      <w:r>
        <w:rPr>
          <w:b/>
        </w:rPr>
        <w:t>[link]</w:t>
      </w:r>
      <w:r>
        <w:rPr>
          <w:b w:val="0"/>
        </w:rPr>
        <w:t xml:space="preserve">). It's close to my work at </w:t>
      </w:r>
      <w:r>
        <w:rPr>
          <w:b/>
        </w:rPr>
        <w:t>[Current company]</w:t>
      </w:r>
      <w:r>
        <w:rPr>
          <w:b w:val="0"/>
        </w:rPr>
        <w:t xml:space="preserve">, where I </w:t>
      </w:r>
      <w:r>
        <w:rPr>
          <w:b/>
        </w:rPr>
        <w:t>[one result]</w:t>
      </w:r>
      <w:r>
        <w:rPr>
          <w:b w:val="0"/>
        </w:rPr>
        <w:t>. Would you be comfortable referring me? Happy to send my resume and a short blurb. No problem at all if not.</w:t>
      </w:r>
    </w:p>
    <w:p>
      <w:pPr>
        <w:pStyle w:val="Heading2"/>
      </w:pPr>
      <w:r>
        <w:t>How do you follow up on a referral request?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just bumping this in case it got buried. The </w:t>
      </w:r>
      <w:r>
        <w:rPr>
          <w:b/>
        </w:rPr>
        <w:t>[Role]</w:t>
      </w:r>
      <w:r>
        <w:rPr>
          <w:b w:val="0"/>
        </w:rPr>
        <w:t xml:space="preserve"> posting is still open. If you're not able to refer me, no problem at all, and thanks for considering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