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Ask for a Raise: A Script for Marketers</w:t>
      </w:r>
    </w:p>
    <w:p>
      <w:r>
        <w:t>Templates from https://knowtheroom.ai/guides/how-to-ask-for-a-raise/ · Replace everything in [brackets].</w:t>
      </w:r>
    </w:p>
    <w:p>
      <w:pPr>
        <w:pStyle w:val="Heading2"/>
      </w:pPr>
      <w:r>
        <w:t>What should you say in the meeting?</w:t>
      </w:r>
    </w:p>
    <w:p>
      <w:r>
        <w:rPr>
          <w:b w:val="0"/>
        </w:rPr>
        <w:t>Thanks for making the time. I'd like to talk about my pay.</w:t>
      </w:r>
    </w:p>
    <w:p/>
    <w:p>
      <w:r>
        <w:rPr>
          <w:b w:val="0"/>
        </w:rPr>
        <w:t xml:space="preserve">Over the past </w:t>
      </w:r>
      <w:r>
        <w:rPr>
          <w:b/>
        </w:rPr>
        <w:t>[period]</w:t>
      </w:r>
      <w:r>
        <w:rPr>
          <w:b w:val="0"/>
        </w:rPr>
        <w:t xml:space="preserve">, I've </w:t>
      </w:r>
      <w:r>
        <w:rPr>
          <w:b/>
        </w:rPr>
        <w:t>[result 1]</w:t>
      </w:r>
      <w:r>
        <w:rPr>
          <w:b w:val="0"/>
        </w:rPr>
        <w:t xml:space="preserve">, </w:t>
      </w:r>
      <w:r>
        <w:rPr>
          <w:b/>
        </w:rPr>
        <w:t>[result 2]</w:t>
      </w:r>
      <w:r>
        <w:rPr>
          <w:b w:val="0"/>
        </w:rPr>
        <w:t xml:space="preserve">, and taken on </w:t>
      </w:r>
      <w:r>
        <w:rPr>
          <w:b/>
        </w:rPr>
        <w:t>[new scope]</w:t>
      </w:r>
      <w:r>
        <w:rPr>
          <w:b w:val="0"/>
        </w:rPr>
        <w:t xml:space="preserve"> that wasn't part of the role when my salary was set. I've put it on one page for you.</w:t>
      </w:r>
    </w:p>
    <w:p/>
    <w:p>
      <w:r>
        <w:rPr>
          <w:b w:val="0"/>
        </w:rPr>
        <w:t xml:space="preserve">I've also looked at what similar roles pay, at </w:t>
      </w:r>
      <w:r>
        <w:rPr>
          <w:b/>
        </w:rPr>
        <w:t>[level]</w:t>
      </w:r>
      <w:r>
        <w:rPr>
          <w:b w:val="0"/>
        </w:rPr>
        <w:t xml:space="preserve"> in </w:t>
      </w:r>
      <w:r>
        <w:rPr>
          <w:b/>
        </w:rPr>
        <w:t>[market or city]</w:t>
      </w:r>
      <w:r>
        <w:rPr>
          <w:b w:val="0"/>
        </w:rPr>
        <w:t xml:space="preserve">, and at the ranges in current postings. Based on that and the work I'm doing now, I'm asking for a salary of </w:t>
      </w:r>
      <w:r>
        <w:rPr>
          <w:b/>
        </w:rPr>
        <w:t>[specific number]</w:t>
      </w:r>
      <w:r>
        <w:rPr>
          <w:b w:val="0"/>
        </w:rPr>
        <w:t>.</w:t>
      </w:r>
    </w:p>
    <w:p/>
    <w:p>
      <w:r>
        <w:rPr>
          <w:b w:val="0"/>
        </w:rPr>
        <w:t>I enjoy working here and want to keep growing with the team. What would you need from me to make that happen?</w:t>
      </w:r>
    </w:p>
    <w:p>
      <w:pPr>
        <w:pStyle w:val="Heading2"/>
      </w:pPr>
      <w:r>
        <w:t>How do you ask your manager for a meeting?</w:t>
      </w:r>
    </w:p>
    <w:p>
      <w:r>
        <w:rPr>
          <w:b w:val="0"/>
        </w:rPr>
        <w:t xml:space="preserve">Hi </w:t>
      </w:r>
      <w:r>
        <w:rPr>
          <w:b/>
        </w:rPr>
        <w:t>[Manager's name]</w:t>
      </w:r>
      <w:r>
        <w:rPr>
          <w:b w:val="0"/>
        </w:rPr>
        <w:t>,</w:t>
      </w:r>
    </w:p>
    <w:p/>
    <w:p>
      <w:r>
        <w:rPr>
          <w:b w:val="0"/>
        </w:rPr>
        <w:t xml:space="preserve">Could we find 30 minutes in the next couple of weeks to talk about my compensation? I'd like to walk you through what I've delivered this year and how the role has grown, ahead of </w:t>
      </w:r>
      <w:r>
        <w:rPr>
          <w:b/>
        </w:rPr>
        <w:t>[planning / review season]</w:t>
      </w:r>
      <w:r>
        <w:rPr>
          <w:b w:val="0"/>
        </w:rPr>
        <w:t>.</w:t>
      </w:r>
    </w:p>
    <w:p/>
    <w:p>
      <w:r>
        <w:rPr>
          <w:b w:val="0"/>
        </w:rPr>
        <w:t>Thanks,</w:t>
      </w:r>
    </w:p>
    <w:p>
      <w:r>
        <w:rPr>
          <w:b/>
        </w:rPr>
        <w:t>[Your name]</w:t>
      </w:r>
    </w:p>
    <w:p>
      <w:pPr>
        <w:pStyle w:val="Heading2"/>
      </w:pPr>
      <w:r>
        <w:t>How do you follow up after asking for a raise?</w:t>
      </w:r>
    </w:p>
    <w:p>
      <w:r>
        <w:rPr>
          <w:b w:val="0"/>
        </w:rPr>
        <w:t>Subject: Following up on our conversation</w:t>
      </w:r>
    </w:p>
    <w:p/>
    <w:p>
      <w:r>
        <w:rPr>
          <w:b w:val="0"/>
        </w:rPr>
        <w:t xml:space="preserve">Hi </w:t>
      </w:r>
      <w:r>
        <w:rPr>
          <w:b/>
        </w:rPr>
        <w:t>[Manager's name]</w:t>
      </w:r>
      <w:r>
        <w:rPr>
          <w:b w:val="0"/>
        </w:rPr>
        <w:t>,</w:t>
      </w:r>
    </w:p>
    <w:p/>
    <w:p>
      <w:r>
        <w:rPr>
          <w:b w:val="0"/>
        </w:rPr>
        <w:t xml:space="preserve">Thanks for talking with me today. To recap, I asked for a salary of </w:t>
      </w:r>
      <w:r>
        <w:rPr>
          <w:b/>
        </w:rPr>
        <w:t>[number]</w:t>
      </w:r>
      <w:r>
        <w:rPr>
          <w:b w:val="0"/>
        </w:rPr>
        <w:t xml:space="preserve">, based on </w:t>
      </w:r>
      <w:r>
        <w:rPr>
          <w:b/>
        </w:rPr>
        <w:t>[one-line summary of results and scope]</w:t>
      </w:r>
      <w:r>
        <w:rPr>
          <w:b w:val="0"/>
        </w:rPr>
        <w:t xml:space="preserve">. You said you'd </w:t>
      </w:r>
      <w:r>
        <w:rPr>
          <w:b/>
        </w:rPr>
        <w:t>[take it to / check with]</w:t>
      </w:r>
      <w:r>
        <w:rPr>
          <w:b w:val="0"/>
        </w:rPr>
        <w:t xml:space="preserve"> </w:t>
      </w:r>
      <w:r>
        <w:rPr>
          <w:b/>
        </w:rPr>
        <w:t>[person or team]</w:t>
      </w:r>
      <w:r>
        <w:rPr>
          <w:b w:val="0"/>
        </w:rPr>
        <w:t xml:space="preserve"> and come back to me by </w:t>
      </w:r>
      <w:r>
        <w:rPr>
          <w:b/>
        </w:rPr>
        <w:t>[date]</w:t>
      </w:r>
      <w:r>
        <w:rPr>
          <w:b w:val="0"/>
        </w:rPr>
        <w:t>.</w:t>
      </w:r>
    </w:p>
    <w:p/>
    <w:p>
      <w:r>
        <w:rPr>
          <w:b w:val="0"/>
        </w:rPr>
        <w:t>I've attached the one-page summary in case it's useful. Happy to answer any questions in the meantime.</w:t>
      </w:r>
    </w:p>
    <w:p/>
    <w:p>
      <w:r>
        <w:rPr>
          <w:b w:val="0"/>
        </w:rPr>
        <w:t>Thanks,</w:t>
      </w:r>
    </w:p>
    <w:p>
      <w:r>
        <w:rPr>
          <w:b/>
        </w:rPr>
        <w:t>[Your name]</w:t>
      </w:r>
    </w:p>
    <w:p>
      <w:pPr>
        <w:pStyle w:val="Heading2"/>
      </w:pPr>
      <w:r>
        <w:t>How do you ask for a raise in writing?</w:t>
      </w:r>
    </w:p>
    <w:p>
      <w:r>
        <w:rPr>
          <w:b w:val="0"/>
        </w:rPr>
        <w:t>Subject: Request to review my salary</w:t>
      </w:r>
    </w:p>
    <w:p/>
    <w:p>
      <w:r>
        <w:rPr>
          <w:b w:val="0"/>
        </w:rPr>
        <w:t xml:space="preserve">Hi </w:t>
      </w:r>
      <w:r>
        <w:rPr>
          <w:b/>
        </w:rPr>
        <w:t>[Manager's name]</w:t>
      </w:r>
      <w:r>
        <w:rPr>
          <w:b w:val="0"/>
        </w:rPr>
        <w:t>,</w:t>
      </w:r>
    </w:p>
    <w:p/>
    <w:p>
      <w:r>
        <w:rPr>
          <w:b w:val="0"/>
        </w:rPr>
        <w:t xml:space="preserve">I'd like to ask you to review my salary ahead of </w:t>
      </w:r>
      <w:r>
        <w:rPr>
          <w:b/>
        </w:rPr>
        <w:t>[planning / review season]</w:t>
      </w:r>
      <w:r>
        <w:rPr>
          <w:b w:val="0"/>
        </w:rPr>
        <w:t>.</w:t>
      </w:r>
    </w:p>
    <w:p/>
    <w:p>
      <w:r>
        <w:rPr>
          <w:b w:val="0"/>
        </w:rPr>
        <w:t xml:space="preserve">Since my pay was last set in </w:t>
      </w:r>
      <w:r>
        <w:rPr>
          <w:b/>
        </w:rPr>
        <w:t>[month and year]</w:t>
      </w:r>
      <w:r>
        <w:rPr>
          <w:b w:val="0"/>
        </w:rPr>
        <w:t>, I've:</w:t>
      </w:r>
    </w:p>
    <w:p>
      <w:r>
        <w:rPr>
          <w:b w:val="0"/>
        </w:rPr>
        <w:t xml:space="preserve">- </w:t>
      </w:r>
      <w:r>
        <w:rPr>
          <w:b/>
        </w:rPr>
        <w:t>[Result 1, with the number]</w:t>
      </w:r>
    </w:p>
    <w:p>
      <w:r>
        <w:rPr>
          <w:b w:val="0"/>
        </w:rPr>
        <w:t xml:space="preserve">- </w:t>
      </w:r>
      <w:r>
        <w:rPr>
          <w:b/>
        </w:rPr>
        <w:t>[Result 2]</w:t>
      </w:r>
    </w:p>
    <w:p>
      <w:r>
        <w:rPr>
          <w:b w:val="0"/>
        </w:rPr>
        <w:t xml:space="preserve">- Taken on </w:t>
      </w:r>
      <w:r>
        <w:rPr>
          <w:b/>
        </w:rPr>
        <w:t>[new scope: a channel, a team, an agency, a market]</w:t>
      </w:r>
    </w:p>
    <w:p/>
    <w:p>
      <w:r>
        <w:rPr>
          <w:b w:val="0"/>
        </w:rPr>
        <w:t xml:space="preserve">Similar </w:t>
      </w:r>
      <w:r>
        <w:rPr>
          <w:b/>
        </w:rPr>
        <w:t>[job title]</w:t>
      </w:r>
      <w:r>
        <w:rPr>
          <w:b w:val="0"/>
        </w:rPr>
        <w:t xml:space="preserve"> roles at </w:t>
      </w:r>
      <w:r>
        <w:rPr>
          <w:b/>
        </w:rPr>
        <w:t>[level]</w:t>
      </w:r>
      <w:r>
        <w:rPr>
          <w:b w:val="0"/>
        </w:rPr>
        <w:t xml:space="preserve"> in </w:t>
      </w:r>
      <w:r>
        <w:rPr>
          <w:b/>
        </w:rPr>
        <w:t>[market]</w:t>
      </w:r>
      <w:r>
        <w:rPr>
          <w:b w:val="0"/>
        </w:rPr>
        <w:t xml:space="preserve"> are posted at </w:t>
      </w:r>
      <w:r>
        <w:rPr>
          <w:b/>
        </w:rPr>
        <w:t>[range from postings or salary data]</w:t>
      </w:r>
      <w:r>
        <w:rPr>
          <w:b w:val="0"/>
        </w:rPr>
        <w:t xml:space="preserve">. Based on that and the work I'm doing now, I'm asking for a salary of </w:t>
      </w:r>
      <w:r>
        <w:rPr>
          <w:b/>
        </w:rPr>
        <w:t>[specific number]</w:t>
      </w:r>
      <w:r>
        <w:rPr>
          <w:b w:val="0"/>
        </w:rPr>
        <w:t>.</w:t>
      </w:r>
    </w:p>
    <w:p/>
    <w:p>
      <w:r>
        <w:rPr>
          <w:b w:val="0"/>
        </w:rPr>
        <w:t>I've attached a one-page summary. Could we find 30 minutes in the next two weeks to talk it through?</w:t>
      </w:r>
    </w:p>
    <w:p/>
    <w:p>
      <w:r>
        <w:rPr>
          <w:b w:val="0"/>
        </w:rPr>
        <w:t>Thanks,</w:t>
      </w:r>
    </w:p>
    <w:p>
      <w:r>
        <w:rPr>
          <w:b/>
        </w:rPr>
        <w:t>[Your name]</w:t>
      </w:r>
    </w:p>
    <w:p>
      <w:pPr>
        <w:pStyle w:val="Heading2"/>
      </w:pPr>
      <w:r>
        <w:t>What if the answer is no?</w:t>
      </w:r>
    </w:p>
    <w:p>
      <w:r>
        <w:rPr>
          <w:b w:val="0"/>
        </w:rPr>
        <w:t xml:space="preserve">I understand. Can we agree on what I'd need to deliver to get there, and set a date to revisit it, say in </w:t>
      </w:r>
      <w:r>
        <w:rPr>
          <w:b/>
        </w:rPr>
        <w:t>[three / six]</w:t>
      </w:r>
      <w:r>
        <w:rPr>
          <w:b w:val="0"/>
        </w:rPr>
        <w:t xml:space="preserve"> months?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