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Ask for a Promotion in Marketing (With a Script)</w:t>
      </w:r>
    </w:p>
    <w:p>
      <w:r>
        <w:t>Templates from https://knowtheroom.ai/guides/how-to-ask-for-a-promotion/ · Replace everything in [brackets].</w:t>
      </w:r>
    </w:p>
    <w:p>
      <w:pPr>
        <w:pStyle w:val="Heading2"/>
      </w:pPr>
      <w:r>
        <w:t>How do you ask your boss for a promotion meeting?</w:t>
      </w:r>
    </w:p>
    <w:p>
      <w:r>
        <w:rPr>
          <w:b w:val="0"/>
        </w:rPr>
        <w:t>Subject: Time to talk about my growth</w:t>
      </w:r>
    </w:p>
    <w:p/>
    <w:p>
      <w:r>
        <w:rPr>
          <w:b w:val="0"/>
        </w:rPr>
        <w:t xml:space="preserve">Hi </w:t>
      </w:r>
      <w:r>
        <w:rPr>
          <w:b/>
        </w:rPr>
        <w:t>[Manager's name]</w:t>
      </w:r>
      <w:r>
        <w:rPr>
          <w:b w:val="0"/>
        </w:rPr>
        <w:t>,</w:t>
      </w:r>
    </w:p>
    <w:p/>
    <w:p>
      <w:r>
        <w:rPr>
          <w:b w:val="0"/>
        </w:rPr>
        <w:t xml:space="preserve">Could we set aside </w:t>
      </w:r>
      <w:r>
        <w:rPr>
          <w:b/>
        </w:rPr>
        <w:t>[30 minutes]</w:t>
      </w:r>
      <w:r>
        <w:rPr>
          <w:b w:val="0"/>
        </w:rPr>
        <w:t xml:space="preserve"> in the next couple of weeks to talk about my growth here? I'd like to share what I've been working on and get your view on what it would take to move into the </w:t>
      </w:r>
      <w:r>
        <w:rPr>
          <w:b/>
        </w:rPr>
        <w:t>[next title]</w:t>
      </w:r>
      <w:r>
        <w:rPr>
          <w:b w:val="0"/>
        </w:rPr>
        <w:t xml:space="preserve"> role.</w:t>
      </w:r>
    </w:p>
    <w:p/>
    <w:p>
      <w:r>
        <w:rPr>
          <w:b w:val="0"/>
        </w:rPr>
        <w:t>Thanks,</w:t>
      </w:r>
    </w:p>
    <w:p>
      <w:r>
        <w:rPr>
          <w:b/>
        </w:rPr>
        <w:t>[Your name]</w:t>
      </w:r>
    </w:p>
    <w:p>
      <w:pPr>
        <w:pStyle w:val="Heading2"/>
      </w:pPr>
      <w:r>
        <w:t>What should you say when you ask for a promotion?</w:t>
      </w:r>
    </w:p>
    <w:p>
      <w:r>
        <w:rPr>
          <w:b w:val="0"/>
        </w:rPr>
        <w:t xml:space="preserve">I'd like to talk about my growth here. My goal is to move into the </w:t>
      </w:r>
      <w:r>
        <w:rPr>
          <w:b/>
        </w:rPr>
        <w:t>[next title]</w:t>
      </w:r>
      <w:r>
        <w:rPr>
          <w:b w:val="0"/>
        </w:rPr>
        <w:t xml:space="preserve"> role.</w:t>
      </w:r>
    </w:p>
    <w:p/>
    <w:p>
      <w:r>
        <w:rPr>
          <w:b w:val="0"/>
        </w:rPr>
        <w:t xml:space="preserve">Over the past </w:t>
      </w:r>
      <w:r>
        <w:rPr>
          <w:b/>
        </w:rPr>
        <w:t>[period]</w:t>
      </w:r>
      <w:r>
        <w:rPr>
          <w:b w:val="0"/>
        </w:rPr>
        <w:t xml:space="preserve">, I've been [examples of next-level work: owning the paid social plan, managing our agency, leading the launch with product]. Results so far: </w:t>
      </w:r>
      <w:r>
        <w:rPr>
          <w:b/>
        </w:rPr>
        <w:t>[one or two outcomes]</w:t>
      </w:r>
      <w:r>
        <w:rPr>
          <w:b w:val="0"/>
        </w:rPr>
        <w:t>.</w:t>
      </w:r>
    </w:p>
    <w:p/>
    <w:p>
      <w:r>
        <w:rPr>
          <w:b w:val="0"/>
        </w:rPr>
        <w:t xml:space="preserve">What would you need to see from me to put me forward for </w:t>
      </w:r>
      <w:r>
        <w:rPr>
          <w:b/>
        </w:rPr>
        <w:t>[next title]</w:t>
      </w:r>
      <w:r>
        <w:rPr>
          <w:b w:val="0"/>
        </w:rPr>
        <w:t>? And what does the timeline usually look like?</w:t>
      </w:r>
    </w:p>
    <w:p>
      <w:pPr>
        <w:pStyle w:val="Heading2"/>
      </w:pPr>
      <w:r>
        <w:t>How do you follow up?</w:t>
      </w:r>
    </w:p>
    <w:p>
      <w:r>
        <w:rPr>
          <w:b w:val="0"/>
        </w:rPr>
        <w:t xml:space="preserve">Subject: Next steps toward </w:t>
      </w:r>
      <w:r>
        <w:rPr>
          <w:b/>
        </w:rPr>
        <w:t>[next title]</w:t>
      </w:r>
    </w:p>
    <w:p/>
    <w:p>
      <w:r>
        <w:rPr>
          <w:b w:val="0"/>
        </w:rPr>
        <w:t xml:space="preserve">Hi </w:t>
      </w:r>
      <w:r>
        <w:rPr>
          <w:b/>
        </w:rPr>
        <w:t>[Manager's name]</w:t>
      </w:r>
      <w:r>
        <w:rPr>
          <w:b w:val="0"/>
        </w:rPr>
        <w:t>,</w:t>
      </w:r>
    </w:p>
    <w:p/>
    <w:p>
      <w:r>
        <w:rPr>
          <w:b w:val="0"/>
        </w:rPr>
        <w:t>Thanks for the conversation today. To make sure I have it right, the things you'd want to see before putting me forward are:</w:t>
      </w:r>
    </w:p>
    <w:p/>
    <w:p>
      <w:r>
        <w:rPr>
          <w:b w:val="0"/>
        </w:rPr>
        <w:t xml:space="preserve">1. </w:t>
      </w:r>
      <w:r>
        <w:rPr>
          <w:b/>
        </w:rPr>
        <w:t>[Criterion 1]</w:t>
      </w:r>
    </w:p>
    <w:p>
      <w:r>
        <w:rPr>
          <w:b w:val="0"/>
        </w:rPr>
        <w:t xml:space="preserve">2. </w:t>
      </w:r>
      <w:r>
        <w:rPr>
          <w:b/>
        </w:rPr>
        <w:t>[Criterion 2]</w:t>
      </w:r>
    </w:p>
    <w:p>
      <w:r>
        <w:rPr>
          <w:b w:val="0"/>
        </w:rPr>
        <w:t xml:space="preserve">3. </w:t>
      </w:r>
      <w:r>
        <w:rPr>
          <w:b/>
        </w:rPr>
        <w:t>[Criterion 3]</w:t>
      </w:r>
    </w:p>
    <w:p/>
    <w:p>
      <w:r>
        <w:rPr>
          <w:b w:val="0"/>
        </w:rPr>
        <w:t xml:space="preserve">We said we'd check in on </w:t>
      </w:r>
      <w:r>
        <w:rPr>
          <w:b/>
        </w:rPr>
        <w:t>[date]</w:t>
      </w:r>
      <w:r>
        <w:rPr>
          <w:b w:val="0"/>
        </w:rPr>
        <w:t xml:space="preserve"> and aim for </w:t>
      </w:r>
      <w:r>
        <w:rPr>
          <w:b/>
        </w:rPr>
        <w:t>[review cycle or date]</w:t>
      </w:r>
      <w:r>
        <w:rPr>
          <w:b w:val="0"/>
        </w:rPr>
        <w:t>. I'll share progress before then.</w:t>
      </w:r>
    </w:p>
    <w:p/>
    <w:p>
      <w:r>
        <w:rPr>
          <w:b w:val="0"/>
        </w:rPr>
        <w:t>Thanks,</w:t>
      </w:r>
    </w:p>
    <w:p>
      <w:r>
        <w:rPr>
          <w:b/>
        </w:rPr>
        <w:t>[Your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