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Accept a Job Offer: What to Confirm and Email Templates</w:t>
      </w:r>
    </w:p>
    <w:p>
      <w:r>
        <w:t>Templates from https://knowtheroom.ai/guides/how-to-accept-a-job-offer/ · Replace everything in [brackets].</w:t>
      </w:r>
    </w:p>
    <w:p>
      <w:pPr>
        <w:pStyle w:val="Heading2"/>
      </w:pPr>
      <w:r>
        <w:t>How do you accept a job offer by email?</w:t>
      </w:r>
    </w:p>
    <w:p>
      <w:r>
        <w:rPr>
          <w:b w:val="0"/>
        </w:rPr>
        <w:t xml:space="preserve">"Thank you, that's great news and I'm really pleased. Could you send the details in writing? I'll read through everything and come back to you by </w:t>
      </w:r>
      <w:r>
        <w:rPr>
          <w:b/>
        </w:rPr>
        <w:t>[day]</w:t>
      </w:r>
      <w:r>
        <w:rPr>
          <w:b w:val="0"/>
        </w:rPr>
        <w:t>."</w:t>
      </w:r>
    </w:p>
    <w:p>
      <w:pPr>
        <w:pStyle w:val="Heading2"/>
      </w:pPr>
      <w:r>
        <w:t>How to ask for the offer in writing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 again for the call today. I'm really pleased about the offer for the </w:t>
      </w:r>
      <w:r>
        <w:rPr>
          <w:b/>
        </w:rPr>
        <w:t>[Role]</w:t>
      </w:r>
      <w:r>
        <w:rPr>
          <w:b w:val="0"/>
        </w:rPr>
        <w:t xml:space="preserve"> role.</w:t>
      </w:r>
    </w:p>
    <w:p/>
    <w:p>
      <w:r>
        <w:rPr>
          <w:b w:val="0"/>
        </w:rPr>
        <w:t xml:space="preserve">Could you send the offer in writing, including the base salary, bonus, start date and benefits? I'd like to review it and will come back to you by </w:t>
      </w:r>
      <w:r>
        <w:rPr>
          <w:b/>
        </w:rPr>
        <w:t>[day]</w:t>
      </w:r>
      <w:r>
        <w:rPr>
          <w:b w:val="0"/>
        </w:rPr>
        <w:t>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Standard acceptance</w:t>
      </w:r>
    </w:p>
    <w:p>
      <w:r>
        <w:rPr>
          <w:b w:val="0"/>
        </w:rPr>
        <w:t xml:space="preserve">Subject: Accepting the </w:t>
      </w:r>
      <w:r>
        <w:rPr>
          <w:b/>
        </w:rPr>
        <w:t>[Role]</w:t>
      </w:r>
      <w:r>
        <w:rPr>
          <w:b w:val="0"/>
        </w:rPr>
        <w:t xml:space="preserve"> offer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 for the offer. I'm delighted to accept the position of </w:t>
      </w:r>
      <w:r>
        <w:rPr>
          <w:b/>
        </w:rPr>
        <w:t>[Job title]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 w:val="0"/>
        </w:rPr>
        <w:t xml:space="preserve">To confirm what we discussed: a base salary of </w:t>
      </w:r>
      <w:r>
        <w:rPr>
          <w:b/>
        </w:rPr>
        <w:t>[amount]</w:t>
      </w:r>
      <w:r>
        <w:rPr>
          <w:b w:val="0"/>
        </w:rPr>
        <w:t xml:space="preserve"> per year, </w:t>
      </w:r>
      <w:r>
        <w:rPr>
          <w:b/>
        </w:rPr>
        <w:t>[bonus or equity details]</w:t>
      </w:r>
      <w:r>
        <w:rPr>
          <w:b w:val="0"/>
        </w:rPr>
        <w:t xml:space="preserve">, reporting to </w:t>
      </w:r>
      <w:r>
        <w:rPr>
          <w:b/>
        </w:rPr>
        <w:t>[manager's name]</w:t>
      </w:r>
      <w:r>
        <w:rPr>
          <w:b w:val="0"/>
        </w:rPr>
        <w:t xml:space="preserve">, with a start date of </w:t>
      </w:r>
      <w:r>
        <w:rPr>
          <w:b/>
        </w:rPr>
        <w:t>[date]</w:t>
      </w:r>
      <w:r>
        <w:rPr>
          <w:b w:val="0"/>
        </w:rPr>
        <w:t>.</w:t>
      </w:r>
    </w:p>
    <w:p/>
    <w:p>
      <w:r>
        <w:rPr>
          <w:b w:val="0"/>
        </w:rPr>
        <w:t>I'm looking forward to working with you and the team on [one thing you're excited about: the rebrand, building out lifecycle, the new market launch]. Please let me know what you need from me before then, and what the first day will look like.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r>
        <w:rPr>
          <w:b/>
        </w:rPr>
        <w:t>[Phone number]</w:t>
      </w:r>
    </w:p>
    <w:p>
      <w:pPr>
        <w:pStyle w:val="Heading2"/>
      </w:pPr>
      <w:r>
        <w:t>Accepting after a negotiation</w:t>
      </w:r>
    </w:p>
    <w:p>
      <w:r>
        <w:rPr>
          <w:b w:val="0"/>
        </w:rPr>
        <w:t xml:space="preserve">Subject: Re: </w:t>
      </w:r>
      <w:r>
        <w:rPr>
          <w:b/>
        </w:rPr>
        <w:t>[Role]</w:t>
      </w:r>
      <w:r>
        <w:rPr>
          <w:b w:val="0"/>
        </w:rPr>
        <w:t xml:space="preserve"> offer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 for working with me on the offer. I'm happy to accept the revised terms: a base salary of </w:t>
      </w:r>
      <w:r>
        <w:rPr>
          <w:b/>
        </w:rPr>
        <w:t>[amount]</w:t>
      </w:r>
      <w:r>
        <w:rPr>
          <w:b w:val="0"/>
        </w:rPr>
        <w:t xml:space="preserve">, [the item you negotiated: a sign-on bonus of X / a title of Senior Brand Manager / a compensation review at six months], and a start date of </w:t>
      </w:r>
      <w:r>
        <w:rPr>
          <w:b/>
        </w:rPr>
        <w:t>[date]</w:t>
      </w:r>
      <w:r>
        <w:rPr>
          <w:b w:val="0"/>
        </w:rPr>
        <w:t>.</w:t>
      </w:r>
    </w:p>
    <w:p/>
    <w:p>
      <w:r>
        <w:rPr>
          <w:b w:val="0"/>
        </w:rPr>
        <w:t>Could you send an updated offer letter that reflects these terms? I'll sign and return it as soon as I have it.</w:t>
      </w:r>
    </w:p>
    <w:p/>
    <w:p>
      <w:r>
        <w:rPr>
          <w:b w:val="0"/>
        </w:rPr>
        <w:t>I'm excited to get started.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Short acceptance to the recruiter</w:t>
      </w:r>
    </w:p>
    <w:p>
      <w:r>
        <w:rPr>
          <w:b w:val="0"/>
        </w:rPr>
        <w:t xml:space="preserve">Subject: </w:t>
      </w:r>
      <w:r>
        <w:rPr>
          <w:b/>
        </w:rPr>
        <w:t>[Role]</w:t>
      </w:r>
      <w:r>
        <w:rPr>
          <w:b w:val="0"/>
        </w:rPr>
        <w:t>: accepting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Good news: I'm accepting the </w:t>
      </w:r>
      <w:r>
        <w:rPr>
          <w:b/>
        </w:rPr>
        <w:t>[Role]</w:t>
      </w:r>
      <w:r>
        <w:rPr>
          <w:b w:val="0"/>
        </w:rPr>
        <w:t xml:space="preserve"> offer. I've signed and attached the letter.</w:t>
      </w:r>
    </w:p>
    <w:p/>
    <w:p>
      <w:r>
        <w:rPr>
          <w:b w:val="0"/>
        </w:rPr>
        <w:t xml:space="preserve">Thank you for all your help through the process. Please pass my thanks on to </w:t>
      </w:r>
      <w:r>
        <w:rPr>
          <w:b/>
        </w:rPr>
        <w:t>[hiring manager]</w:t>
      </w:r>
      <w:r>
        <w:rPr>
          <w:b w:val="0"/>
        </w:rPr>
        <w:t xml:space="preserve"> and the panel. What are the next steps for the background check and onboarding?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Accepting with a later start date</w:t>
      </w:r>
    </w:p>
    <w:p>
      <w:r>
        <w:rPr>
          <w:b w:val="0"/>
        </w:rPr>
        <w:t xml:space="preserve">Subject: Accepting the </w:t>
      </w:r>
      <w:r>
        <w:rPr>
          <w:b/>
        </w:rPr>
        <w:t>[Role]</w:t>
      </w:r>
      <w:r>
        <w:rPr>
          <w:b w:val="0"/>
        </w:rPr>
        <w:t xml:space="preserve"> offer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 for the offer. I'm very happy to accept the </w:t>
      </w:r>
      <w:r>
        <w:rPr>
          <w:b/>
        </w:rPr>
        <w:t>[Job title]</w:t>
      </w:r>
      <w:r>
        <w:rPr>
          <w:b w:val="0"/>
        </w:rPr>
        <w:t xml:space="preserve"> position.</w:t>
      </w:r>
    </w:p>
    <w:p/>
    <w:p>
      <w:r>
        <w:rPr>
          <w:b w:val="0"/>
        </w:rPr>
        <w:t xml:space="preserve">I have a </w:t>
      </w:r>
      <w:r>
        <w:rPr>
          <w:b/>
        </w:rPr>
        <w:t>[two / four]</w:t>
      </w:r>
      <w:r>
        <w:rPr>
          <w:b w:val="0"/>
        </w:rPr>
        <w:t xml:space="preserve">-week notice period at </w:t>
      </w:r>
      <w:r>
        <w:rPr>
          <w:b/>
        </w:rPr>
        <w:t>[current company]</w:t>
      </w:r>
      <w:r>
        <w:rPr>
          <w:b w:val="0"/>
        </w:rPr>
        <w:t xml:space="preserve">, and I'm leading </w:t>
      </w:r>
      <w:r>
        <w:rPr>
          <w:b/>
        </w:rPr>
        <w:t>[a launch or handover]</w:t>
      </w:r>
      <w:r>
        <w:rPr>
          <w:b w:val="0"/>
        </w:rPr>
        <w:t xml:space="preserve"> that finishes on </w:t>
      </w:r>
      <w:r>
        <w:rPr>
          <w:b/>
        </w:rPr>
        <w:t>[date]</w:t>
      </w:r>
      <w:r>
        <w:rPr>
          <w:b w:val="0"/>
        </w:rPr>
        <w:t xml:space="preserve">. Would a start date of </w:t>
      </w:r>
      <w:r>
        <w:rPr>
          <w:b/>
        </w:rPr>
        <w:t>[date]</w:t>
      </w:r>
      <w:r>
        <w:rPr>
          <w:b w:val="0"/>
        </w:rPr>
        <w:t xml:space="preserve"> work for the team? I want to leave my current role properly and arrive ready to start.</w:t>
      </w:r>
    </w:p>
    <w:p/>
    <w:p>
      <w:r>
        <w:rPr>
          <w:b w:val="0"/>
        </w:rPr>
        <w:t>Looking forward to it,</w:t>
      </w:r>
    </w:p>
    <w:p>
      <w:r>
        <w:rPr>
          <w:b/>
        </w:rPr>
        <w:t>[Your name]</w:t>
      </w:r>
    </w:p>
    <w:p>
      <w:pPr>
        <w:pStyle w:val="Heading2"/>
      </w:pPr>
      <w:r>
        <w:t>A note to the hiring manager</w:t>
      </w:r>
    </w:p>
    <w:p>
      <w:r>
        <w:rPr>
          <w:b w:val="0"/>
        </w:rPr>
        <w:t>Subject: Looking forward to starting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>I've just accepted the offer and wanted to say thank you directly. I really enjoyed our conversations, especially [something specific: the discussion about the brand's position with younger buyers].</w:t>
      </w:r>
    </w:p>
    <w:p/>
    <w:p>
      <w:r>
        <w:rPr>
          <w:b w:val="0"/>
        </w:rPr>
        <w:t xml:space="preserve">Before I start, is there anything you'd suggest I read or look at? I'd like to come in on day one already familiar with </w:t>
      </w:r>
      <w:r>
        <w:rPr>
          <w:b/>
        </w:rPr>
        <w:t>[the brand, the channel mix, the last campaign]</w:t>
      </w:r>
      <w:r>
        <w:rPr>
          <w:b w:val="0"/>
        </w:rPr>
        <w:t>.</w:t>
      </w:r>
    </w:p>
    <w:p/>
    <w:p>
      <w:r>
        <w:rPr>
          <w:b w:val="0"/>
        </w:rPr>
        <w:t xml:space="preserve">See you on </w:t>
      </w:r>
      <w:r>
        <w:rPr>
          <w:b/>
        </w:rPr>
        <w:t>[date]</w:t>
      </w:r>
      <w:r>
        <w:rPr>
          <w:b w:val="0"/>
        </w:rPr>
        <w:t>,</w:t>
      </w:r>
    </w:p>
    <w:p>
      <w:r>
        <w:rPr>
          <w:b/>
        </w:rPr>
        <w:t>[Your name]</w:t>
      </w:r>
    </w:p>
    <w:p>
      <w:pPr>
        <w:pStyle w:val="Heading2"/>
      </w:pPr>
      <w:r>
        <w:t>A resignation email template</w:t>
      </w:r>
    </w:p>
    <w:p>
      <w:r>
        <w:rPr>
          <w:b w:val="0"/>
        </w:rPr>
        <w:t xml:space="preserve">Subject: Resignation: </w:t>
      </w:r>
      <w:r>
        <w:rPr>
          <w:b/>
        </w:rPr>
        <w:t>[Your name]</w:t>
      </w:r>
    </w:p>
    <w:p/>
    <w:p>
      <w:r>
        <w:rPr>
          <w:b w:val="0"/>
        </w:rPr>
        <w:t xml:space="preserve">Hi </w:t>
      </w:r>
      <w:r>
        <w:rPr>
          <w:b/>
        </w:rPr>
        <w:t>[Manager's name]</w:t>
      </w:r>
      <w:r>
        <w:rPr>
          <w:b w:val="0"/>
        </w:rPr>
        <w:t>,</w:t>
      </w:r>
    </w:p>
    <w:p/>
    <w:p>
      <w:r>
        <w:rPr>
          <w:b w:val="0"/>
        </w:rPr>
        <w:t xml:space="preserve">As we discussed today, I'm resigning from my position as </w:t>
      </w:r>
      <w:r>
        <w:rPr>
          <w:b/>
        </w:rPr>
        <w:t>[Job title]</w:t>
      </w:r>
      <w:r>
        <w:rPr>
          <w:b w:val="0"/>
        </w:rPr>
        <w:t xml:space="preserve">. My last day will be </w:t>
      </w:r>
      <w:r>
        <w:rPr>
          <w:b/>
        </w:rPr>
        <w:t>[date]</w:t>
      </w:r>
      <w:r>
        <w:rPr>
          <w:b w:val="0"/>
        </w:rPr>
        <w:t xml:space="preserve">, in line with my </w:t>
      </w:r>
      <w:r>
        <w:rPr>
          <w:b/>
        </w:rPr>
        <w:t>[two-week / one-month]</w:t>
      </w:r>
      <w:r>
        <w:rPr>
          <w:b w:val="0"/>
        </w:rPr>
        <w:t xml:space="preserve"> notice period.</w:t>
      </w:r>
    </w:p>
    <w:p/>
    <w:p>
      <w:r>
        <w:rPr>
          <w:b w:val="0"/>
        </w:rPr>
        <w:t xml:space="preserve">Thank you for [something true: the chance to lead the relaunch, your support over the past two years]. I'll make sure </w:t>
      </w:r>
      <w:r>
        <w:rPr>
          <w:b/>
        </w:rPr>
        <w:t>[your main projects]</w:t>
      </w:r>
      <w:r>
        <w:rPr>
          <w:b w:val="0"/>
        </w:rPr>
        <w:t xml:space="preserve"> are handed over properly, and I'm happy to help find and brief my replacement.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How do you accept an interview invitation by email?</w:t>
      </w:r>
    </w:p>
    <w:p>
      <w:r>
        <w:rPr>
          <w:b w:val="0"/>
        </w:rPr>
        <w:t xml:space="preserve">Subject: Re: Interview for </w:t>
      </w:r>
      <w:r>
        <w:rPr>
          <w:b/>
        </w:rPr>
        <w:t>[Role]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 for the invitation. </w:t>
      </w:r>
      <w:r>
        <w:rPr>
          <w:b/>
        </w:rPr>
        <w:t>[Day, date, time and time zone]</w:t>
      </w:r>
      <w:r>
        <w:rPr>
          <w:b w:val="0"/>
        </w:rPr>
        <w:t xml:space="preserve"> works well for me. Could you confirm whether it will be </w:t>
      </w:r>
      <w:r>
        <w:rPr>
          <w:b/>
        </w:rPr>
        <w:t>[video / phone / in person]</w:t>
      </w:r>
      <w:r>
        <w:rPr>
          <w:b w:val="0"/>
        </w:rPr>
        <w:t xml:space="preserve"> and who I'll be speaking with?</w:t>
      </w:r>
    </w:p>
    <w:p/>
    <w:p>
      <w:r>
        <w:rPr>
          <w:b w:val="0"/>
        </w:rPr>
        <w:t>I'm looking forward to it.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