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How to Answer "How Do You Prioritize Your Work?" (Marketing Examples)</w:t>
      </w:r>
    </w:p>
    <w:p>
      <w:r>
        <w:t>Templates from https://knowtheroom.ai/guides/how-do-you-prioritize-your-work/ · Replace everything in [brackets].</w:t>
      </w:r>
    </w:p>
    <w:p>
      <w:pPr>
        <w:pStyle w:val="Heading2"/>
      </w:pPr>
      <w:r>
        <w:t>How should you answer "how do you prioritize your work"?</w:t>
      </w:r>
    </w:p>
    <w:p>
      <w:r>
        <w:rPr>
          <w:b w:val="0"/>
        </w:rPr>
        <w:t xml:space="preserve">I start from what the team is measured on this quarter. Anything that moves </w:t>
      </w:r>
      <w:r>
        <w:rPr>
          <w:b/>
        </w:rPr>
        <w:t>[the goal: pipeline, sign-ups, the launch]</w:t>
      </w:r>
      <w:r>
        <w:rPr>
          <w:b w:val="0"/>
        </w:rPr>
        <w:t xml:space="preserve"> comes first, then anything with a hard external deadline, then the rest. If two things clash, I check with </w:t>
      </w:r>
      <w:r>
        <w:rPr>
          <w:b/>
        </w:rPr>
        <w:t>[my manager / the stakeholder]</w:t>
      </w:r>
      <w:r>
        <w:rPr>
          <w:b w:val="0"/>
        </w:rPr>
        <w:t xml:space="preserve"> rather than guess.</w:t>
      </w:r>
    </w:p>
    <w:p/>
    <w:p>
      <w:r>
        <w:rPr>
          <w:b w:val="0"/>
        </w:rPr>
        <w:t xml:space="preserve">For example, at </w:t>
      </w:r>
      <w:r>
        <w:rPr>
          <w:b/>
        </w:rPr>
        <w:t>[Company]</w:t>
      </w:r>
      <w:r>
        <w:rPr>
          <w:b w:val="0"/>
        </w:rPr>
        <w:t xml:space="preserve"> I had </w:t>
      </w:r>
      <w:r>
        <w:rPr>
          <w:b/>
        </w:rPr>
        <w:t>[situation: a launch, a campaign and a stream of ad hoc requests]</w:t>
      </w:r>
      <w:r>
        <w:rPr>
          <w:b w:val="0"/>
        </w:rPr>
        <w:t xml:space="preserve"> in the same week. I </w:t>
      </w:r>
      <w:r>
        <w:rPr>
          <w:b/>
        </w:rPr>
        <w:t>[what you prioritized]</w:t>
      </w:r>
      <w:r>
        <w:rPr>
          <w:b w:val="0"/>
        </w:rPr>
        <w:t xml:space="preserve">, pushed </w:t>
      </w:r>
      <w:r>
        <w:rPr>
          <w:b/>
        </w:rPr>
        <w:t>[what you moved]</w:t>
      </w:r>
      <w:r>
        <w:rPr>
          <w:b w:val="0"/>
        </w:rPr>
        <w:t xml:space="preserve"> to </w:t>
      </w:r>
      <w:r>
        <w:rPr>
          <w:b/>
        </w:rPr>
        <w:t>[when]</w:t>
      </w:r>
      <w:r>
        <w:rPr>
          <w:b w:val="0"/>
        </w:rPr>
        <w:t xml:space="preserve">, and told </w:t>
      </w:r>
      <w:r>
        <w:rPr>
          <w:b/>
        </w:rPr>
        <w:t>[who]</w:t>
      </w:r>
      <w:r>
        <w:rPr>
          <w:b w:val="0"/>
        </w:rPr>
        <w:t xml:space="preserve"> why. </w:t>
      </w:r>
      <w:r>
        <w:rPr>
          <w:b/>
        </w:rPr>
        <w:t>[Result: the launch went out on time, nothing important was missed.]</w:t>
      </w:r>
    </w:p>
    <w:p>
      <w:pPr>
        <w:pStyle w:val="Heading2"/>
      </w:pPr>
      <w:r>
        <w:t>Coordinator or entry level</w:t>
      </w:r>
    </w:p>
    <w:p>
      <w:r>
        <w:rPr>
          <w:b w:val="0"/>
        </w:rPr>
        <w:t>I keep one list with every request and its deadline, and at the start of each day I sort it by what's due soonest and what's blocking someone else. Anything that holds up another person's work goes first.</w:t>
      </w:r>
    </w:p>
    <w:p/>
    <w:p>
      <w:r>
        <w:rPr>
          <w:b w:val="0"/>
        </w:rPr>
        <w:t xml:space="preserve">In my internship at </w:t>
      </w:r>
      <w:r>
        <w:rPr>
          <w:b/>
        </w:rPr>
        <w:t>[Company]</w:t>
      </w:r>
      <w:r>
        <w:rPr>
          <w:b w:val="0"/>
        </w:rPr>
        <w:t>, the social team, the events lead and my manager all needed things in the same week. I listed everything, checked the order with my manager on Monday, and told the events lead their slides would be ready Thursday instead of Wednesday. Everything went out on time, and nobody was surprised.</w:t>
      </w:r>
    </w:p>
    <w:p>
      <w:pPr>
        <w:pStyle w:val="Heading2"/>
      </w:pPr>
      <w:r>
        <w:t>Specialist (social, content, SEO, paid)</w:t>
      </w:r>
    </w:p>
    <w:p>
      <w:r>
        <w:rPr>
          <w:b w:val="0"/>
        </w:rPr>
        <w:t xml:space="preserve">I prioritize by impact on the channel's main goal. For me that's </w:t>
      </w:r>
      <w:r>
        <w:rPr>
          <w:b/>
        </w:rPr>
        <w:t>[sign-ups from organic / qualified leads from paid]</w:t>
      </w:r>
      <w:r>
        <w:rPr>
          <w:b w:val="0"/>
        </w:rPr>
        <w:t>. Work that moves it comes first; requests that don't, such as one-off posts or vanity reports, get scheduled or I push back.</w:t>
      </w:r>
    </w:p>
    <w:p/>
    <w:p>
      <w:r>
        <w:rPr>
          <w:b w:val="0"/>
        </w:rPr>
        <w:t xml:space="preserve">At </w:t>
      </w:r>
      <w:r>
        <w:rPr>
          <w:b/>
        </w:rPr>
        <w:t>[Company]</w:t>
      </w:r>
      <w:r>
        <w:rPr>
          <w:b w:val="0"/>
        </w:rPr>
        <w:t xml:space="preserve"> I had a </w:t>
      </w:r>
      <w:r>
        <w:rPr>
          <w:b/>
        </w:rPr>
        <w:t>[technical fix / campaign]</w:t>
      </w:r>
      <w:r>
        <w:rPr>
          <w:b w:val="0"/>
        </w:rPr>
        <w:t xml:space="preserve"> that I knew would move </w:t>
      </w:r>
      <w:r>
        <w:rPr>
          <w:b/>
        </w:rPr>
        <w:t>[the goal]</w:t>
      </w:r>
      <w:r>
        <w:rPr>
          <w:b w:val="0"/>
        </w:rPr>
        <w:t xml:space="preserve">, and a queue of </w:t>
      </w:r>
      <w:r>
        <w:rPr>
          <w:b/>
        </w:rPr>
        <w:t>[requests from other teams]</w:t>
      </w:r>
      <w:r>
        <w:rPr>
          <w:b w:val="0"/>
        </w:rPr>
        <w:t xml:space="preserve">. I did the fix first, batched the requests into one afternoon, and explained the order to </w:t>
      </w:r>
      <w:r>
        <w:rPr>
          <w:b/>
        </w:rPr>
        <w:t>[the requesting team]</w:t>
      </w:r>
      <w:r>
        <w:rPr>
          <w:b w:val="0"/>
        </w:rPr>
        <w:t xml:space="preserve">. </w:t>
      </w:r>
      <w:r>
        <w:rPr>
          <w:b/>
        </w:rPr>
        <w:t>[Result.]</w:t>
      </w:r>
    </w:p>
    <w:p>
      <w:pPr>
        <w:pStyle w:val="Heading2"/>
      </w:pPr>
      <w:r>
        <w:t>Manager or director</w:t>
      </w:r>
    </w:p>
    <w:p>
      <w:r>
        <w:rPr>
          <w:b w:val="0"/>
        </w:rPr>
        <w:t xml:space="preserve">I set priorities with the team at the start of each quarter, tied to </w:t>
      </w:r>
      <w:r>
        <w:rPr>
          <w:b/>
        </w:rPr>
        <w:t>[the business goal]</w:t>
      </w:r>
      <w:r>
        <w:rPr>
          <w:b w:val="0"/>
        </w:rPr>
        <w:t>, and anything new gets compared against that list. If a new request is more important, something else comes off, and I say what.</w:t>
      </w:r>
    </w:p>
    <w:p/>
    <w:p>
      <w:r>
        <w:rPr>
          <w:b w:val="0"/>
        </w:rPr>
        <w:t xml:space="preserve">Last </w:t>
      </w:r>
      <w:r>
        <w:rPr>
          <w:b/>
        </w:rPr>
        <w:t>[year / quarter]</w:t>
      </w:r>
      <w:r>
        <w:rPr>
          <w:b w:val="0"/>
        </w:rPr>
        <w:t xml:space="preserve"> at </w:t>
      </w:r>
      <w:r>
        <w:rPr>
          <w:b/>
        </w:rPr>
        <w:t>[Company]</w:t>
      </w:r>
      <w:r>
        <w:rPr>
          <w:b w:val="0"/>
        </w:rPr>
        <w:t xml:space="preserve">, </w:t>
      </w:r>
      <w:r>
        <w:rPr>
          <w:b/>
        </w:rPr>
        <w:t>[a senior stakeholder]</w:t>
      </w:r>
      <w:r>
        <w:rPr>
          <w:b w:val="0"/>
        </w:rPr>
        <w:t xml:space="preserve"> asked for </w:t>
      </w:r>
      <w:r>
        <w:rPr>
          <w:b/>
        </w:rPr>
        <w:t>[a big unplanned project]</w:t>
      </w:r>
      <w:r>
        <w:rPr>
          <w:b w:val="0"/>
        </w:rPr>
        <w:t xml:space="preserve">. I laid out what it would displace, </w:t>
      </w:r>
      <w:r>
        <w:rPr>
          <w:b/>
        </w:rPr>
        <w:t>[what]</w:t>
      </w:r>
      <w:r>
        <w:rPr>
          <w:b w:val="0"/>
        </w:rPr>
        <w:t xml:space="preserve">, and the likely cost to </w:t>
      </w:r>
      <w:r>
        <w:rPr>
          <w:b/>
        </w:rPr>
        <w:t>[goal]</w:t>
      </w:r>
      <w:r>
        <w:rPr>
          <w:b w:val="0"/>
        </w:rPr>
        <w:t xml:space="preserve">. We agreed to do a smaller version and keep </w:t>
      </w:r>
      <w:r>
        <w:rPr>
          <w:b/>
        </w:rPr>
        <w:t>[the planned priority]</w:t>
      </w:r>
      <w:r>
        <w:rPr>
          <w:b w:val="0"/>
        </w:rPr>
        <w:t xml:space="preserve">. The team hit </w:t>
      </w:r>
      <w:r>
        <w:rPr>
          <w:b/>
        </w:rPr>
        <w:t>[result]</w:t>
      </w:r>
      <w:r>
        <w:rPr>
          <w:b w:val="0"/>
        </w:rPr>
        <w:t>, and the stakeholder got what they needed.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